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92" w:type="dxa"/>
        <w:tblBorders>
          <w:top w:val="none" w:sz="0" w:space="0" w:color="1A2744"/>
          <w:left w:val="none" w:sz="0" w:space="0" w:color="1A2744"/>
          <w:bottom w:val="none" w:sz="0" w:space="0" w:color="1A2744"/>
          <w:right w:val="none" w:sz="0" w:space="0" w:color="1A2744"/>
          <w:insideH w:val="none" w:sz="0" w:space="0" w:color="1A2744"/>
          <w:insideV w:val="none" w:sz="0" w:space="0" w:color="1A2744"/>
        </w:tblBorders>
        <w:tblCellMar>
          <w:left w:w="10" w:type="dxa"/>
          <w:right w:w="10" w:type="dxa"/>
        </w:tblCellMar>
        <w:tblLook w:val="04A0" w:firstRow="1" w:lastRow="0" w:firstColumn="1" w:lastColumn="0" w:noHBand="0" w:noVBand="1"/>
      </w:tblPr>
      <w:tblGrid>
        <w:gridCol w:w="9792"/>
      </w:tblGrid>
      <w:tr w:rsidR="0085241C" w14:paraId="69BAA214" w14:textId="77777777">
        <w:trPr>
          <w:trHeight w:hRule="exact" w:val="1080"/>
        </w:trPr>
        <w:tc>
          <w:tcPr>
            <w:tcW w:w="9792" w:type="dxa"/>
            <w:shd w:val="clear" w:color="auto" w:fill="1A2744"/>
            <w:tcMar>
              <w:top w:w="0" w:type="dxa"/>
              <w:left w:w="120" w:type="dxa"/>
              <w:bottom w:w="0" w:type="dxa"/>
              <w:right w:w="120" w:type="dxa"/>
            </w:tcMar>
            <w:vAlign w:val="center"/>
          </w:tcPr>
          <w:p w14:paraId="790C58E1" w14:textId="77777777" w:rsidR="0085241C" w:rsidRDefault="00E643CC">
            <w:pPr>
              <w:spacing w:after="0"/>
              <w:jc w:val="center"/>
            </w:pPr>
            <w:r w:rsidRPr="009A4B2D">
              <w:rPr>
                <w:rFonts w:ascii="Calibri Light" w:eastAsia="Calibri Light" w:hAnsi="Calibri Light" w:cs="Calibri Light"/>
                <w:b/>
                <w:bCs/>
                <w:color w:val="B9913A"/>
                <w:spacing w:val="90"/>
                <w:sz w:val="28"/>
                <w:szCs w:val="28"/>
              </w:rPr>
              <w:t>A LEADERSHIP-TOOLS.COM PUBLICATION</w:t>
            </w:r>
          </w:p>
        </w:tc>
      </w:tr>
    </w:tbl>
    <w:p w14:paraId="37E8BA4C" w14:textId="77777777" w:rsidR="0085241C" w:rsidRDefault="00E643CC">
      <w:pPr>
        <w:spacing w:before="900" w:after="0"/>
        <w:jc w:val="center"/>
      </w:pPr>
      <w:r>
        <w:rPr>
          <w:noProof/>
        </w:rPr>
        <w:drawing>
          <wp:inline distT="0" distB="0" distL="0" distR="0" wp14:anchorId="042AE833" wp14:editId="7D1A961D">
            <wp:extent cx="2194560" cy="1212784"/>
            <wp:effectExtent l="0" t="0" r="0" b="0"/>
            <wp:docPr id="901" name="Cov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Cover icon"/>
                    <pic:cNvPicPr/>
                  </pic:nvPicPr>
                  <pic:blipFill>
                    <a:blip r:embed="rId8"/>
                    <a:stretch>
                      <a:fillRect/>
                    </a:stretch>
                  </pic:blipFill>
                  <pic:spPr>
                    <a:xfrm>
                      <a:off x="0" y="0"/>
                      <a:ext cx="2194560" cy="1212784"/>
                    </a:xfrm>
                    <a:prstGeom prst="rect">
                      <a:avLst/>
                    </a:prstGeom>
                    <a:noFill/>
                  </pic:spPr>
                </pic:pic>
              </a:graphicData>
            </a:graphic>
          </wp:inline>
        </w:drawing>
      </w:r>
    </w:p>
    <w:p w14:paraId="763FD810" w14:textId="77777777" w:rsidR="0085241C" w:rsidRDefault="00E643CC">
      <w:pPr>
        <w:spacing w:before="700" w:after="0" w:line="240" w:lineRule="auto"/>
        <w:jc w:val="center"/>
        <w:rPr>
          <w:sz w:val="88"/>
          <w:szCs w:val="88"/>
        </w:rPr>
      </w:pPr>
      <w:r>
        <w:rPr>
          <w:rFonts w:ascii="Calibri Light" w:eastAsia="Calibri Light" w:hAnsi="Calibri Light" w:cs="Calibri Light"/>
          <w:b/>
          <w:bCs/>
          <w:color w:val="1A2744"/>
          <w:sz w:val="80"/>
          <w:szCs w:val="80"/>
        </w:rPr>
        <w:t>Team Building</w:t>
      </w:r>
    </w:p>
    <w:p w14:paraId="0A50D195" w14:textId="77777777" w:rsidR="0085241C" w:rsidRDefault="00E643CC">
      <w:pPr>
        <w:spacing w:after="0" w:line="240" w:lineRule="auto"/>
        <w:jc w:val="center"/>
        <w:rPr>
          <w:sz w:val="80"/>
          <w:szCs w:val="80"/>
        </w:rPr>
      </w:pPr>
      <w:r>
        <w:rPr>
          <w:rFonts w:ascii="Calibri Light" w:eastAsia="Calibri Light" w:hAnsi="Calibri Light" w:cs="Calibri Light"/>
          <w:b/>
          <w:bCs/>
          <w:color w:val="1A2744"/>
          <w:sz w:val="80"/>
          <w:szCs w:val="80"/>
        </w:rPr>
        <w:t>Activities</w:t>
      </w:r>
    </w:p>
    <w:p w14:paraId="5984E6AB" w14:textId="77777777" w:rsidR="0085241C" w:rsidRDefault="00E643CC">
      <w:pPr>
        <w:spacing w:before="500" w:after="0"/>
        <w:jc w:val="center"/>
        <w:rPr>
          <w:sz w:val="60"/>
          <w:szCs w:val="60"/>
        </w:rPr>
      </w:pPr>
      <w:r>
        <w:rPr>
          <w:rFonts w:ascii="Calibri Light" w:eastAsia="Calibri Light" w:hAnsi="Calibri Light" w:cs="Calibri Light"/>
          <w:i/>
          <w:iCs/>
          <w:color w:val="1A2744"/>
          <w:sz w:val="60"/>
          <w:szCs w:val="60"/>
        </w:rPr>
        <w:t>Leader’s Guide</w:t>
      </w:r>
    </w:p>
    <w:p w14:paraId="5A920809" w14:textId="77777777" w:rsidR="0085241C" w:rsidRDefault="0085241C">
      <w:pPr>
        <w:pBdr>
          <w:bottom w:val="single" w:sz="12" w:space="12" w:color="B9913A"/>
        </w:pBdr>
        <w:spacing w:after="0"/>
        <w:ind w:left="3100" w:right="3100"/>
        <w:jc w:val="center"/>
        <w:rPr>
          <w:sz w:val="8"/>
          <w:szCs w:val="8"/>
        </w:rPr>
      </w:pPr>
    </w:p>
    <w:p w14:paraId="2F4B19E9" w14:textId="77777777" w:rsidR="0085241C" w:rsidRDefault="00E643CC">
      <w:pPr>
        <w:spacing w:before="500" w:after="0"/>
        <w:jc w:val="center"/>
        <w:rPr>
          <w:sz w:val="28"/>
          <w:szCs w:val="28"/>
        </w:rPr>
      </w:pPr>
      <w:r>
        <w:rPr>
          <w:i/>
          <w:iCs/>
          <w:color w:val="3E3E42"/>
          <w:sz w:val="28"/>
          <w:szCs w:val="28"/>
        </w:rPr>
        <w:t>12 activities that strengthen team relationships and improve how people work together.</w:t>
      </w:r>
      <w:r w:rsidR="009A4B2D">
        <w:rPr>
          <w:i/>
          <w:iCs/>
          <w:color w:val="3E3E42"/>
          <w:sz w:val="28"/>
          <w:szCs w:val="28"/>
        </w:rPr>
        <w:t xml:space="preserve"> Discover how to build and schedule your own team building activities.</w:t>
      </w:r>
    </w:p>
    <w:p w14:paraId="6F2DD4E9" w14:textId="77777777" w:rsidR="0085241C" w:rsidRDefault="00E643CC">
      <w:pPr>
        <w:spacing w:before="800" w:after="0"/>
        <w:jc w:val="center"/>
        <w:rPr>
          <w:sz w:val="26"/>
          <w:szCs w:val="26"/>
        </w:rPr>
      </w:pPr>
      <w:r>
        <w:rPr>
          <w:color w:val="78808F"/>
          <w:spacing w:val="80"/>
          <w:sz w:val="26"/>
          <w:szCs w:val="26"/>
        </w:rPr>
        <w:t>BY</w:t>
      </w:r>
    </w:p>
    <w:p w14:paraId="4C4DE39B" w14:textId="77777777" w:rsidR="0085241C" w:rsidRDefault="00E643CC">
      <w:pPr>
        <w:spacing w:before="250" w:after="0"/>
        <w:jc w:val="center"/>
        <w:rPr>
          <w:sz w:val="42"/>
          <w:szCs w:val="42"/>
        </w:rPr>
      </w:pPr>
      <w:r>
        <w:rPr>
          <w:rFonts w:ascii="Calibri Light" w:eastAsia="Calibri Light" w:hAnsi="Calibri Light" w:cs="Calibri Light"/>
          <w:b/>
          <w:bCs/>
          <w:color w:val="1A2744"/>
          <w:sz w:val="42"/>
          <w:szCs w:val="42"/>
        </w:rPr>
        <w:t>Richard Gorham</w:t>
      </w:r>
    </w:p>
    <w:p w14:paraId="63219FFA" w14:textId="77777777" w:rsidR="0085241C" w:rsidRDefault="0085241C">
      <w:pPr>
        <w:spacing w:before="500" w:after="0" w:line="20" w:lineRule="auto"/>
        <w:rPr>
          <w:sz w:val="2"/>
          <w:szCs w:val="2"/>
        </w:rPr>
      </w:pPr>
    </w:p>
    <w:tbl>
      <w:tblPr>
        <w:tblW w:w="9792" w:type="dxa"/>
        <w:tblBorders>
          <w:top w:val="none" w:sz="0" w:space="0" w:color="1A2744"/>
          <w:left w:val="none" w:sz="0" w:space="0" w:color="1A2744"/>
          <w:bottom w:val="none" w:sz="0" w:space="0" w:color="1A2744"/>
          <w:right w:val="none" w:sz="0" w:space="0" w:color="1A2744"/>
          <w:insideH w:val="none" w:sz="0" w:space="0" w:color="1A2744"/>
          <w:insideV w:val="none" w:sz="0" w:space="0" w:color="1A2744"/>
        </w:tblBorders>
        <w:tblCellMar>
          <w:left w:w="10" w:type="dxa"/>
          <w:right w:w="10" w:type="dxa"/>
        </w:tblCellMar>
        <w:tblLook w:val="04A0" w:firstRow="1" w:lastRow="0" w:firstColumn="1" w:lastColumn="0" w:noHBand="0" w:noVBand="1"/>
      </w:tblPr>
      <w:tblGrid>
        <w:gridCol w:w="9792"/>
      </w:tblGrid>
      <w:tr w:rsidR="0085241C" w14:paraId="3EB6D951" w14:textId="77777777">
        <w:trPr>
          <w:trHeight w:hRule="exact" w:val="700"/>
        </w:trPr>
        <w:tc>
          <w:tcPr>
            <w:tcW w:w="9792" w:type="dxa"/>
            <w:shd w:val="clear" w:color="auto" w:fill="1A2744"/>
            <w:tcMar>
              <w:top w:w="0" w:type="dxa"/>
              <w:left w:w="120" w:type="dxa"/>
              <w:bottom w:w="0" w:type="dxa"/>
              <w:right w:w="120" w:type="dxa"/>
            </w:tcMar>
            <w:vAlign w:val="center"/>
          </w:tcPr>
          <w:p w14:paraId="1C031E87" w14:textId="77777777" w:rsidR="0085241C" w:rsidRDefault="0085241C">
            <w:pPr>
              <w:spacing w:after="0"/>
              <w:jc w:val="center"/>
            </w:pPr>
          </w:p>
        </w:tc>
      </w:tr>
    </w:tbl>
    <w:p w14:paraId="07BBBBB7" w14:textId="77777777" w:rsidR="0085241C" w:rsidRDefault="0085241C">
      <w:pPr>
        <w:pageBreakBefore/>
        <w:spacing w:after="0" w:line="20" w:lineRule="exact"/>
        <w:rPr>
          <w:sz w:val="2"/>
        </w:rPr>
      </w:pPr>
    </w:p>
    <w:p w14:paraId="481D134D" w14:textId="77777777" w:rsidR="0085241C" w:rsidRDefault="00E643CC">
      <w:pPr>
        <w:pStyle w:val="Title"/>
      </w:pPr>
      <w:r>
        <w:t>Guide Contents</w:t>
      </w:r>
    </w:p>
    <w:p w14:paraId="1E7A572D" w14:textId="77777777" w:rsidR="0085241C" w:rsidRPr="009A4B2D" w:rsidRDefault="00E643CC">
      <w:pPr>
        <w:spacing w:after="200"/>
        <w:rPr>
          <w:sz w:val="24"/>
          <w:szCs w:val="24"/>
        </w:rPr>
      </w:pPr>
      <w:r w:rsidRPr="009A4B2D">
        <w:rPr>
          <w:color w:val="3E3E42"/>
          <w:sz w:val="24"/>
          <w:szCs w:val="24"/>
        </w:rPr>
        <w:t>Twelve activities, the worksheets that go with them, and the planning pages at the back.</w:t>
      </w:r>
    </w:p>
    <w:tbl>
      <w:tblPr>
        <w:tblW w:w="9792"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4700"/>
        <w:gridCol w:w="3600"/>
        <w:gridCol w:w="1492"/>
      </w:tblGrid>
      <w:tr w:rsidR="0085241C" w14:paraId="3DEFE265" w14:textId="77777777">
        <w:trPr>
          <w:cantSplit/>
          <w:tblHeader/>
        </w:trPr>
        <w:tc>
          <w:tcPr>
            <w:tcW w:w="4700" w:type="dxa"/>
            <w:shd w:val="clear" w:color="auto" w:fill="1A2744"/>
            <w:tcMar>
              <w:top w:w="70" w:type="dxa"/>
              <w:left w:w="110" w:type="dxa"/>
              <w:bottom w:w="70" w:type="dxa"/>
              <w:right w:w="110" w:type="dxa"/>
            </w:tcMar>
            <w:vAlign w:val="center"/>
          </w:tcPr>
          <w:p w14:paraId="566F29E5" w14:textId="77777777" w:rsidR="0085241C" w:rsidRDefault="00E643CC">
            <w:pPr>
              <w:spacing w:after="0"/>
              <w:rPr>
                <w:sz w:val="24"/>
                <w:szCs w:val="24"/>
              </w:rPr>
            </w:pPr>
            <w:r>
              <w:rPr>
                <w:b/>
                <w:bCs/>
                <w:color w:val="FFFFFF"/>
                <w:szCs w:val="20"/>
              </w:rPr>
              <w:t>SECTION</w:t>
            </w:r>
          </w:p>
        </w:tc>
        <w:tc>
          <w:tcPr>
            <w:tcW w:w="3600" w:type="dxa"/>
            <w:shd w:val="clear" w:color="auto" w:fill="1A2744"/>
            <w:tcMar>
              <w:top w:w="70" w:type="dxa"/>
              <w:left w:w="110" w:type="dxa"/>
              <w:bottom w:w="70" w:type="dxa"/>
              <w:right w:w="110" w:type="dxa"/>
            </w:tcMar>
            <w:vAlign w:val="center"/>
          </w:tcPr>
          <w:p w14:paraId="01A71A26" w14:textId="77777777" w:rsidR="0085241C" w:rsidRDefault="00E643CC">
            <w:pPr>
              <w:spacing w:after="0"/>
              <w:rPr>
                <w:sz w:val="24"/>
                <w:szCs w:val="24"/>
              </w:rPr>
            </w:pPr>
            <w:r>
              <w:rPr>
                <w:b/>
                <w:bCs/>
                <w:color w:val="FFFFFF"/>
                <w:szCs w:val="20"/>
              </w:rPr>
              <w:t>WHAT COMES WITH IT</w:t>
            </w:r>
          </w:p>
        </w:tc>
        <w:tc>
          <w:tcPr>
            <w:tcW w:w="1492" w:type="dxa"/>
            <w:shd w:val="clear" w:color="auto" w:fill="1A2744"/>
            <w:tcMar>
              <w:top w:w="70" w:type="dxa"/>
              <w:left w:w="110" w:type="dxa"/>
              <w:bottom w:w="70" w:type="dxa"/>
              <w:right w:w="110" w:type="dxa"/>
            </w:tcMar>
            <w:vAlign w:val="center"/>
          </w:tcPr>
          <w:p w14:paraId="02A2E320" w14:textId="77777777" w:rsidR="0085241C" w:rsidRDefault="00E643CC">
            <w:pPr>
              <w:spacing w:after="0"/>
              <w:rPr>
                <w:sz w:val="24"/>
                <w:szCs w:val="24"/>
              </w:rPr>
            </w:pPr>
            <w:r>
              <w:rPr>
                <w:b/>
                <w:bCs/>
                <w:color w:val="FFFFFF"/>
                <w:szCs w:val="20"/>
              </w:rPr>
              <w:t>PAGE</w:t>
            </w:r>
          </w:p>
        </w:tc>
      </w:tr>
      <w:tr w:rsidR="0085241C" w14:paraId="76B65539" w14:textId="77777777">
        <w:trPr>
          <w:cantSplit/>
        </w:trPr>
        <w:tc>
          <w:tcPr>
            <w:tcW w:w="9792" w:type="dxa"/>
            <w:gridSpan w:val="3"/>
            <w:shd w:val="clear" w:color="auto" w:fill="E8ECF2"/>
            <w:tcMar>
              <w:top w:w="40" w:type="dxa"/>
              <w:left w:w="100" w:type="dxa"/>
              <w:bottom w:w="40" w:type="dxa"/>
              <w:right w:w="100" w:type="dxa"/>
            </w:tcMar>
            <w:vAlign w:val="center"/>
          </w:tcPr>
          <w:p w14:paraId="36CD22A1" w14:textId="77777777" w:rsidR="0085241C" w:rsidRPr="009A4B2D" w:rsidRDefault="00E643CC">
            <w:pPr>
              <w:spacing w:after="0"/>
              <w:rPr>
                <w:sz w:val="22"/>
              </w:rPr>
            </w:pPr>
            <w:r w:rsidRPr="009A4B2D">
              <w:rPr>
                <w:rFonts w:ascii="Calibri Light" w:eastAsia="Calibri Light" w:hAnsi="Calibri Light" w:cs="Calibri Light"/>
                <w:b/>
                <w:bCs/>
                <w:color w:val="1A2744"/>
                <w:spacing w:val="40"/>
                <w:sz w:val="22"/>
              </w:rPr>
              <w:t>Getting Started</w:t>
            </w:r>
          </w:p>
        </w:tc>
      </w:tr>
      <w:tr w:rsidR="0085241C" w14:paraId="27B3DF7D" w14:textId="77777777">
        <w:trPr>
          <w:cantSplit/>
        </w:trPr>
        <w:tc>
          <w:tcPr>
            <w:tcW w:w="4700" w:type="dxa"/>
            <w:tcMar>
              <w:top w:w="44" w:type="dxa"/>
              <w:left w:w="100" w:type="dxa"/>
              <w:bottom w:w="44" w:type="dxa"/>
              <w:right w:w="100" w:type="dxa"/>
            </w:tcMar>
            <w:vAlign w:val="center"/>
          </w:tcPr>
          <w:p w14:paraId="4BF06AA3" w14:textId="77777777" w:rsidR="0085241C" w:rsidRPr="009A4B2D" w:rsidRDefault="00E643CC">
            <w:pPr>
              <w:spacing w:after="0"/>
              <w:rPr>
                <w:sz w:val="22"/>
              </w:rPr>
            </w:pPr>
            <w:r w:rsidRPr="009A4B2D">
              <w:rPr>
                <w:sz w:val="22"/>
              </w:rPr>
              <w:t>Welcome and How to Use This Guide</w:t>
            </w:r>
          </w:p>
        </w:tc>
        <w:tc>
          <w:tcPr>
            <w:tcW w:w="3600" w:type="dxa"/>
            <w:tcMar>
              <w:top w:w="44" w:type="dxa"/>
              <w:left w:w="100" w:type="dxa"/>
              <w:bottom w:w="44" w:type="dxa"/>
              <w:right w:w="100" w:type="dxa"/>
            </w:tcMar>
            <w:vAlign w:val="center"/>
          </w:tcPr>
          <w:p w14:paraId="6137BDAA" w14:textId="77777777" w:rsidR="0085241C" w:rsidRPr="009A4B2D" w:rsidRDefault="0085241C">
            <w:pPr>
              <w:spacing w:after="0"/>
              <w:rPr>
                <w:sz w:val="22"/>
              </w:rPr>
            </w:pPr>
          </w:p>
        </w:tc>
        <w:tc>
          <w:tcPr>
            <w:tcW w:w="1492" w:type="dxa"/>
            <w:tcMar>
              <w:top w:w="44" w:type="dxa"/>
              <w:left w:w="100" w:type="dxa"/>
              <w:bottom w:w="44" w:type="dxa"/>
              <w:right w:w="100" w:type="dxa"/>
            </w:tcMar>
            <w:vAlign w:val="center"/>
          </w:tcPr>
          <w:p w14:paraId="3274036B" w14:textId="77777777" w:rsidR="0085241C" w:rsidRPr="009A4B2D" w:rsidRDefault="00E643CC">
            <w:pPr>
              <w:spacing w:after="0"/>
              <w:jc w:val="right"/>
              <w:rPr>
                <w:sz w:val="22"/>
              </w:rPr>
            </w:pPr>
            <w:r w:rsidRPr="009A4B2D">
              <w:rPr>
                <w:sz w:val="22"/>
              </w:rPr>
              <w:t>3</w:t>
            </w:r>
          </w:p>
        </w:tc>
      </w:tr>
      <w:tr w:rsidR="0085241C" w14:paraId="0594F34A" w14:textId="77777777">
        <w:trPr>
          <w:cantSplit/>
        </w:trPr>
        <w:tc>
          <w:tcPr>
            <w:tcW w:w="4700" w:type="dxa"/>
            <w:tcMar>
              <w:top w:w="44" w:type="dxa"/>
              <w:left w:w="100" w:type="dxa"/>
              <w:bottom w:w="44" w:type="dxa"/>
              <w:right w:w="100" w:type="dxa"/>
            </w:tcMar>
            <w:vAlign w:val="center"/>
          </w:tcPr>
          <w:p w14:paraId="3A917A0E" w14:textId="77777777" w:rsidR="0085241C" w:rsidRPr="009A4B2D" w:rsidRDefault="00E643CC">
            <w:pPr>
              <w:spacing w:after="0"/>
              <w:rPr>
                <w:sz w:val="22"/>
              </w:rPr>
            </w:pPr>
            <w:r w:rsidRPr="009A4B2D">
              <w:rPr>
                <w:sz w:val="22"/>
              </w:rPr>
              <w:t>Choose the Right Activity</w:t>
            </w:r>
          </w:p>
        </w:tc>
        <w:tc>
          <w:tcPr>
            <w:tcW w:w="3600" w:type="dxa"/>
            <w:tcMar>
              <w:top w:w="44" w:type="dxa"/>
              <w:left w:w="100" w:type="dxa"/>
              <w:bottom w:w="44" w:type="dxa"/>
              <w:right w:w="100" w:type="dxa"/>
            </w:tcMar>
            <w:vAlign w:val="center"/>
          </w:tcPr>
          <w:p w14:paraId="7A043509" w14:textId="77777777" w:rsidR="0085241C" w:rsidRPr="009A4B2D" w:rsidRDefault="00E643CC">
            <w:pPr>
              <w:spacing w:after="0"/>
              <w:rPr>
                <w:sz w:val="22"/>
              </w:rPr>
            </w:pPr>
            <w:r w:rsidRPr="009A4B2D">
              <w:rPr>
                <w:i/>
                <w:iCs/>
                <w:color w:val="5A6270"/>
                <w:sz w:val="22"/>
              </w:rPr>
              <w:t>The activity picker</w:t>
            </w:r>
          </w:p>
        </w:tc>
        <w:tc>
          <w:tcPr>
            <w:tcW w:w="1492" w:type="dxa"/>
            <w:tcMar>
              <w:top w:w="44" w:type="dxa"/>
              <w:left w:w="100" w:type="dxa"/>
              <w:bottom w:w="44" w:type="dxa"/>
              <w:right w:w="100" w:type="dxa"/>
            </w:tcMar>
            <w:vAlign w:val="center"/>
          </w:tcPr>
          <w:p w14:paraId="0E73A531" w14:textId="77777777" w:rsidR="0085241C" w:rsidRPr="009A4B2D" w:rsidRDefault="00E643CC">
            <w:pPr>
              <w:spacing w:after="0"/>
              <w:jc w:val="right"/>
              <w:rPr>
                <w:sz w:val="22"/>
              </w:rPr>
            </w:pPr>
            <w:r w:rsidRPr="009A4B2D">
              <w:rPr>
                <w:sz w:val="22"/>
              </w:rPr>
              <w:t>4</w:t>
            </w:r>
          </w:p>
        </w:tc>
      </w:tr>
      <w:tr w:rsidR="0085241C" w14:paraId="5971E162" w14:textId="77777777">
        <w:trPr>
          <w:cantSplit/>
        </w:trPr>
        <w:tc>
          <w:tcPr>
            <w:tcW w:w="4700" w:type="dxa"/>
            <w:tcMar>
              <w:top w:w="44" w:type="dxa"/>
              <w:left w:w="100" w:type="dxa"/>
              <w:bottom w:w="44" w:type="dxa"/>
              <w:right w:w="100" w:type="dxa"/>
            </w:tcMar>
            <w:vAlign w:val="center"/>
          </w:tcPr>
          <w:p w14:paraId="3E4610FC" w14:textId="77777777" w:rsidR="0085241C" w:rsidRPr="009A4B2D" w:rsidRDefault="00E643CC">
            <w:pPr>
              <w:spacing w:after="0"/>
              <w:rPr>
                <w:sz w:val="22"/>
              </w:rPr>
            </w:pPr>
            <w:r w:rsidRPr="009A4B2D">
              <w:rPr>
                <w:sz w:val="22"/>
              </w:rPr>
              <w:t>Facilitation Essentials</w:t>
            </w:r>
          </w:p>
        </w:tc>
        <w:tc>
          <w:tcPr>
            <w:tcW w:w="3600" w:type="dxa"/>
            <w:tcMar>
              <w:top w:w="44" w:type="dxa"/>
              <w:left w:w="100" w:type="dxa"/>
              <w:bottom w:w="44" w:type="dxa"/>
              <w:right w:w="100" w:type="dxa"/>
            </w:tcMar>
            <w:vAlign w:val="center"/>
          </w:tcPr>
          <w:p w14:paraId="210668BE" w14:textId="77777777" w:rsidR="0085241C" w:rsidRPr="009A4B2D" w:rsidRDefault="0085241C">
            <w:pPr>
              <w:spacing w:after="0"/>
              <w:rPr>
                <w:sz w:val="22"/>
              </w:rPr>
            </w:pPr>
          </w:p>
        </w:tc>
        <w:tc>
          <w:tcPr>
            <w:tcW w:w="1492" w:type="dxa"/>
            <w:tcMar>
              <w:top w:w="44" w:type="dxa"/>
              <w:left w:w="100" w:type="dxa"/>
              <w:bottom w:w="44" w:type="dxa"/>
              <w:right w:w="100" w:type="dxa"/>
            </w:tcMar>
            <w:vAlign w:val="center"/>
          </w:tcPr>
          <w:p w14:paraId="0DED08A9" w14:textId="77777777" w:rsidR="0085241C" w:rsidRPr="009A4B2D" w:rsidRDefault="00E643CC">
            <w:pPr>
              <w:spacing w:after="0"/>
              <w:jc w:val="right"/>
              <w:rPr>
                <w:sz w:val="22"/>
              </w:rPr>
            </w:pPr>
            <w:r w:rsidRPr="009A4B2D">
              <w:rPr>
                <w:sz w:val="22"/>
              </w:rPr>
              <w:t>5</w:t>
            </w:r>
          </w:p>
        </w:tc>
      </w:tr>
      <w:tr w:rsidR="0085241C" w14:paraId="378248A5" w14:textId="77777777">
        <w:trPr>
          <w:cantSplit/>
        </w:trPr>
        <w:tc>
          <w:tcPr>
            <w:tcW w:w="9792" w:type="dxa"/>
            <w:gridSpan w:val="3"/>
            <w:shd w:val="clear" w:color="auto" w:fill="E8ECF2"/>
            <w:tcMar>
              <w:top w:w="40" w:type="dxa"/>
              <w:left w:w="100" w:type="dxa"/>
              <w:bottom w:w="40" w:type="dxa"/>
              <w:right w:w="100" w:type="dxa"/>
            </w:tcMar>
            <w:vAlign w:val="center"/>
          </w:tcPr>
          <w:p w14:paraId="00E049F7" w14:textId="77777777" w:rsidR="0085241C" w:rsidRPr="009A4B2D" w:rsidRDefault="00E643CC">
            <w:pPr>
              <w:spacing w:after="0"/>
              <w:rPr>
                <w:sz w:val="22"/>
              </w:rPr>
            </w:pPr>
            <w:r w:rsidRPr="009A4B2D">
              <w:rPr>
                <w:rFonts w:ascii="Calibri Light" w:eastAsia="Calibri Light" w:hAnsi="Calibri Light" w:cs="Calibri Light"/>
                <w:b/>
                <w:bCs/>
                <w:color w:val="1A2744"/>
                <w:spacing w:val="40"/>
                <w:sz w:val="22"/>
              </w:rPr>
              <w:t>The 12 Activities</w:t>
            </w:r>
          </w:p>
        </w:tc>
      </w:tr>
      <w:tr w:rsidR="0085241C" w14:paraId="2561B97E" w14:textId="77777777">
        <w:trPr>
          <w:cantSplit/>
        </w:trPr>
        <w:tc>
          <w:tcPr>
            <w:tcW w:w="4700" w:type="dxa"/>
            <w:tcMar>
              <w:top w:w="44" w:type="dxa"/>
              <w:left w:w="100" w:type="dxa"/>
              <w:bottom w:w="44" w:type="dxa"/>
              <w:right w:w="100" w:type="dxa"/>
            </w:tcMar>
            <w:vAlign w:val="center"/>
          </w:tcPr>
          <w:p w14:paraId="1C29B976" w14:textId="77777777" w:rsidR="0085241C" w:rsidRPr="009A4B2D" w:rsidRDefault="00E643CC">
            <w:pPr>
              <w:spacing w:after="0"/>
              <w:rPr>
                <w:sz w:val="22"/>
              </w:rPr>
            </w:pPr>
            <w:r w:rsidRPr="009A4B2D">
              <w:rPr>
                <w:sz w:val="22"/>
              </w:rPr>
              <w:t>The Way I Work</w:t>
            </w:r>
          </w:p>
        </w:tc>
        <w:tc>
          <w:tcPr>
            <w:tcW w:w="3600" w:type="dxa"/>
            <w:tcMar>
              <w:top w:w="44" w:type="dxa"/>
              <w:left w:w="100" w:type="dxa"/>
              <w:bottom w:w="44" w:type="dxa"/>
              <w:right w:w="100" w:type="dxa"/>
            </w:tcMar>
            <w:vAlign w:val="center"/>
          </w:tcPr>
          <w:p w14:paraId="07BCA8CE" w14:textId="77777777" w:rsidR="0085241C" w:rsidRPr="009A4B2D" w:rsidRDefault="00E643CC">
            <w:pPr>
              <w:spacing w:after="0"/>
              <w:rPr>
                <w:sz w:val="22"/>
              </w:rPr>
            </w:pPr>
            <w:r w:rsidRPr="009A4B2D">
              <w:rPr>
                <w:i/>
                <w:iCs/>
                <w:color w:val="5A6270"/>
                <w:sz w:val="22"/>
              </w:rPr>
              <w:t>Working With Me worksheet</w:t>
            </w:r>
          </w:p>
        </w:tc>
        <w:tc>
          <w:tcPr>
            <w:tcW w:w="1492" w:type="dxa"/>
            <w:tcMar>
              <w:top w:w="44" w:type="dxa"/>
              <w:left w:w="100" w:type="dxa"/>
              <w:bottom w:w="44" w:type="dxa"/>
              <w:right w:w="100" w:type="dxa"/>
            </w:tcMar>
            <w:vAlign w:val="center"/>
          </w:tcPr>
          <w:p w14:paraId="6BA49E81" w14:textId="77777777" w:rsidR="0085241C" w:rsidRPr="009A4B2D" w:rsidRDefault="00E643CC">
            <w:pPr>
              <w:spacing w:after="0"/>
              <w:jc w:val="right"/>
              <w:rPr>
                <w:sz w:val="22"/>
              </w:rPr>
            </w:pPr>
            <w:r w:rsidRPr="009A4B2D">
              <w:rPr>
                <w:sz w:val="22"/>
              </w:rPr>
              <w:t>6</w:t>
            </w:r>
          </w:p>
        </w:tc>
      </w:tr>
      <w:tr w:rsidR="0085241C" w14:paraId="7568D43B" w14:textId="77777777">
        <w:trPr>
          <w:cantSplit/>
        </w:trPr>
        <w:tc>
          <w:tcPr>
            <w:tcW w:w="4700" w:type="dxa"/>
            <w:tcMar>
              <w:top w:w="44" w:type="dxa"/>
              <w:left w:w="100" w:type="dxa"/>
              <w:bottom w:w="44" w:type="dxa"/>
              <w:right w:w="100" w:type="dxa"/>
            </w:tcMar>
            <w:vAlign w:val="center"/>
          </w:tcPr>
          <w:p w14:paraId="3115EFB7" w14:textId="77777777" w:rsidR="0085241C" w:rsidRPr="009A4B2D" w:rsidRDefault="00E643CC">
            <w:pPr>
              <w:spacing w:after="0"/>
              <w:rPr>
                <w:sz w:val="22"/>
              </w:rPr>
            </w:pPr>
            <w:r w:rsidRPr="009A4B2D">
              <w:rPr>
                <w:sz w:val="22"/>
              </w:rPr>
              <w:t>Who Knew?</w:t>
            </w:r>
          </w:p>
        </w:tc>
        <w:tc>
          <w:tcPr>
            <w:tcW w:w="3600" w:type="dxa"/>
            <w:tcMar>
              <w:top w:w="44" w:type="dxa"/>
              <w:left w:w="100" w:type="dxa"/>
              <w:bottom w:w="44" w:type="dxa"/>
              <w:right w:w="100" w:type="dxa"/>
            </w:tcMar>
            <w:vAlign w:val="center"/>
          </w:tcPr>
          <w:p w14:paraId="319A0A43" w14:textId="77777777" w:rsidR="0085241C" w:rsidRPr="009A4B2D" w:rsidRDefault="00E643CC">
            <w:pPr>
              <w:spacing w:after="0"/>
              <w:rPr>
                <w:sz w:val="22"/>
              </w:rPr>
            </w:pPr>
            <w:r w:rsidRPr="009A4B2D">
              <w:rPr>
                <w:i/>
                <w:iCs/>
                <w:color w:val="5A6270"/>
                <w:sz w:val="22"/>
              </w:rPr>
              <w:t>Question bank</w:t>
            </w:r>
          </w:p>
        </w:tc>
        <w:tc>
          <w:tcPr>
            <w:tcW w:w="1492" w:type="dxa"/>
            <w:tcMar>
              <w:top w:w="44" w:type="dxa"/>
              <w:left w:w="100" w:type="dxa"/>
              <w:bottom w:w="44" w:type="dxa"/>
              <w:right w:w="100" w:type="dxa"/>
            </w:tcMar>
            <w:vAlign w:val="center"/>
          </w:tcPr>
          <w:p w14:paraId="7D886A74" w14:textId="77777777" w:rsidR="0085241C" w:rsidRPr="009A4B2D" w:rsidRDefault="00E643CC">
            <w:pPr>
              <w:spacing w:after="0"/>
              <w:jc w:val="right"/>
              <w:rPr>
                <w:sz w:val="22"/>
              </w:rPr>
            </w:pPr>
            <w:r w:rsidRPr="009A4B2D">
              <w:rPr>
                <w:sz w:val="22"/>
              </w:rPr>
              <w:t>10</w:t>
            </w:r>
          </w:p>
        </w:tc>
      </w:tr>
      <w:tr w:rsidR="0085241C" w14:paraId="0307AC41" w14:textId="77777777">
        <w:trPr>
          <w:cantSplit/>
        </w:trPr>
        <w:tc>
          <w:tcPr>
            <w:tcW w:w="4700" w:type="dxa"/>
            <w:tcMar>
              <w:top w:w="44" w:type="dxa"/>
              <w:left w:w="100" w:type="dxa"/>
              <w:bottom w:w="44" w:type="dxa"/>
              <w:right w:w="100" w:type="dxa"/>
            </w:tcMar>
            <w:vAlign w:val="center"/>
          </w:tcPr>
          <w:p w14:paraId="51A2D172" w14:textId="77777777" w:rsidR="0085241C" w:rsidRPr="009A4B2D" w:rsidRDefault="00E643CC">
            <w:pPr>
              <w:spacing w:after="0"/>
              <w:rPr>
                <w:sz w:val="22"/>
              </w:rPr>
            </w:pPr>
            <w:r w:rsidRPr="009A4B2D">
              <w:rPr>
                <w:sz w:val="22"/>
              </w:rPr>
              <w:t>Lost in Translation</w:t>
            </w:r>
          </w:p>
        </w:tc>
        <w:tc>
          <w:tcPr>
            <w:tcW w:w="3600" w:type="dxa"/>
            <w:tcMar>
              <w:top w:w="44" w:type="dxa"/>
              <w:left w:w="100" w:type="dxa"/>
              <w:bottom w:w="44" w:type="dxa"/>
              <w:right w:w="100" w:type="dxa"/>
            </w:tcMar>
            <w:vAlign w:val="center"/>
          </w:tcPr>
          <w:p w14:paraId="6E49DF8C" w14:textId="77777777" w:rsidR="0085241C" w:rsidRPr="009A4B2D" w:rsidRDefault="00E643CC">
            <w:pPr>
              <w:spacing w:after="0"/>
              <w:rPr>
                <w:sz w:val="22"/>
              </w:rPr>
            </w:pPr>
            <w:r w:rsidRPr="009A4B2D">
              <w:rPr>
                <w:i/>
                <w:iCs/>
                <w:color w:val="5A6270"/>
                <w:sz w:val="22"/>
              </w:rPr>
              <w:t>Drawing cards</w:t>
            </w:r>
          </w:p>
        </w:tc>
        <w:tc>
          <w:tcPr>
            <w:tcW w:w="1492" w:type="dxa"/>
            <w:tcMar>
              <w:top w:w="44" w:type="dxa"/>
              <w:left w:w="100" w:type="dxa"/>
              <w:bottom w:w="44" w:type="dxa"/>
              <w:right w:w="100" w:type="dxa"/>
            </w:tcMar>
            <w:vAlign w:val="center"/>
          </w:tcPr>
          <w:p w14:paraId="2311F599" w14:textId="77777777" w:rsidR="0085241C" w:rsidRPr="009A4B2D" w:rsidRDefault="00E643CC">
            <w:pPr>
              <w:spacing w:after="0"/>
              <w:jc w:val="right"/>
              <w:rPr>
                <w:sz w:val="22"/>
              </w:rPr>
            </w:pPr>
            <w:r w:rsidRPr="009A4B2D">
              <w:rPr>
                <w:sz w:val="22"/>
              </w:rPr>
              <w:t>13</w:t>
            </w:r>
          </w:p>
        </w:tc>
      </w:tr>
      <w:tr w:rsidR="0085241C" w14:paraId="6608886C" w14:textId="77777777">
        <w:trPr>
          <w:cantSplit/>
        </w:trPr>
        <w:tc>
          <w:tcPr>
            <w:tcW w:w="4700" w:type="dxa"/>
            <w:tcMar>
              <w:top w:w="44" w:type="dxa"/>
              <w:left w:w="100" w:type="dxa"/>
              <w:bottom w:w="44" w:type="dxa"/>
              <w:right w:w="100" w:type="dxa"/>
            </w:tcMar>
            <w:vAlign w:val="center"/>
          </w:tcPr>
          <w:p w14:paraId="5867D988" w14:textId="77777777" w:rsidR="0085241C" w:rsidRPr="009A4B2D" w:rsidRDefault="00E643CC">
            <w:pPr>
              <w:spacing w:after="0"/>
              <w:rPr>
                <w:sz w:val="22"/>
              </w:rPr>
            </w:pPr>
            <w:r w:rsidRPr="009A4B2D">
              <w:rPr>
                <w:sz w:val="22"/>
              </w:rPr>
              <w:t>The Missing Piece</w:t>
            </w:r>
          </w:p>
        </w:tc>
        <w:tc>
          <w:tcPr>
            <w:tcW w:w="3600" w:type="dxa"/>
            <w:tcMar>
              <w:top w:w="44" w:type="dxa"/>
              <w:left w:w="100" w:type="dxa"/>
              <w:bottom w:w="44" w:type="dxa"/>
              <w:right w:w="100" w:type="dxa"/>
            </w:tcMar>
            <w:vAlign w:val="center"/>
          </w:tcPr>
          <w:p w14:paraId="23111EC9" w14:textId="77777777" w:rsidR="0085241C" w:rsidRPr="009A4B2D" w:rsidRDefault="00E643CC">
            <w:pPr>
              <w:spacing w:after="0"/>
              <w:rPr>
                <w:sz w:val="22"/>
              </w:rPr>
            </w:pPr>
            <w:r w:rsidRPr="009A4B2D">
              <w:rPr>
                <w:i/>
                <w:iCs/>
                <w:color w:val="5A6270"/>
                <w:sz w:val="22"/>
              </w:rPr>
              <w:t>Evidence cards</w:t>
            </w:r>
          </w:p>
        </w:tc>
        <w:tc>
          <w:tcPr>
            <w:tcW w:w="1492" w:type="dxa"/>
            <w:tcMar>
              <w:top w:w="44" w:type="dxa"/>
              <w:left w:w="100" w:type="dxa"/>
              <w:bottom w:w="44" w:type="dxa"/>
              <w:right w:w="100" w:type="dxa"/>
            </w:tcMar>
            <w:vAlign w:val="center"/>
          </w:tcPr>
          <w:p w14:paraId="62D6D078" w14:textId="77777777" w:rsidR="0085241C" w:rsidRPr="009A4B2D" w:rsidRDefault="00E643CC">
            <w:pPr>
              <w:spacing w:after="0"/>
              <w:jc w:val="right"/>
              <w:rPr>
                <w:sz w:val="22"/>
              </w:rPr>
            </w:pPr>
            <w:r w:rsidRPr="009A4B2D">
              <w:rPr>
                <w:sz w:val="22"/>
              </w:rPr>
              <w:t>16</w:t>
            </w:r>
          </w:p>
        </w:tc>
      </w:tr>
      <w:tr w:rsidR="0085241C" w14:paraId="32C7A8A4" w14:textId="77777777">
        <w:trPr>
          <w:cantSplit/>
        </w:trPr>
        <w:tc>
          <w:tcPr>
            <w:tcW w:w="4700" w:type="dxa"/>
            <w:tcMar>
              <w:top w:w="44" w:type="dxa"/>
              <w:left w:w="100" w:type="dxa"/>
              <w:bottom w:w="44" w:type="dxa"/>
              <w:right w:w="100" w:type="dxa"/>
            </w:tcMar>
            <w:vAlign w:val="center"/>
          </w:tcPr>
          <w:p w14:paraId="70668899" w14:textId="77777777" w:rsidR="0085241C" w:rsidRPr="009A4B2D" w:rsidRDefault="00E643CC">
            <w:pPr>
              <w:spacing w:after="0"/>
              <w:rPr>
                <w:sz w:val="22"/>
              </w:rPr>
            </w:pPr>
            <w:r w:rsidRPr="009A4B2D">
              <w:rPr>
                <w:sz w:val="22"/>
              </w:rPr>
              <w:t>What Went Wrong?</w:t>
            </w:r>
          </w:p>
        </w:tc>
        <w:tc>
          <w:tcPr>
            <w:tcW w:w="3600" w:type="dxa"/>
            <w:tcMar>
              <w:top w:w="44" w:type="dxa"/>
              <w:left w:w="100" w:type="dxa"/>
              <w:bottom w:w="44" w:type="dxa"/>
              <w:right w:w="100" w:type="dxa"/>
            </w:tcMar>
            <w:vAlign w:val="center"/>
          </w:tcPr>
          <w:p w14:paraId="28934EF8" w14:textId="77777777" w:rsidR="0085241C" w:rsidRPr="009A4B2D" w:rsidRDefault="00E643CC">
            <w:pPr>
              <w:spacing w:after="0"/>
              <w:rPr>
                <w:sz w:val="22"/>
              </w:rPr>
            </w:pPr>
            <w:r w:rsidRPr="009A4B2D">
              <w:rPr>
                <w:i/>
                <w:iCs/>
                <w:color w:val="5A6270"/>
                <w:sz w:val="22"/>
              </w:rPr>
              <w:t>Team worksheet</w:t>
            </w:r>
          </w:p>
        </w:tc>
        <w:tc>
          <w:tcPr>
            <w:tcW w:w="1492" w:type="dxa"/>
            <w:tcMar>
              <w:top w:w="44" w:type="dxa"/>
              <w:left w:w="100" w:type="dxa"/>
              <w:bottom w:w="44" w:type="dxa"/>
              <w:right w:w="100" w:type="dxa"/>
            </w:tcMar>
            <w:vAlign w:val="center"/>
          </w:tcPr>
          <w:p w14:paraId="36493D76" w14:textId="77777777" w:rsidR="0085241C" w:rsidRPr="009A4B2D" w:rsidRDefault="00E643CC">
            <w:pPr>
              <w:spacing w:after="0"/>
              <w:jc w:val="right"/>
              <w:rPr>
                <w:sz w:val="22"/>
              </w:rPr>
            </w:pPr>
            <w:r w:rsidRPr="009A4B2D">
              <w:rPr>
                <w:sz w:val="22"/>
              </w:rPr>
              <w:t>20</w:t>
            </w:r>
          </w:p>
        </w:tc>
      </w:tr>
      <w:tr w:rsidR="0085241C" w14:paraId="54F66AD1" w14:textId="77777777">
        <w:trPr>
          <w:cantSplit/>
        </w:trPr>
        <w:tc>
          <w:tcPr>
            <w:tcW w:w="4700" w:type="dxa"/>
            <w:tcMar>
              <w:top w:w="44" w:type="dxa"/>
              <w:left w:w="100" w:type="dxa"/>
              <w:bottom w:w="44" w:type="dxa"/>
              <w:right w:w="100" w:type="dxa"/>
            </w:tcMar>
            <w:vAlign w:val="center"/>
          </w:tcPr>
          <w:p w14:paraId="309D6E13" w14:textId="77777777" w:rsidR="0085241C" w:rsidRPr="009A4B2D" w:rsidRDefault="00E643CC">
            <w:pPr>
              <w:spacing w:after="0"/>
              <w:rPr>
                <w:sz w:val="22"/>
              </w:rPr>
            </w:pPr>
            <w:r w:rsidRPr="009A4B2D">
              <w:rPr>
                <w:sz w:val="22"/>
              </w:rPr>
              <w:t>Crazy Enough to Work?</w:t>
            </w:r>
          </w:p>
        </w:tc>
        <w:tc>
          <w:tcPr>
            <w:tcW w:w="3600" w:type="dxa"/>
            <w:tcMar>
              <w:top w:w="44" w:type="dxa"/>
              <w:left w:w="100" w:type="dxa"/>
              <w:bottom w:w="44" w:type="dxa"/>
              <w:right w:w="100" w:type="dxa"/>
            </w:tcMar>
            <w:vAlign w:val="center"/>
          </w:tcPr>
          <w:p w14:paraId="2294A838" w14:textId="77777777" w:rsidR="0085241C" w:rsidRPr="009A4B2D" w:rsidRDefault="00E643CC">
            <w:pPr>
              <w:spacing w:after="0"/>
              <w:rPr>
                <w:sz w:val="22"/>
              </w:rPr>
            </w:pPr>
            <w:r w:rsidRPr="009A4B2D">
              <w:rPr>
                <w:i/>
                <w:iCs/>
                <w:color w:val="5A6270"/>
                <w:sz w:val="22"/>
              </w:rPr>
              <w:t>Idea sheet</w:t>
            </w:r>
          </w:p>
        </w:tc>
        <w:tc>
          <w:tcPr>
            <w:tcW w:w="1492" w:type="dxa"/>
            <w:tcMar>
              <w:top w:w="44" w:type="dxa"/>
              <w:left w:w="100" w:type="dxa"/>
              <w:bottom w:w="44" w:type="dxa"/>
              <w:right w:w="100" w:type="dxa"/>
            </w:tcMar>
            <w:vAlign w:val="center"/>
          </w:tcPr>
          <w:p w14:paraId="3C06339A" w14:textId="77777777" w:rsidR="0085241C" w:rsidRPr="009A4B2D" w:rsidRDefault="00E643CC">
            <w:pPr>
              <w:spacing w:after="0"/>
              <w:jc w:val="right"/>
              <w:rPr>
                <w:sz w:val="22"/>
              </w:rPr>
            </w:pPr>
            <w:r w:rsidRPr="009A4B2D">
              <w:rPr>
                <w:sz w:val="22"/>
              </w:rPr>
              <w:t>23</w:t>
            </w:r>
          </w:p>
        </w:tc>
      </w:tr>
      <w:tr w:rsidR="0085241C" w14:paraId="0A96A1B9" w14:textId="77777777">
        <w:trPr>
          <w:cantSplit/>
        </w:trPr>
        <w:tc>
          <w:tcPr>
            <w:tcW w:w="4700" w:type="dxa"/>
            <w:tcMar>
              <w:top w:w="44" w:type="dxa"/>
              <w:left w:w="100" w:type="dxa"/>
              <w:bottom w:w="44" w:type="dxa"/>
              <w:right w:w="100" w:type="dxa"/>
            </w:tcMar>
            <w:vAlign w:val="center"/>
          </w:tcPr>
          <w:p w14:paraId="0C6CC5E5" w14:textId="77777777" w:rsidR="0085241C" w:rsidRPr="009A4B2D" w:rsidRDefault="00E643CC">
            <w:pPr>
              <w:spacing w:after="0"/>
              <w:rPr>
                <w:sz w:val="22"/>
              </w:rPr>
            </w:pPr>
            <w:r w:rsidRPr="009A4B2D">
              <w:rPr>
                <w:sz w:val="22"/>
              </w:rPr>
              <w:t>Who’s All-In?</w:t>
            </w:r>
          </w:p>
        </w:tc>
        <w:tc>
          <w:tcPr>
            <w:tcW w:w="3600" w:type="dxa"/>
            <w:tcMar>
              <w:top w:w="44" w:type="dxa"/>
              <w:left w:w="100" w:type="dxa"/>
              <w:bottom w:w="44" w:type="dxa"/>
              <w:right w:w="100" w:type="dxa"/>
            </w:tcMar>
            <w:vAlign w:val="center"/>
          </w:tcPr>
          <w:p w14:paraId="43F0A03B" w14:textId="77777777" w:rsidR="0085241C" w:rsidRPr="009A4B2D" w:rsidRDefault="00E643CC">
            <w:pPr>
              <w:spacing w:after="0"/>
              <w:rPr>
                <w:sz w:val="22"/>
              </w:rPr>
            </w:pPr>
            <w:r w:rsidRPr="009A4B2D">
              <w:rPr>
                <w:i/>
                <w:iCs/>
                <w:color w:val="5A6270"/>
                <w:sz w:val="22"/>
              </w:rPr>
              <w:t>Team Habits Self-Check</w:t>
            </w:r>
          </w:p>
        </w:tc>
        <w:tc>
          <w:tcPr>
            <w:tcW w:w="1492" w:type="dxa"/>
            <w:tcMar>
              <w:top w:w="44" w:type="dxa"/>
              <w:left w:w="100" w:type="dxa"/>
              <w:bottom w:w="44" w:type="dxa"/>
              <w:right w:w="100" w:type="dxa"/>
            </w:tcMar>
            <w:vAlign w:val="center"/>
          </w:tcPr>
          <w:p w14:paraId="013FE090" w14:textId="77777777" w:rsidR="0085241C" w:rsidRPr="009A4B2D" w:rsidRDefault="00E643CC">
            <w:pPr>
              <w:spacing w:after="0"/>
              <w:jc w:val="right"/>
              <w:rPr>
                <w:sz w:val="22"/>
              </w:rPr>
            </w:pPr>
            <w:r w:rsidRPr="009A4B2D">
              <w:rPr>
                <w:sz w:val="22"/>
              </w:rPr>
              <w:t>26</w:t>
            </w:r>
          </w:p>
        </w:tc>
      </w:tr>
      <w:tr w:rsidR="0085241C" w14:paraId="37687A01" w14:textId="77777777">
        <w:trPr>
          <w:cantSplit/>
        </w:trPr>
        <w:tc>
          <w:tcPr>
            <w:tcW w:w="4700" w:type="dxa"/>
            <w:tcMar>
              <w:top w:w="44" w:type="dxa"/>
              <w:left w:w="100" w:type="dxa"/>
              <w:bottom w:w="44" w:type="dxa"/>
              <w:right w:w="100" w:type="dxa"/>
            </w:tcMar>
            <w:vAlign w:val="center"/>
          </w:tcPr>
          <w:p w14:paraId="4FC6EC88" w14:textId="77777777" w:rsidR="0085241C" w:rsidRPr="009A4B2D" w:rsidRDefault="00E643CC">
            <w:pPr>
              <w:spacing w:after="0"/>
              <w:rPr>
                <w:sz w:val="22"/>
              </w:rPr>
            </w:pPr>
            <w:r w:rsidRPr="009A4B2D">
              <w:rPr>
                <w:sz w:val="22"/>
              </w:rPr>
              <w:t>Start, Stop, Continue</w:t>
            </w:r>
          </w:p>
        </w:tc>
        <w:tc>
          <w:tcPr>
            <w:tcW w:w="3600" w:type="dxa"/>
            <w:tcMar>
              <w:top w:w="44" w:type="dxa"/>
              <w:left w:w="100" w:type="dxa"/>
              <w:bottom w:w="44" w:type="dxa"/>
              <w:right w:w="100" w:type="dxa"/>
            </w:tcMar>
            <w:vAlign w:val="center"/>
          </w:tcPr>
          <w:p w14:paraId="1D6CF6D6" w14:textId="77777777" w:rsidR="0085241C" w:rsidRPr="009A4B2D" w:rsidRDefault="00E643CC">
            <w:pPr>
              <w:spacing w:after="0"/>
              <w:rPr>
                <w:sz w:val="22"/>
              </w:rPr>
            </w:pPr>
            <w:r w:rsidRPr="009A4B2D">
              <w:rPr>
                <w:i/>
                <w:iCs/>
                <w:color w:val="5A6270"/>
                <w:sz w:val="22"/>
              </w:rPr>
              <w:t>Team worksheet</w:t>
            </w:r>
          </w:p>
        </w:tc>
        <w:tc>
          <w:tcPr>
            <w:tcW w:w="1492" w:type="dxa"/>
            <w:tcMar>
              <w:top w:w="44" w:type="dxa"/>
              <w:left w:w="100" w:type="dxa"/>
              <w:bottom w:w="44" w:type="dxa"/>
              <w:right w:w="100" w:type="dxa"/>
            </w:tcMar>
            <w:vAlign w:val="center"/>
          </w:tcPr>
          <w:p w14:paraId="78462E3B" w14:textId="77777777" w:rsidR="0085241C" w:rsidRPr="009A4B2D" w:rsidRDefault="00E643CC">
            <w:pPr>
              <w:spacing w:after="0"/>
              <w:jc w:val="right"/>
              <w:rPr>
                <w:sz w:val="22"/>
              </w:rPr>
            </w:pPr>
            <w:r w:rsidRPr="009A4B2D">
              <w:rPr>
                <w:sz w:val="22"/>
              </w:rPr>
              <w:t>29</w:t>
            </w:r>
          </w:p>
        </w:tc>
      </w:tr>
      <w:tr w:rsidR="0085241C" w14:paraId="763C6B4C" w14:textId="77777777">
        <w:trPr>
          <w:cantSplit/>
        </w:trPr>
        <w:tc>
          <w:tcPr>
            <w:tcW w:w="4700" w:type="dxa"/>
            <w:tcMar>
              <w:top w:w="44" w:type="dxa"/>
              <w:left w:w="100" w:type="dxa"/>
              <w:bottom w:w="44" w:type="dxa"/>
              <w:right w:w="100" w:type="dxa"/>
            </w:tcMar>
            <w:vAlign w:val="center"/>
          </w:tcPr>
          <w:p w14:paraId="3E1D59D8" w14:textId="77777777" w:rsidR="0085241C" w:rsidRPr="009A4B2D" w:rsidRDefault="00E643CC">
            <w:pPr>
              <w:spacing w:after="0"/>
              <w:rPr>
                <w:sz w:val="22"/>
              </w:rPr>
            </w:pPr>
            <w:r w:rsidRPr="009A4B2D">
              <w:rPr>
                <w:sz w:val="22"/>
              </w:rPr>
              <w:t>Team Battle Cry</w:t>
            </w:r>
          </w:p>
        </w:tc>
        <w:tc>
          <w:tcPr>
            <w:tcW w:w="3600" w:type="dxa"/>
            <w:tcMar>
              <w:top w:w="44" w:type="dxa"/>
              <w:left w:w="100" w:type="dxa"/>
              <w:bottom w:w="44" w:type="dxa"/>
              <w:right w:w="100" w:type="dxa"/>
            </w:tcMar>
            <w:vAlign w:val="center"/>
          </w:tcPr>
          <w:p w14:paraId="070C9960" w14:textId="77777777" w:rsidR="0085241C" w:rsidRPr="009A4B2D" w:rsidRDefault="00E643CC">
            <w:pPr>
              <w:spacing w:after="0"/>
              <w:rPr>
                <w:sz w:val="22"/>
              </w:rPr>
            </w:pPr>
            <w:r w:rsidRPr="009A4B2D">
              <w:rPr>
                <w:i/>
                <w:iCs/>
                <w:color w:val="5A6270"/>
                <w:sz w:val="22"/>
              </w:rPr>
              <w:t>Team worksheet</w:t>
            </w:r>
          </w:p>
        </w:tc>
        <w:tc>
          <w:tcPr>
            <w:tcW w:w="1492" w:type="dxa"/>
            <w:tcMar>
              <w:top w:w="44" w:type="dxa"/>
              <w:left w:w="100" w:type="dxa"/>
              <w:bottom w:w="44" w:type="dxa"/>
              <w:right w:w="100" w:type="dxa"/>
            </w:tcMar>
            <w:vAlign w:val="center"/>
          </w:tcPr>
          <w:p w14:paraId="0964AC8E" w14:textId="77777777" w:rsidR="0085241C" w:rsidRPr="009A4B2D" w:rsidRDefault="00E643CC">
            <w:pPr>
              <w:spacing w:after="0"/>
              <w:jc w:val="right"/>
              <w:rPr>
                <w:sz w:val="22"/>
              </w:rPr>
            </w:pPr>
            <w:r w:rsidRPr="009A4B2D">
              <w:rPr>
                <w:sz w:val="22"/>
              </w:rPr>
              <w:t>32</w:t>
            </w:r>
          </w:p>
        </w:tc>
      </w:tr>
      <w:tr w:rsidR="0085241C" w14:paraId="433B47B8" w14:textId="77777777">
        <w:trPr>
          <w:cantSplit/>
        </w:trPr>
        <w:tc>
          <w:tcPr>
            <w:tcW w:w="4700" w:type="dxa"/>
            <w:tcMar>
              <w:top w:w="44" w:type="dxa"/>
              <w:left w:w="100" w:type="dxa"/>
              <w:bottom w:w="44" w:type="dxa"/>
              <w:right w:w="100" w:type="dxa"/>
            </w:tcMar>
            <w:vAlign w:val="center"/>
          </w:tcPr>
          <w:p w14:paraId="06ED26CB" w14:textId="77777777" w:rsidR="0085241C" w:rsidRPr="009A4B2D" w:rsidRDefault="00E643CC">
            <w:pPr>
              <w:spacing w:after="0"/>
              <w:rPr>
                <w:sz w:val="22"/>
              </w:rPr>
            </w:pPr>
            <w:r w:rsidRPr="009A4B2D">
              <w:rPr>
                <w:sz w:val="22"/>
              </w:rPr>
              <w:t>The Ripple Effect</w:t>
            </w:r>
          </w:p>
        </w:tc>
        <w:tc>
          <w:tcPr>
            <w:tcW w:w="3600" w:type="dxa"/>
            <w:tcMar>
              <w:top w:w="44" w:type="dxa"/>
              <w:left w:w="100" w:type="dxa"/>
              <w:bottom w:w="44" w:type="dxa"/>
              <w:right w:w="100" w:type="dxa"/>
            </w:tcMar>
            <w:vAlign w:val="center"/>
          </w:tcPr>
          <w:p w14:paraId="52F5E7AD" w14:textId="77777777" w:rsidR="0085241C" w:rsidRPr="009A4B2D" w:rsidRDefault="00E643CC">
            <w:pPr>
              <w:spacing w:after="0"/>
              <w:rPr>
                <w:sz w:val="22"/>
              </w:rPr>
            </w:pPr>
            <w:r w:rsidRPr="009A4B2D">
              <w:rPr>
                <w:i/>
                <w:iCs/>
                <w:color w:val="5A6270"/>
                <w:sz w:val="22"/>
              </w:rPr>
              <w:t>Team worksheet</w:t>
            </w:r>
          </w:p>
        </w:tc>
        <w:tc>
          <w:tcPr>
            <w:tcW w:w="1492" w:type="dxa"/>
            <w:tcMar>
              <w:top w:w="44" w:type="dxa"/>
              <w:left w:w="100" w:type="dxa"/>
              <w:bottom w:w="44" w:type="dxa"/>
              <w:right w:w="100" w:type="dxa"/>
            </w:tcMar>
            <w:vAlign w:val="center"/>
          </w:tcPr>
          <w:p w14:paraId="3EC5BEF3" w14:textId="77777777" w:rsidR="0085241C" w:rsidRPr="009A4B2D" w:rsidRDefault="00E643CC">
            <w:pPr>
              <w:spacing w:after="0"/>
              <w:jc w:val="right"/>
              <w:rPr>
                <w:sz w:val="22"/>
              </w:rPr>
            </w:pPr>
            <w:r w:rsidRPr="009A4B2D">
              <w:rPr>
                <w:sz w:val="22"/>
              </w:rPr>
              <w:t>35</w:t>
            </w:r>
          </w:p>
        </w:tc>
      </w:tr>
      <w:tr w:rsidR="0085241C" w14:paraId="2D32F762" w14:textId="77777777">
        <w:trPr>
          <w:cantSplit/>
        </w:trPr>
        <w:tc>
          <w:tcPr>
            <w:tcW w:w="4700" w:type="dxa"/>
            <w:tcMar>
              <w:top w:w="44" w:type="dxa"/>
              <w:left w:w="100" w:type="dxa"/>
              <w:bottom w:w="44" w:type="dxa"/>
              <w:right w:w="100" w:type="dxa"/>
            </w:tcMar>
            <w:vAlign w:val="center"/>
          </w:tcPr>
          <w:p w14:paraId="543B36B5" w14:textId="77777777" w:rsidR="0085241C" w:rsidRPr="009A4B2D" w:rsidRDefault="00E643CC">
            <w:pPr>
              <w:spacing w:after="0"/>
              <w:rPr>
                <w:sz w:val="22"/>
              </w:rPr>
            </w:pPr>
            <w:r w:rsidRPr="009A4B2D">
              <w:rPr>
                <w:sz w:val="22"/>
              </w:rPr>
              <w:t>The Difference You Make</w:t>
            </w:r>
          </w:p>
        </w:tc>
        <w:tc>
          <w:tcPr>
            <w:tcW w:w="3600" w:type="dxa"/>
            <w:tcMar>
              <w:top w:w="44" w:type="dxa"/>
              <w:left w:w="100" w:type="dxa"/>
              <w:bottom w:w="44" w:type="dxa"/>
              <w:right w:w="100" w:type="dxa"/>
            </w:tcMar>
            <w:vAlign w:val="center"/>
          </w:tcPr>
          <w:p w14:paraId="7EAEA7EC" w14:textId="77777777" w:rsidR="0085241C" w:rsidRPr="009A4B2D" w:rsidRDefault="00E643CC">
            <w:pPr>
              <w:spacing w:after="0"/>
              <w:rPr>
                <w:sz w:val="22"/>
              </w:rPr>
            </w:pPr>
            <w:r w:rsidRPr="009A4B2D">
              <w:rPr>
                <w:i/>
                <w:iCs/>
                <w:color w:val="5A6270"/>
                <w:sz w:val="22"/>
              </w:rPr>
              <w:t>Recognition notes</w:t>
            </w:r>
          </w:p>
        </w:tc>
        <w:tc>
          <w:tcPr>
            <w:tcW w:w="1492" w:type="dxa"/>
            <w:tcMar>
              <w:top w:w="44" w:type="dxa"/>
              <w:left w:w="100" w:type="dxa"/>
              <w:bottom w:w="44" w:type="dxa"/>
              <w:right w:w="100" w:type="dxa"/>
            </w:tcMar>
            <w:vAlign w:val="center"/>
          </w:tcPr>
          <w:p w14:paraId="0D6D17B3" w14:textId="77777777" w:rsidR="0085241C" w:rsidRPr="009A4B2D" w:rsidRDefault="00E643CC">
            <w:pPr>
              <w:spacing w:after="0"/>
              <w:jc w:val="right"/>
              <w:rPr>
                <w:sz w:val="22"/>
              </w:rPr>
            </w:pPr>
            <w:r w:rsidRPr="009A4B2D">
              <w:rPr>
                <w:sz w:val="22"/>
              </w:rPr>
              <w:t>38</w:t>
            </w:r>
          </w:p>
        </w:tc>
      </w:tr>
      <w:tr w:rsidR="0085241C" w14:paraId="17AEF7C4" w14:textId="77777777">
        <w:trPr>
          <w:cantSplit/>
        </w:trPr>
        <w:tc>
          <w:tcPr>
            <w:tcW w:w="4700" w:type="dxa"/>
            <w:tcMar>
              <w:top w:w="44" w:type="dxa"/>
              <w:left w:w="100" w:type="dxa"/>
              <w:bottom w:w="44" w:type="dxa"/>
              <w:right w:w="100" w:type="dxa"/>
            </w:tcMar>
            <w:vAlign w:val="center"/>
          </w:tcPr>
          <w:p w14:paraId="17493DC6" w14:textId="77777777" w:rsidR="0085241C" w:rsidRPr="009A4B2D" w:rsidRDefault="00E643CC">
            <w:pPr>
              <w:spacing w:after="0"/>
              <w:rPr>
                <w:sz w:val="22"/>
              </w:rPr>
            </w:pPr>
            <w:r w:rsidRPr="009A4B2D">
              <w:rPr>
                <w:sz w:val="22"/>
              </w:rPr>
              <w:t>What Great Looks Like</w:t>
            </w:r>
          </w:p>
        </w:tc>
        <w:tc>
          <w:tcPr>
            <w:tcW w:w="3600" w:type="dxa"/>
            <w:tcMar>
              <w:top w:w="44" w:type="dxa"/>
              <w:left w:w="100" w:type="dxa"/>
              <w:bottom w:w="44" w:type="dxa"/>
              <w:right w:w="100" w:type="dxa"/>
            </w:tcMar>
            <w:vAlign w:val="center"/>
          </w:tcPr>
          <w:p w14:paraId="6FD3A03B" w14:textId="77777777" w:rsidR="0085241C" w:rsidRPr="009A4B2D" w:rsidRDefault="00E643CC">
            <w:pPr>
              <w:spacing w:after="0"/>
              <w:rPr>
                <w:sz w:val="22"/>
              </w:rPr>
            </w:pPr>
            <w:r w:rsidRPr="009A4B2D">
              <w:rPr>
                <w:i/>
                <w:iCs/>
                <w:color w:val="5A6270"/>
                <w:sz w:val="22"/>
              </w:rPr>
              <w:t>Team worksheet</w:t>
            </w:r>
          </w:p>
        </w:tc>
        <w:tc>
          <w:tcPr>
            <w:tcW w:w="1492" w:type="dxa"/>
            <w:tcMar>
              <w:top w:w="44" w:type="dxa"/>
              <w:left w:w="100" w:type="dxa"/>
              <w:bottom w:w="44" w:type="dxa"/>
              <w:right w:w="100" w:type="dxa"/>
            </w:tcMar>
            <w:vAlign w:val="center"/>
          </w:tcPr>
          <w:p w14:paraId="24B6E654" w14:textId="77777777" w:rsidR="0085241C" w:rsidRPr="009A4B2D" w:rsidRDefault="00E643CC">
            <w:pPr>
              <w:spacing w:after="0"/>
              <w:jc w:val="right"/>
              <w:rPr>
                <w:sz w:val="22"/>
              </w:rPr>
            </w:pPr>
            <w:r w:rsidRPr="009A4B2D">
              <w:rPr>
                <w:sz w:val="22"/>
              </w:rPr>
              <w:t>41</w:t>
            </w:r>
          </w:p>
        </w:tc>
      </w:tr>
      <w:tr w:rsidR="0085241C" w14:paraId="44B40AF2" w14:textId="77777777">
        <w:trPr>
          <w:cantSplit/>
        </w:trPr>
        <w:tc>
          <w:tcPr>
            <w:tcW w:w="9792" w:type="dxa"/>
            <w:gridSpan w:val="3"/>
            <w:shd w:val="clear" w:color="auto" w:fill="E8ECF2"/>
            <w:tcMar>
              <w:top w:w="40" w:type="dxa"/>
              <w:left w:w="100" w:type="dxa"/>
              <w:bottom w:w="40" w:type="dxa"/>
              <w:right w:w="100" w:type="dxa"/>
            </w:tcMar>
            <w:vAlign w:val="center"/>
          </w:tcPr>
          <w:p w14:paraId="2E63C61D" w14:textId="77777777" w:rsidR="0085241C" w:rsidRPr="009A4B2D" w:rsidRDefault="00E643CC">
            <w:pPr>
              <w:spacing w:after="0"/>
              <w:rPr>
                <w:sz w:val="22"/>
              </w:rPr>
            </w:pPr>
            <w:r w:rsidRPr="009A4B2D">
              <w:rPr>
                <w:rFonts w:ascii="Calibri Light" w:eastAsia="Calibri Light" w:hAnsi="Calibri Light" w:cs="Calibri Light"/>
                <w:b/>
                <w:bCs/>
                <w:color w:val="1A2744"/>
                <w:spacing w:val="40"/>
                <w:sz w:val="22"/>
              </w:rPr>
              <w:t>Build Your Own</w:t>
            </w:r>
          </w:p>
        </w:tc>
      </w:tr>
      <w:tr w:rsidR="0085241C" w14:paraId="04B8C18B" w14:textId="77777777">
        <w:trPr>
          <w:cantSplit/>
        </w:trPr>
        <w:tc>
          <w:tcPr>
            <w:tcW w:w="4700" w:type="dxa"/>
            <w:tcMar>
              <w:top w:w="44" w:type="dxa"/>
              <w:left w:w="100" w:type="dxa"/>
              <w:bottom w:w="44" w:type="dxa"/>
              <w:right w:w="100" w:type="dxa"/>
            </w:tcMar>
            <w:vAlign w:val="center"/>
          </w:tcPr>
          <w:p w14:paraId="4A14B989" w14:textId="77777777" w:rsidR="0085241C" w:rsidRPr="009A4B2D" w:rsidRDefault="00E643CC">
            <w:pPr>
              <w:spacing w:after="0"/>
              <w:rPr>
                <w:sz w:val="22"/>
              </w:rPr>
            </w:pPr>
            <w:r w:rsidRPr="009A4B2D">
              <w:rPr>
                <w:sz w:val="22"/>
              </w:rPr>
              <w:t>Build Your Team Building Activity</w:t>
            </w:r>
          </w:p>
        </w:tc>
        <w:tc>
          <w:tcPr>
            <w:tcW w:w="3600" w:type="dxa"/>
            <w:tcMar>
              <w:top w:w="44" w:type="dxa"/>
              <w:left w:w="100" w:type="dxa"/>
              <w:bottom w:w="44" w:type="dxa"/>
              <w:right w:w="100" w:type="dxa"/>
            </w:tcMar>
            <w:vAlign w:val="center"/>
          </w:tcPr>
          <w:p w14:paraId="181E8B86" w14:textId="77777777" w:rsidR="0085241C" w:rsidRPr="009A4B2D" w:rsidRDefault="00E643CC">
            <w:pPr>
              <w:spacing w:after="0"/>
              <w:rPr>
                <w:sz w:val="22"/>
              </w:rPr>
            </w:pPr>
            <w:r w:rsidRPr="009A4B2D">
              <w:rPr>
                <w:i/>
                <w:iCs/>
                <w:color w:val="5A6270"/>
                <w:sz w:val="22"/>
              </w:rPr>
              <w:t>The five steps</w:t>
            </w:r>
          </w:p>
        </w:tc>
        <w:tc>
          <w:tcPr>
            <w:tcW w:w="1492" w:type="dxa"/>
            <w:tcMar>
              <w:top w:w="44" w:type="dxa"/>
              <w:left w:w="100" w:type="dxa"/>
              <w:bottom w:w="44" w:type="dxa"/>
              <w:right w:w="100" w:type="dxa"/>
            </w:tcMar>
            <w:vAlign w:val="center"/>
          </w:tcPr>
          <w:p w14:paraId="66DB437B" w14:textId="77777777" w:rsidR="0085241C" w:rsidRPr="009A4B2D" w:rsidRDefault="00E643CC">
            <w:pPr>
              <w:spacing w:after="0"/>
              <w:jc w:val="right"/>
              <w:rPr>
                <w:sz w:val="22"/>
              </w:rPr>
            </w:pPr>
            <w:r w:rsidRPr="009A4B2D">
              <w:rPr>
                <w:sz w:val="22"/>
              </w:rPr>
              <w:t>44</w:t>
            </w:r>
          </w:p>
        </w:tc>
      </w:tr>
      <w:tr w:rsidR="0085241C" w14:paraId="483B669F" w14:textId="77777777">
        <w:trPr>
          <w:cantSplit/>
        </w:trPr>
        <w:tc>
          <w:tcPr>
            <w:tcW w:w="4700" w:type="dxa"/>
            <w:tcMar>
              <w:top w:w="44" w:type="dxa"/>
              <w:left w:w="100" w:type="dxa"/>
              <w:bottom w:w="44" w:type="dxa"/>
              <w:right w:w="100" w:type="dxa"/>
            </w:tcMar>
            <w:vAlign w:val="center"/>
          </w:tcPr>
          <w:p w14:paraId="3EE5AEA3" w14:textId="77777777" w:rsidR="0085241C" w:rsidRPr="009A4B2D" w:rsidRDefault="00E643CC">
            <w:pPr>
              <w:spacing w:after="0"/>
              <w:rPr>
                <w:sz w:val="22"/>
              </w:rPr>
            </w:pPr>
            <w:r w:rsidRPr="009A4B2D">
              <w:rPr>
                <w:sz w:val="22"/>
              </w:rPr>
              <w:t>A Few Tips from Experience</w:t>
            </w:r>
          </w:p>
        </w:tc>
        <w:tc>
          <w:tcPr>
            <w:tcW w:w="3600" w:type="dxa"/>
            <w:tcMar>
              <w:top w:w="44" w:type="dxa"/>
              <w:left w:w="100" w:type="dxa"/>
              <w:bottom w:w="44" w:type="dxa"/>
              <w:right w:w="100" w:type="dxa"/>
            </w:tcMar>
            <w:vAlign w:val="center"/>
          </w:tcPr>
          <w:p w14:paraId="0C698573" w14:textId="77777777" w:rsidR="0085241C" w:rsidRPr="009A4B2D" w:rsidRDefault="00E643CC">
            <w:pPr>
              <w:spacing w:after="0"/>
              <w:rPr>
                <w:sz w:val="22"/>
              </w:rPr>
            </w:pPr>
            <w:r w:rsidRPr="009A4B2D">
              <w:rPr>
                <w:i/>
                <w:iCs/>
                <w:color w:val="5A6270"/>
                <w:sz w:val="22"/>
              </w:rPr>
              <w:t>Pre-flight checklist</w:t>
            </w:r>
          </w:p>
        </w:tc>
        <w:tc>
          <w:tcPr>
            <w:tcW w:w="1492" w:type="dxa"/>
            <w:tcMar>
              <w:top w:w="44" w:type="dxa"/>
              <w:left w:w="100" w:type="dxa"/>
              <w:bottom w:w="44" w:type="dxa"/>
              <w:right w:w="100" w:type="dxa"/>
            </w:tcMar>
            <w:vAlign w:val="center"/>
          </w:tcPr>
          <w:p w14:paraId="47314546" w14:textId="77777777" w:rsidR="0085241C" w:rsidRPr="009A4B2D" w:rsidRDefault="00E643CC">
            <w:pPr>
              <w:spacing w:after="0"/>
              <w:jc w:val="right"/>
              <w:rPr>
                <w:sz w:val="22"/>
              </w:rPr>
            </w:pPr>
            <w:r w:rsidRPr="009A4B2D">
              <w:rPr>
                <w:sz w:val="22"/>
              </w:rPr>
              <w:t>45</w:t>
            </w:r>
          </w:p>
        </w:tc>
      </w:tr>
      <w:tr w:rsidR="0085241C" w14:paraId="1115AFEA" w14:textId="77777777">
        <w:trPr>
          <w:cantSplit/>
        </w:trPr>
        <w:tc>
          <w:tcPr>
            <w:tcW w:w="4700" w:type="dxa"/>
            <w:tcMar>
              <w:top w:w="44" w:type="dxa"/>
              <w:left w:w="100" w:type="dxa"/>
              <w:bottom w:w="44" w:type="dxa"/>
              <w:right w:w="100" w:type="dxa"/>
            </w:tcMar>
            <w:vAlign w:val="center"/>
          </w:tcPr>
          <w:p w14:paraId="29DCB396" w14:textId="77777777" w:rsidR="0085241C" w:rsidRPr="009A4B2D" w:rsidRDefault="00E643CC">
            <w:pPr>
              <w:spacing w:after="0"/>
              <w:rPr>
                <w:sz w:val="22"/>
              </w:rPr>
            </w:pPr>
            <w:r w:rsidRPr="009A4B2D">
              <w:rPr>
                <w:sz w:val="22"/>
              </w:rPr>
              <w:t>Build Your Own Team Activity</w:t>
            </w:r>
          </w:p>
        </w:tc>
        <w:tc>
          <w:tcPr>
            <w:tcW w:w="3600" w:type="dxa"/>
            <w:tcMar>
              <w:top w:w="44" w:type="dxa"/>
              <w:left w:w="100" w:type="dxa"/>
              <w:bottom w:w="44" w:type="dxa"/>
              <w:right w:w="100" w:type="dxa"/>
            </w:tcMar>
            <w:vAlign w:val="center"/>
          </w:tcPr>
          <w:p w14:paraId="12E24275" w14:textId="77777777" w:rsidR="0085241C" w:rsidRPr="009A4B2D" w:rsidRDefault="00E643CC">
            <w:pPr>
              <w:spacing w:after="0"/>
              <w:rPr>
                <w:sz w:val="22"/>
              </w:rPr>
            </w:pPr>
            <w:r w:rsidRPr="009A4B2D">
              <w:rPr>
                <w:i/>
                <w:iCs/>
                <w:color w:val="5A6270"/>
                <w:sz w:val="22"/>
              </w:rPr>
              <w:t>Planning worksheet</w:t>
            </w:r>
          </w:p>
        </w:tc>
        <w:tc>
          <w:tcPr>
            <w:tcW w:w="1492" w:type="dxa"/>
            <w:tcMar>
              <w:top w:w="44" w:type="dxa"/>
              <w:left w:w="100" w:type="dxa"/>
              <w:bottom w:w="44" w:type="dxa"/>
              <w:right w:w="100" w:type="dxa"/>
            </w:tcMar>
            <w:vAlign w:val="center"/>
          </w:tcPr>
          <w:p w14:paraId="0D1C487E" w14:textId="77777777" w:rsidR="0085241C" w:rsidRPr="009A4B2D" w:rsidRDefault="00E643CC">
            <w:pPr>
              <w:spacing w:after="0"/>
              <w:jc w:val="right"/>
              <w:rPr>
                <w:sz w:val="22"/>
              </w:rPr>
            </w:pPr>
            <w:r w:rsidRPr="009A4B2D">
              <w:rPr>
                <w:sz w:val="22"/>
              </w:rPr>
              <w:t>46</w:t>
            </w:r>
          </w:p>
        </w:tc>
      </w:tr>
      <w:tr w:rsidR="0085241C" w14:paraId="7E62D043" w14:textId="77777777">
        <w:trPr>
          <w:cantSplit/>
        </w:trPr>
        <w:tc>
          <w:tcPr>
            <w:tcW w:w="4700" w:type="dxa"/>
            <w:tcMar>
              <w:top w:w="44" w:type="dxa"/>
              <w:left w:w="100" w:type="dxa"/>
              <w:bottom w:w="44" w:type="dxa"/>
              <w:right w:w="100" w:type="dxa"/>
            </w:tcMar>
            <w:vAlign w:val="center"/>
          </w:tcPr>
          <w:p w14:paraId="080A68F2" w14:textId="77777777" w:rsidR="0085241C" w:rsidRPr="009A4B2D" w:rsidRDefault="00E643CC">
            <w:pPr>
              <w:spacing w:after="0"/>
              <w:rPr>
                <w:sz w:val="22"/>
              </w:rPr>
            </w:pPr>
            <w:r w:rsidRPr="009A4B2D">
              <w:rPr>
                <w:sz w:val="22"/>
              </w:rPr>
              <w:t>Plan to Lead the Experience</w:t>
            </w:r>
          </w:p>
        </w:tc>
        <w:tc>
          <w:tcPr>
            <w:tcW w:w="3600" w:type="dxa"/>
            <w:tcMar>
              <w:top w:w="44" w:type="dxa"/>
              <w:left w:w="100" w:type="dxa"/>
              <w:bottom w:w="44" w:type="dxa"/>
              <w:right w:w="100" w:type="dxa"/>
            </w:tcMar>
            <w:vAlign w:val="center"/>
          </w:tcPr>
          <w:p w14:paraId="1268C397" w14:textId="77777777" w:rsidR="0085241C" w:rsidRPr="009A4B2D" w:rsidRDefault="00E643CC">
            <w:pPr>
              <w:spacing w:after="0"/>
              <w:rPr>
                <w:sz w:val="22"/>
              </w:rPr>
            </w:pPr>
            <w:r w:rsidRPr="009A4B2D">
              <w:rPr>
                <w:i/>
                <w:iCs/>
                <w:color w:val="5A6270"/>
                <w:sz w:val="22"/>
              </w:rPr>
              <w:t>Facilitator worksheet</w:t>
            </w:r>
          </w:p>
        </w:tc>
        <w:tc>
          <w:tcPr>
            <w:tcW w:w="1492" w:type="dxa"/>
            <w:tcMar>
              <w:top w:w="44" w:type="dxa"/>
              <w:left w:w="100" w:type="dxa"/>
              <w:bottom w:w="44" w:type="dxa"/>
              <w:right w:w="100" w:type="dxa"/>
            </w:tcMar>
            <w:vAlign w:val="center"/>
          </w:tcPr>
          <w:p w14:paraId="582429C2" w14:textId="77777777" w:rsidR="0085241C" w:rsidRPr="009A4B2D" w:rsidRDefault="00E643CC">
            <w:pPr>
              <w:spacing w:after="0"/>
              <w:jc w:val="right"/>
              <w:rPr>
                <w:sz w:val="22"/>
              </w:rPr>
            </w:pPr>
            <w:r w:rsidRPr="009A4B2D">
              <w:rPr>
                <w:sz w:val="22"/>
              </w:rPr>
              <w:t>47</w:t>
            </w:r>
          </w:p>
        </w:tc>
      </w:tr>
      <w:tr w:rsidR="0085241C" w14:paraId="3E88E801" w14:textId="77777777">
        <w:trPr>
          <w:cantSplit/>
        </w:trPr>
        <w:tc>
          <w:tcPr>
            <w:tcW w:w="9792" w:type="dxa"/>
            <w:gridSpan w:val="3"/>
            <w:shd w:val="clear" w:color="auto" w:fill="E8ECF2"/>
            <w:tcMar>
              <w:top w:w="40" w:type="dxa"/>
              <w:left w:w="100" w:type="dxa"/>
              <w:bottom w:w="40" w:type="dxa"/>
              <w:right w:w="100" w:type="dxa"/>
            </w:tcMar>
            <w:vAlign w:val="center"/>
          </w:tcPr>
          <w:p w14:paraId="2FDCA3E9" w14:textId="77777777" w:rsidR="0085241C" w:rsidRPr="009A4B2D" w:rsidRDefault="00E643CC">
            <w:pPr>
              <w:spacing w:after="0"/>
              <w:rPr>
                <w:sz w:val="22"/>
              </w:rPr>
            </w:pPr>
            <w:r w:rsidRPr="009A4B2D">
              <w:rPr>
                <w:rFonts w:ascii="Calibri Light" w:eastAsia="Calibri Light" w:hAnsi="Calibri Light" w:cs="Calibri Light"/>
                <w:b/>
                <w:bCs/>
                <w:color w:val="1A2744"/>
                <w:spacing w:val="40"/>
                <w:sz w:val="22"/>
              </w:rPr>
              <w:t>Putting It on the Calendar</w:t>
            </w:r>
          </w:p>
        </w:tc>
      </w:tr>
      <w:tr w:rsidR="0085241C" w14:paraId="5D7DC6FE" w14:textId="77777777">
        <w:trPr>
          <w:cantSplit/>
        </w:trPr>
        <w:tc>
          <w:tcPr>
            <w:tcW w:w="4700" w:type="dxa"/>
            <w:tcMar>
              <w:top w:w="44" w:type="dxa"/>
              <w:left w:w="100" w:type="dxa"/>
              <w:bottom w:w="44" w:type="dxa"/>
              <w:right w:w="100" w:type="dxa"/>
            </w:tcMar>
            <w:vAlign w:val="center"/>
          </w:tcPr>
          <w:p w14:paraId="25393758" w14:textId="77777777" w:rsidR="0085241C" w:rsidRPr="009A4B2D" w:rsidRDefault="00E643CC">
            <w:pPr>
              <w:spacing w:after="0"/>
              <w:rPr>
                <w:sz w:val="22"/>
              </w:rPr>
            </w:pPr>
            <w:r w:rsidRPr="009A4B2D">
              <w:rPr>
                <w:sz w:val="22"/>
              </w:rPr>
              <w:t>Team Building Activity Scheduler</w:t>
            </w:r>
          </w:p>
        </w:tc>
        <w:tc>
          <w:tcPr>
            <w:tcW w:w="3600" w:type="dxa"/>
            <w:tcMar>
              <w:top w:w="44" w:type="dxa"/>
              <w:left w:w="100" w:type="dxa"/>
              <w:bottom w:w="44" w:type="dxa"/>
              <w:right w:w="100" w:type="dxa"/>
            </w:tcMar>
            <w:vAlign w:val="center"/>
          </w:tcPr>
          <w:p w14:paraId="1F0D01AA" w14:textId="77777777" w:rsidR="0085241C" w:rsidRPr="009A4B2D" w:rsidRDefault="00E643CC">
            <w:pPr>
              <w:spacing w:after="0"/>
              <w:rPr>
                <w:sz w:val="22"/>
              </w:rPr>
            </w:pPr>
            <w:r w:rsidRPr="009A4B2D">
              <w:rPr>
                <w:i/>
                <w:iCs/>
                <w:color w:val="5A6270"/>
                <w:sz w:val="22"/>
              </w:rPr>
              <w:t>Six-month schedule</w:t>
            </w:r>
          </w:p>
        </w:tc>
        <w:tc>
          <w:tcPr>
            <w:tcW w:w="1492" w:type="dxa"/>
            <w:tcMar>
              <w:top w:w="44" w:type="dxa"/>
              <w:left w:w="100" w:type="dxa"/>
              <w:bottom w:w="44" w:type="dxa"/>
              <w:right w:w="100" w:type="dxa"/>
            </w:tcMar>
            <w:vAlign w:val="center"/>
          </w:tcPr>
          <w:p w14:paraId="5105904D" w14:textId="77777777" w:rsidR="0085241C" w:rsidRPr="009A4B2D" w:rsidRDefault="00E643CC">
            <w:pPr>
              <w:spacing w:after="0"/>
              <w:jc w:val="right"/>
              <w:rPr>
                <w:sz w:val="22"/>
              </w:rPr>
            </w:pPr>
            <w:r w:rsidRPr="009A4B2D">
              <w:rPr>
                <w:sz w:val="22"/>
              </w:rPr>
              <w:t>48</w:t>
            </w:r>
          </w:p>
        </w:tc>
      </w:tr>
      <w:tr w:rsidR="0085241C" w14:paraId="0A2429FA" w14:textId="77777777">
        <w:trPr>
          <w:cantSplit/>
        </w:trPr>
        <w:tc>
          <w:tcPr>
            <w:tcW w:w="4700" w:type="dxa"/>
            <w:tcMar>
              <w:top w:w="44" w:type="dxa"/>
              <w:left w:w="100" w:type="dxa"/>
              <w:bottom w:w="44" w:type="dxa"/>
              <w:right w:w="100" w:type="dxa"/>
            </w:tcMar>
            <w:vAlign w:val="center"/>
          </w:tcPr>
          <w:p w14:paraId="3D47E321" w14:textId="77777777" w:rsidR="0085241C" w:rsidRPr="009A4B2D" w:rsidRDefault="00E643CC">
            <w:pPr>
              <w:spacing w:after="0"/>
              <w:rPr>
                <w:sz w:val="22"/>
              </w:rPr>
            </w:pPr>
            <w:r w:rsidRPr="009A4B2D">
              <w:rPr>
                <w:sz w:val="22"/>
              </w:rPr>
              <w:t>Sample Six-Month Team Building Schedule</w:t>
            </w:r>
          </w:p>
        </w:tc>
        <w:tc>
          <w:tcPr>
            <w:tcW w:w="3600" w:type="dxa"/>
            <w:tcMar>
              <w:top w:w="44" w:type="dxa"/>
              <w:left w:w="100" w:type="dxa"/>
              <w:bottom w:w="44" w:type="dxa"/>
              <w:right w:w="100" w:type="dxa"/>
            </w:tcMar>
            <w:vAlign w:val="center"/>
          </w:tcPr>
          <w:p w14:paraId="09E12F33" w14:textId="77777777" w:rsidR="0085241C" w:rsidRPr="009A4B2D" w:rsidRDefault="00E643CC">
            <w:pPr>
              <w:spacing w:after="0"/>
              <w:rPr>
                <w:sz w:val="22"/>
              </w:rPr>
            </w:pPr>
            <w:r w:rsidRPr="009A4B2D">
              <w:rPr>
                <w:i/>
                <w:iCs/>
                <w:color w:val="5A6270"/>
                <w:sz w:val="22"/>
              </w:rPr>
              <w:t>A worked example</w:t>
            </w:r>
          </w:p>
        </w:tc>
        <w:tc>
          <w:tcPr>
            <w:tcW w:w="1492" w:type="dxa"/>
            <w:tcMar>
              <w:top w:w="44" w:type="dxa"/>
              <w:left w:w="100" w:type="dxa"/>
              <w:bottom w:w="44" w:type="dxa"/>
              <w:right w:w="100" w:type="dxa"/>
            </w:tcMar>
            <w:vAlign w:val="center"/>
          </w:tcPr>
          <w:p w14:paraId="1EDC7293" w14:textId="77777777" w:rsidR="0085241C" w:rsidRPr="009A4B2D" w:rsidRDefault="00E643CC">
            <w:pPr>
              <w:spacing w:after="0"/>
              <w:jc w:val="right"/>
              <w:rPr>
                <w:sz w:val="22"/>
              </w:rPr>
            </w:pPr>
            <w:r w:rsidRPr="009A4B2D">
              <w:rPr>
                <w:sz w:val="22"/>
              </w:rPr>
              <w:t>49</w:t>
            </w:r>
          </w:p>
        </w:tc>
      </w:tr>
      <w:tr w:rsidR="0085241C" w14:paraId="5A06267B" w14:textId="77777777">
        <w:trPr>
          <w:cantSplit/>
        </w:trPr>
        <w:tc>
          <w:tcPr>
            <w:tcW w:w="4700" w:type="dxa"/>
            <w:tcMar>
              <w:top w:w="44" w:type="dxa"/>
              <w:left w:w="100" w:type="dxa"/>
              <w:bottom w:w="44" w:type="dxa"/>
              <w:right w:w="100" w:type="dxa"/>
            </w:tcMar>
            <w:vAlign w:val="center"/>
          </w:tcPr>
          <w:p w14:paraId="286B149E" w14:textId="77777777" w:rsidR="0085241C" w:rsidRPr="009A4B2D" w:rsidRDefault="00E643CC">
            <w:pPr>
              <w:spacing w:after="0"/>
              <w:rPr>
                <w:sz w:val="22"/>
              </w:rPr>
            </w:pPr>
            <w:r w:rsidRPr="009A4B2D">
              <w:rPr>
                <w:sz w:val="22"/>
              </w:rPr>
              <w:t>Start Building a Stronger Team</w:t>
            </w:r>
          </w:p>
        </w:tc>
        <w:tc>
          <w:tcPr>
            <w:tcW w:w="3600" w:type="dxa"/>
            <w:tcMar>
              <w:top w:w="44" w:type="dxa"/>
              <w:left w:w="100" w:type="dxa"/>
              <w:bottom w:w="44" w:type="dxa"/>
              <w:right w:w="100" w:type="dxa"/>
            </w:tcMar>
            <w:vAlign w:val="center"/>
          </w:tcPr>
          <w:p w14:paraId="2F02BF1A" w14:textId="77777777" w:rsidR="0085241C" w:rsidRPr="009A4B2D" w:rsidRDefault="00E643CC">
            <w:pPr>
              <w:spacing w:after="0"/>
              <w:rPr>
                <w:sz w:val="22"/>
              </w:rPr>
            </w:pPr>
            <w:r w:rsidRPr="009A4B2D">
              <w:rPr>
                <w:i/>
                <w:iCs/>
                <w:color w:val="5A6270"/>
                <w:sz w:val="22"/>
              </w:rPr>
              <w:t>The closing word</w:t>
            </w:r>
          </w:p>
        </w:tc>
        <w:tc>
          <w:tcPr>
            <w:tcW w:w="1492" w:type="dxa"/>
            <w:tcMar>
              <w:top w:w="44" w:type="dxa"/>
              <w:left w:w="100" w:type="dxa"/>
              <w:bottom w:w="44" w:type="dxa"/>
              <w:right w:w="100" w:type="dxa"/>
            </w:tcMar>
            <w:vAlign w:val="center"/>
          </w:tcPr>
          <w:p w14:paraId="176A09C9" w14:textId="77777777" w:rsidR="0085241C" w:rsidRPr="009A4B2D" w:rsidRDefault="00E643CC">
            <w:pPr>
              <w:spacing w:after="0"/>
              <w:jc w:val="right"/>
              <w:rPr>
                <w:sz w:val="22"/>
              </w:rPr>
            </w:pPr>
            <w:r w:rsidRPr="009A4B2D">
              <w:rPr>
                <w:sz w:val="22"/>
              </w:rPr>
              <w:t>50</w:t>
            </w:r>
          </w:p>
        </w:tc>
      </w:tr>
      <w:tr w:rsidR="0085241C" w14:paraId="2DB97CB9" w14:textId="77777777">
        <w:trPr>
          <w:cantSplit/>
        </w:trPr>
        <w:tc>
          <w:tcPr>
            <w:tcW w:w="9792" w:type="dxa"/>
            <w:gridSpan w:val="3"/>
            <w:shd w:val="clear" w:color="auto" w:fill="E8ECF2"/>
            <w:tcMar>
              <w:top w:w="40" w:type="dxa"/>
              <w:left w:w="100" w:type="dxa"/>
              <w:bottom w:w="40" w:type="dxa"/>
              <w:right w:w="100" w:type="dxa"/>
            </w:tcMar>
            <w:vAlign w:val="center"/>
          </w:tcPr>
          <w:p w14:paraId="38FF1AF2" w14:textId="77777777" w:rsidR="0085241C" w:rsidRPr="009A4B2D" w:rsidRDefault="00E643CC">
            <w:pPr>
              <w:spacing w:after="0"/>
              <w:rPr>
                <w:sz w:val="22"/>
              </w:rPr>
            </w:pPr>
            <w:r>
              <w:rPr>
                <w:rFonts w:ascii="Calibri Light" w:eastAsia="Calibri Light" w:hAnsi="Calibri Light" w:cs="Calibri Light"/>
                <w:b/>
                <w:bCs/>
                <w:color w:val="1A2744"/>
                <w:spacing w:val="40"/>
                <w:sz w:val="22"/>
              </w:rPr>
              <w:t>Appendix</w:t>
            </w:r>
          </w:p>
        </w:tc>
      </w:tr>
      <w:tr w:rsidR="0085241C" w14:paraId="7AB3A289" w14:textId="77777777">
        <w:trPr>
          <w:cantSplit/>
        </w:trPr>
        <w:tc>
          <w:tcPr>
            <w:tcW w:w="4700" w:type="dxa"/>
            <w:tcMar>
              <w:top w:w="44" w:type="dxa"/>
              <w:left w:w="100" w:type="dxa"/>
              <w:bottom w:w="44" w:type="dxa"/>
              <w:right w:w="100" w:type="dxa"/>
            </w:tcMar>
            <w:vAlign w:val="center"/>
          </w:tcPr>
          <w:p w14:paraId="3FF291A2" w14:textId="77777777" w:rsidR="0085241C" w:rsidRPr="009A4B2D" w:rsidRDefault="00E643CC">
            <w:pPr>
              <w:spacing w:after="0"/>
              <w:rPr>
                <w:sz w:val="22"/>
              </w:rPr>
            </w:pPr>
            <w:r>
              <w:rPr>
                <w:sz w:val="22"/>
              </w:rPr>
              <w:t>Fun Meeting Game Kit</w:t>
            </w:r>
          </w:p>
        </w:tc>
        <w:tc>
          <w:tcPr>
            <w:tcW w:w="3600" w:type="dxa"/>
            <w:tcMar>
              <w:top w:w="44" w:type="dxa"/>
              <w:left w:w="100" w:type="dxa"/>
              <w:bottom w:w="44" w:type="dxa"/>
              <w:right w:w="100" w:type="dxa"/>
            </w:tcMar>
            <w:vAlign w:val="center"/>
          </w:tcPr>
          <w:p w14:paraId="57C9D82E" w14:textId="77777777" w:rsidR="0085241C" w:rsidRPr="009A4B2D" w:rsidRDefault="00E643CC">
            <w:pPr>
              <w:spacing w:after="0"/>
              <w:rPr>
                <w:sz w:val="22"/>
              </w:rPr>
            </w:pPr>
            <w:r>
              <w:rPr>
                <w:i/>
                <w:iCs/>
                <w:color w:val="5A6270"/>
                <w:sz w:val="22"/>
              </w:rPr>
              <w:t>Seven printable game sheets</w:t>
            </w:r>
          </w:p>
        </w:tc>
        <w:tc>
          <w:tcPr>
            <w:tcW w:w="1492" w:type="dxa"/>
            <w:tcMar>
              <w:top w:w="44" w:type="dxa"/>
              <w:left w:w="100" w:type="dxa"/>
              <w:bottom w:w="44" w:type="dxa"/>
              <w:right w:w="100" w:type="dxa"/>
            </w:tcMar>
            <w:vAlign w:val="center"/>
          </w:tcPr>
          <w:p w14:paraId="75773EDD" w14:textId="77777777" w:rsidR="0085241C" w:rsidRPr="009A4B2D" w:rsidRDefault="00E643CC">
            <w:pPr>
              <w:spacing w:after="0"/>
              <w:jc w:val="right"/>
              <w:rPr>
                <w:sz w:val="22"/>
              </w:rPr>
            </w:pPr>
            <w:r>
              <w:rPr>
                <w:sz w:val="22"/>
              </w:rPr>
              <w:t>51</w:t>
            </w:r>
          </w:p>
        </w:tc>
      </w:tr>
    </w:tbl>
    <w:p w14:paraId="586F6485" w14:textId="77777777" w:rsidR="0085241C" w:rsidRDefault="0085241C">
      <w:pPr>
        <w:pageBreakBefore/>
        <w:spacing w:after="0" w:line="20" w:lineRule="exact"/>
        <w:rPr>
          <w:sz w:val="2"/>
        </w:rPr>
      </w:pPr>
    </w:p>
    <w:p w14:paraId="44701ACF" w14:textId="77777777" w:rsidR="00E10B19" w:rsidRDefault="00EB4D04">
      <w:pPr>
        <w:pStyle w:val="Title"/>
      </w:pPr>
      <w:r>
        <w:t>Team Building Activities</w:t>
      </w:r>
      <w:r w:rsidR="003F1B74">
        <w:t xml:space="preserve"> Leader’s Guide</w:t>
      </w:r>
    </w:p>
    <w:p w14:paraId="1BC13E89" w14:textId="77777777" w:rsidR="00E10B19" w:rsidRPr="003F1B74" w:rsidRDefault="00617B55">
      <w:pPr>
        <w:spacing w:after="140"/>
        <w:rPr>
          <w:b/>
          <w:bCs/>
          <w:sz w:val="22"/>
          <w:szCs w:val="24"/>
        </w:rPr>
      </w:pPr>
      <w:r>
        <w:rPr>
          <w:b/>
          <w:bCs/>
          <w:sz w:val="22"/>
          <w:szCs w:val="24"/>
        </w:rPr>
        <w:t>Here you will find a</w:t>
      </w:r>
      <w:r w:rsidRPr="003F1B74">
        <w:rPr>
          <w:b/>
          <w:bCs/>
          <w:sz w:val="22"/>
          <w:szCs w:val="24"/>
        </w:rPr>
        <w:t xml:space="preserve"> practical collection of enjoyable activities that strengthen team relationships and improve how people work together.</w:t>
      </w:r>
    </w:p>
    <w:p w14:paraId="5F88BE3F" w14:textId="77777777" w:rsidR="002821A2" w:rsidRDefault="002821A2" w:rsidP="002821A2">
      <w:pPr>
        <w:pStyle w:val="MasterSection"/>
      </w:pPr>
      <w:r>
        <w:t>Welcome and How to Use This Guide</w:t>
      </w:r>
    </w:p>
    <w:p w14:paraId="1BF764BC" w14:textId="77777777" w:rsidR="002821A2" w:rsidRDefault="002821A2" w:rsidP="002821A2">
      <w:pPr>
        <w:spacing w:after="140"/>
        <w:rPr>
          <w:sz w:val="22"/>
          <w:szCs w:val="24"/>
        </w:rPr>
      </w:pPr>
      <w:r w:rsidRPr="001B5959">
        <w:rPr>
          <w:b/>
          <w:bCs/>
          <w:sz w:val="22"/>
          <w:szCs w:val="24"/>
        </w:rPr>
        <w:t>Strong teams develop through shared experiences, honest conversations, and learning to work better together.</w:t>
      </w:r>
      <w:r w:rsidRPr="001B5959">
        <w:rPr>
          <w:sz w:val="22"/>
          <w:szCs w:val="24"/>
        </w:rPr>
        <w:t xml:space="preserve"> </w:t>
      </w:r>
    </w:p>
    <w:p w14:paraId="7CE03EB5" w14:textId="77777777" w:rsidR="002821A2" w:rsidRPr="001B5959" w:rsidRDefault="002821A2" w:rsidP="002821A2">
      <w:pPr>
        <w:spacing w:after="140"/>
        <w:rPr>
          <w:sz w:val="22"/>
          <w:szCs w:val="24"/>
        </w:rPr>
      </w:pPr>
      <w:r w:rsidRPr="001B5959">
        <w:rPr>
          <w:sz w:val="22"/>
          <w:szCs w:val="24"/>
        </w:rPr>
        <w:t>You do</w:t>
      </w:r>
      <w:r w:rsidR="00294F0D">
        <w:rPr>
          <w:sz w:val="22"/>
          <w:szCs w:val="24"/>
        </w:rPr>
        <w:t>n’t</w:t>
      </w:r>
      <w:r w:rsidRPr="001B5959">
        <w:rPr>
          <w:sz w:val="22"/>
          <w:szCs w:val="24"/>
        </w:rPr>
        <w:t xml:space="preserve"> need a full-day event to make that happen. Sometimes 25 or 30 minutes of meaningful interaction can make a real difference.</w:t>
      </w:r>
    </w:p>
    <w:p w14:paraId="41D2B1B8" w14:textId="77777777" w:rsidR="002821A2" w:rsidRDefault="002821A2" w:rsidP="002821A2">
      <w:pPr>
        <w:spacing w:after="140"/>
        <w:rPr>
          <w:sz w:val="22"/>
          <w:szCs w:val="24"/>
        </w:rPr>
      </w:pPr>
      <w:r w:rsidRPr="001B5959">
        <w:rPr>
          <w:sz w:val="22"/>
          <w:szCs w:val="24"/>
        </w:rPr>
        <w:t xml:space="preserve">This guide offers 12 practical activities across six categories. Some invite laughter and connection. Others help teams communicate, solve problems, take responsibility, or recognize the contributions of others. </w:t>
      </w:r>
    </w:p>
    <w:p w14:paraId="4AF8C55F" w14:textId="77777777" w:rsidR="002821A2" w:rsidRPr="001B5959" w:rsidRDefault="002821A2" w:rsidP="002821A2">
      <w:pPr>
        <w:spacing w:after="140"/>
        <w:rPr>
          <w:sz w:val="22"/>
          <w:szCs w:val="24"/>
        </w:rPr>
      </w:pPr>
      <w:r w:rsidRPr="001B5959">
        <w:rPr>
          <w:sz w:val="22"/>
          <w:szCs w:val="24"/>
        </w:rPr>
        <w:t>Each</w:t>
      </w:r>
      <w:r>
        <w:rPr>
          <w:sz w:val="22"/>
          <w:szCs w:val="24"/>
        </w:rPr>
        <w:t xml:space="preserve"> team building activity</w:t>
      </w:r>
      <w:r w:rsidRPr="001B5959">
        <w:rPr>
          <w:sz w:val="22"/>
          <w:szCs w:val="24"/>
        </w:rPr>
        <w:t xml:space="preserve"> is designed to fit into everyday leadership</w:t>
      </w:r>
      <w:r>
        <w:rPr>
          <w:sz w:val="22"/>
          <w:szCs w:val="24"/>
        </w:rPr>
        <w:t xml:space="preserve"> situations</w:t>
      </w:r>
      <w:r w:rsidRPr="001B5959">
        <w:rPr>
          <w:sz w:val="22"/>
          <w:szCs w:val="24"/>
        </w:rPr>
        <w:t>.</w:t>
      </w:r>
    </w:p>
    <w:p w14:paraId="44B8AC12" w14:textId="77777777" w:rsidR="002821A2" w:rsidRPr="00F17A1D" w:rsidRDefault="002821A2" w:rsidP="002821A2">
      <w:pPr>
        <w:pStyle w:val="Heading2"/>
        <w:spacing w:before="240" w:after="100" w:line="240" w:lineRule="auto"/>
        <w:rPr>
          <w:sz w:val="28"/>
          <w:szCs w:val="28"/>
        </w:rPr>
      </w:pPr>
      <w:r>
        <w:rPr>
          <w:sz w:val="28"/>
          <w:szCs w:val="28"/>
        </w:rPr>
        <w:t>Getting started</w:t>
      </w:r>
    </w:p>
    <w:p w14:paraId="7BAE1137" w14:textId="77777777" w:rsidR="002821A2" w:rsidRPr="001B5959" w:rsidRDefault="002821A2" w:rsidP="002821A2">
      <w:pPr>
        <w:spacing w:after="140"/>
        <w:rPr>
          <w:sz w:val="22"/>
          <w:szCs w:val="24"/>
        </w:rPr>
      </w:pPr>
      <w:r w:rsidRPr="001B5959">
        <w:rPr>
          <w:sz w:val="22"/>
          <w:szCs w:val="24"/>
        </w:rPr>
        <w:t xml:space="preserve">Choose </w:t>
      </w:r>
      <w:r>
        <w:rPr>
          <w:sz w:val="22"/>
          <w:szCs w:val="24"/>
        </w:rPr>
        <w:t xml:space="preserve">activities that support </w:t>
      </w:r>
      <w:r w:rsidRPr="001B5959">
        <w:rPr>
          <w:sz w:val="22"/>
          <w:szCs w:val="24"/>
        </w:rPr>
        <w:t>what your team needs. Use the activity picker on the following page. You can lead the activities in any order.</w:t>
      </w:r>
    </w:p>
    <w:p w14:paraId="5FD773A6" w14:textId="77777777" w:rsidR="002821A2" w:rsidRPr="001B5959" w:rsidRDefault="002821A2" w:rsidP="002821A2">
      <w:pPr>
        <w:spacing w:after="140"/>
        <w:rPr>
          <w:sz w:val="22"/>
          <w:szCs w:val="24"/>
        </w:rPr>
      </w:pPr>
      <w:r w:rsidRPr="001B5959">
        <w:rPr>
          <w:sz w:val="22"/>
          <w:szCs w:val="24"/>
        </w:rPr>
        <w:t xml:space="preserve">Make time for the experience. Consider one activity a month </w:t>
      </w:r>
      <w:r>
        <w:rPr>
          <w:sz w:val="22"/>
          <w:szCs w:val="24"/>
        </w:rPr>
        <w:t xml:space="preserve">to </w:t>
      </w:r>
      <w:r w:rsidRPr="001B5959">
        <w:rPr>
          <w:sz w:val="22"/>
          <w:szCs w:val="24"/>
        </w:rPr>
        <w:t>include in a regular team meeting</w:t>
      </w:r>
      <w:r>
        <w:rPr>
          <w:sz w:val="22"/>
          <w:szCs w:val="24"/>
        </w:rPr>
        <w:t xml:space="preserve"> or schedule a meeting specifically for team building</w:t>
      </w:r>
      <w:r w:rsidRPr="001B5959">
        <w:rPr>
          <w:sz w:val="22"/>
          <w:szCs w:val="24"/>
        </w:rPr>
        <w:t>. Choose a rhythm that works for your team.</w:t>
      </w:r>
    </w:p>
    <w:p w14:paraId="677C8D21" w14:textId="77777777" w:rsidR="002821A2" w:rsidRPr="001B5959" w:rsidRDefault="002821A2" w:rsidP="002821A2">
      <w:pPr>
        <w:spacing w:after="140"/>
        <w:rPr>
          <w:sz w:val="22"/>
          <w:szCs w:val="24"/>
        </w:rPr>
      </w:pPr>
      <w:r w:rsidRPr="001B5959">
        <w:rPr>
          <w:sz w:val="22"/>
          <w:szCs w:val="24"/>
        </w:rPr>
        <w:t>Read the activity first. Each includes a purpose, preparation, timed steps, facilitator notes, and supporting materials when needed. Preparation time is separate from activity time.</w:t>
      </w:r>
    </w:p>
    <w:p w14:paraId="303F256C" w14:textId="77777777" w:rsidR="002821A2" w:rsidRPr="001B5959" w:rsidRDefault="002821A2" w:rsidP="002821A2">
      <w:pPr>
        <w:spacing w:after="140"/>
        <w:rPr>
          <w:sz w:val="22"/>
          <w:szCs w:val="24"/>
        </w:rPr>
      </w:pPr>
      <w:r w:rsidRPr="001B5959">
        <w:rPr>
          <w:sz w:val="22"/>
          <w:szCs w:val="24"/>
        </w:rPr>
        <w:t>Let people discover the lesson. Explain the task without giving away its point. A little surprise, laughter, or an unexpected insight can make the experience</w:t>
      </w:r>
      <w:r>
        <w:rPr>
          <w:sz w:val="22"/>
          <w:szCs w:val="24"/>
        </w:rPr>
        <w:t xml:space="preserve"> fun and </w:t>
      </w:r>
      <w:r w:rsidRPr="001B5959">
        <w:rPr>
          <w:sz w:val="22"/>
          <w:szCs w:val="24"/>
        </w:rPr>
        <w:t>memorable.</w:t>
      </w:r>
    </w:p>
    <w:p w14:paraId="018B726F" w14:textId="77777777" w:rsidR="002821A2" w:rsidRPr="001B5959" w:rsidRDefault="002821A2" w:rsidP="002821A2">
      <w:pPr>
        <w:spacing w:after="140"/>
        <w:rPr>
          <w:sz w:val="22"/>
          <w:szCs w:val="24"/>
        </w:rPr>
      </w:pPr>
      <w:r w:rsidRPr="001B5959">
        <w:rPr>
          <w:sz w:val="22"/>
          <w:szCs w:val="24"/>
        </w:rPr>
        <w:t xml:space="preserve">Keep follow-up </w:t>
      </w:r>
      <w:r>
        <w:rPr>
          <w:sz w:val="22"/>
          <w:szCs w:val="24"/>
        </w:rPr>
        <w:t>reasonable</w:t>
      </w:r>
      <w:r w:rsidRPr="001B5959">
        <w:rPr>
          <w:sz w:val="22"/>
          <w:szCs w:val="24"/>
        </w:rPr>
        <w:t>. Some exercises produce ideas worth acting on; others succeed simply because teammates connect or gain a fresh perspective. Not every activity needs an action plan.</w:t>
      </w:r>
    </w:p>
    <w:p w14:paraId="5DB1C9C4" w14:textId="77777777" w:rsidR="002821A2" w:rsidRPr="001B5959" w:rsidRDefault="002821A2" w:rsidP="002821A2">
      <w:pPr>
        <w:spacing w:after="140"/>
        <w:rPr>
          <w:sz w:val="22"/>
          <w:szCs w:val="24"/>
        </w:rPr>
      </w:pPr>
      <w:r w:rsidRPr="001B5959">
        <w:rPr>
          <w:sz w:val="22"/>
          <w:szCs w:val="24"/>
        </w:rPr>
        <w:t>The goal is not to add more work. It is to create meaningful moments that help people work better together.</w:t>
      </w:r>
    </w:p>
    <w:p w14:paraId="08963BF3" w14:textId="77777777" w:rsidR="002821A2" w:rsidRDefault="002821A2" w:rsidP="002821A2">
      <w:pPr>
        <w:spacing w:after="140"/>
      </w:pPr>
      <w:r>
        <w:br w:type="page"/>
      </w:r>
    </w:p>
    <w:p w14:paraId="06868CC2" w14:textId="77777777" w:rsidR="002821A2" w:rsidRDefault="002821A2" w:rsidP="002821A2">
      <w:pPr>
        <w:pStyle w:val="MasterSection"/>
      </w:pPr>
      <w:r>
        <w:lastRenderedPageBreak/>
        <w:t>Choose the Right Activity</w:t>
      </w:r>
    </w:p>
    <w:p w14:paraId="72D299C8" w14:textId="77777777" w:rsidR="002821A2" w:rsidRPr="009A4B2D" w:rsidRDefault="002821A2" w:rsidP="002821A2">
      <w:pPr>
        <w:spacing w:after="360"/>
        <w:rPr>
          <w:sz w:val="24"/>
          <w:szCs w:val="28"/>
        </w:rPr>
      </w:pPr>
      <w:r w:rsidRPr="009A4B2D">
        <w:rPr>
          <w:sz w:val="24"/>
          <w:szCs w:val="28"/>
        </w:rPr>
        <w:t>Choose an exercise based on your team’s needs, the time available, and the experience you want to create. Activities can be completed in any order.</w:t>
      </w:r>
    </w:p>
    <w:tbl>
      <w:tblPr>
        <w:tblStyle w:val="LightShading-Accent1"/>
        <w:tblW w:w="0" w:type="auto"/>
        <w:tblLayout w:type="fixed"/>
        <w:tblLook w:val="04A0" w:firstRow="1" w:lastRow="0" w:firstColumn="1" w:lastColumn="0" w:noHBand="0" w:noVBand="1"/>
      </w:tblPr>
      <w:tblGrid>
        <w:gridCol w:w="2016"/>
        <w:gridCol w:w="4194"/>
        <w:gridCol w:w="1890"/>
        <w:gridCol w:w="1710"/>
      </w:tblGrid>
      <w:tr w:rsidR="002821A2" w:rsidRPr="001B5959" w14:paraId="10E4E74D" w14:textId="77777777" w:rsidTr="00264D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shd w:val="clear" w:color="auto" w:fill="1A2744"/>
          </w:tcPr>
          <w:p w14:paraId="14628D69" w14:textId="77777777" w:rsidR="002821A2" w:rsidRPr="00D14A9D" w:rsidRDefault="002821A2" w:rsidP="009A4B2D">
            <w:pPr>
              <w:rPr>
                <w:color w:val="FFFFFF"/>
                <w:sz w:val="28"/>
                <w:szCs w:val="32"/>
              </w:rPr>
            </w:pPr>
            <w:r w:rsidRPr="00D14A9D">
              <w:rPr>
                <w:color w:val="FFFFFF"/>
                <w:sz w:val="28"/>
                <w:szCs w:val="32"/>
              </w:rPr>
              <w:t>Team need</w:t>
            </w:r>
          </w:p>
        </w:tc>
        <w:tc>
          <w:tcPr>
            <w:tcW w:w="4194" w:type="dxa"/>
            <w:shd w:val="clear" w:color="auto" w:fill="1A2744"/>
          </w:tcPr>
          <w:p w14:paraId="23D7C372" w14:textId="77777777" w:rsidR="002821A2" w:rsidRPr="00D14A9D" w:rsidRDefault="002821A2" w:rsidP="009A4B2D">
            <w:pPr>
              <w:cnfStyle w:val="100000000000" w:firstRow="1" w:lastRow="0" w:firstColumn="0" w:lastColumn="0" w:oddVBand="0" w:evenVBand="0" w:oddHBand="0" w:evenHBand="0" w:firstRowFirstColumn="0" w:firstRowLastColumn="0" w:lastRowFirstColumn="0" w:lastRowLastColumn="0"/>
              <w:rPr>
                <w:color w:val="FFFFFF"/>
                <w:sz w:val="28"/>
                <w:szCs w:val="32"/>
              </w:rPr>
            </w:pPr>
            <w:r w:rsidRPr="00D14A9D">
              <w:rPr>
                <w:color w:val="FFFFFF"/>
                <w:sz w:val="28"/>
                <w:szCs w:val="32"/>
              </w:rPr>
              <w:t>Activity and purpose</w:t>
            </w:r>
          </w:p>
        </w:tc>
        <w:tc>
          <w:tcPr>
            <w:tcW w:w="1890" w:type="dxa"/>
            <w:shd w:val="clear" w:color="auto" w:fill="1A2744"/>
          </w:tcPr>
          <w:p w14:paraId="2771BF23" w14:textId="77777777" w:rsidR="002821A2" w:rsidRPr="00D14A9D" w:rsidRDefault="002821A2" w:rsidP="009A4B2D">
            <w:pPr>
              <w:cnfStyle w:val="100000000000" w:firstRow="1" w:lastRow="0" w:firstColumn="0" w:lastColumn="0" w:oddVBand="0" w:evenVBand="0" w:oddHBand="0" w:evenHBand="0" w:firstRowFirstColumn="0" w:firstRowLastColumn="0" w:lastRowFirstColumn="0" w:lastRowLastColumn="0"/>
              <w:rPr>
                <w:color w:val="FFFFFF"/>
                <w:sz w:val="28"/>
                <w:szCs w:val="32"/>
              </w:rPr>
            </w:pPr>
            <w:r w:rsidRPr="00D14A9D">
              <w:rPr>
                <w:color w:val="FFFFFF"/>
                <w:sz w:val="28"/>
                <w:szCs w:val="32"/>
              </w:rPr>
              <w:t>Time / prep</w:t>
            </w:r>
          </w:p>
        </w:tc>
        <w:tc>
          <w:tcPr>
            <w:tcW w:w="1710" w:type="dxa"/>
            <w:shd w:val="clear" w:color="auto" w:fill="1A2744"/>
          </w:tcPr>
          <w:p w14:paraId="51BE6992" w14:textId="77777777" w:rsidR="003F0A8C" w:rsidRDefault="00262E39">
            <w:pPr>
              <w:cnfStyle w:val="100000000000" w:firstRow="1" w:lastRow="0" w:firstColumn="0" w:lastColumn="0" w:oddVBand="0" w:evenVBand="0" w:oddHBand="0" w:evenHBand="0" w:firstRowFirstColumn="0" w:firstRowLastColumn="0" w:lastRowFirstColumn="0" w:lastRowLastColumn="0"/>
              <w:rPr>
                <w:color w:val="FFFFFF"/>
                <w:sz w:val="28"/>
                <w:szCs w:val="32"/>
              </w:rPr>
            </w:pPr>
            <w:r>
              <w:rPr>
                <w:color w:val="FFFFFF"/>
                <w:sz w:val="28"/>
                <w:szCs w:val="32"/>
              </w:rPr>
              <w:t>Group size</w:t>
            </w:r>
          </w:p>
        </w:tc>
      </w:tr>
      <w:tr w:rsidR="002821A2" w:rsidRPr="001B5959" w14:paraId="6122540B" w14:textId="77777777" w:rsidTr="00264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tcBorders>
              <w:bottom w:val="nil"/>
            </w:tcBorders>
          </w:tcPr>
          <w:p w14:paraId="388A1F9C" w14:textId="77777777" w:rsidR="002821A2" w:rsidRPr="009A4B2D" w:rsidRDefault="002821A2" w:rsidP="00264DE1">
            <w:pPr>
              <w:rPr>
                <w:sz w:val="24"/>
                <w:szCs w:val="28"/>
              </w:rPr>
            </w:pPr>
            <w:r w:rsidRPr="009A4B2D">
              <w:rPr>
                <w:sz w:val="24"/>
                <w:szCs w:val="28"/>
              </w:rPr>
              <w:t>Connection &amp; Trust</w:t>
            </w:r>
          </w:p>
        </w:tc>
        <w:tc>
          <w:tcPr>
            <w:tcW w:w="4194" w:type="dxa"/>
            <w:tcBorders>
              <w:bottom w:val="nil"/>
            </w:tcBorders>
          </w:tcPr>
          <w:p w14:paraId="25EB64B6" w14:textId="77777777" w:rsidR="002821A2" w:rsidRPr="001B5959" w:rsidRDefault="002821A2" w:rsidP="00264DE1">
            <w:pPr>
              <w:cnfStyle w:val="000000100000" w:firstRow="0" w:lastRow="0" w:firstColumn="0" w:lastColumn="0" w:oddVBand="0" w:evenVBand="0" w:oddHBand="1" w:evenHBand="0" w:firstRowFirstColumn="0" w:firstRowLastColumn="0" w:lastRowFirstColumn="0" w:lastRowLastColumn="0"/>
              <w:rPr>
                <w:sz w:val="22"/>
                <w:szCs w:val="24"/>
              </w:rPr>
            </w:pPr>
            <w:r w:rsidRPr="00D14A9D">
              <w:rPr>
                <w:b/>
                <w:bCs/>
                <w:sz w:val="22"/>
                <w:szCs w:val="24"/>
              </w:rPr>
              <w:t>Who Knew?</w:t>
            </w:r>
            <w:r w:rsidRPr="001B5959">
              <w:rPr>
                <w:sz w:val="22"/>
                <w:szCs w:val="24"/>
              </w:rPr>
              <w:t xml:space="preserve"> </w:t>
            </w:r>
            <w:r>
              <w:rPr>
                <w:sz w:val="22"/>
                <w:szCs w:val="24"/>
              </w:rPr>
              <w:br/>
            </w:r>
            <w:r w:rsidRPr="00D14A9D">
              <w:rPr>
                <w:i/>
                <w:iCs/>
              </w:rPr>
              <w:t>Discover unexpected connections</w:t>
            </w:r>
          </w:p>
        </w:tc>
        <w:tc>
          <w:tcPr>
            <w:tcW w:w="1890" w:type="dxa"/>
            <w:tcBorders>
              <w:bottom w:val="nil"/>
            </w:tcBorders>
          </w:tcPr>
          <w:p w14:paraId="52836711" w14:textId="77777777" w:rsidR="002821A2" w:rsidRPr="001B5959" w:rsidRDefault="002821A2" w:rsidP="00264DE1">
            <w:pPr>
              <w:cnfStyle w:val="000000100000" w:firstRow="0" w:lastRow="0" w:firstColumn="0" w:lastColumn="0" w:oddVBand="0" w:evenVBand="0" w:oddHBand="1" w:evenHBand="0" w:firstRowFirstColumn="0" w:firstRowLastColumn="0" w:lastRowFirstColumn="0" w:lastRowLastColumn="0"/>
              <w:rPr>
                <w:sz w:val="22"/>
                <w:szCs w:val="24"/>
              </w:rPr>
            </w:pPr>
            <w:r w:rsidRPr="001B5959">
              <w:rPr>
                <w:sz w:val="22"/>
                <w:szCs w:val="24"/>
              </w:rPr>
              <w:t>25 / 5 min</w:t>
            </w:r>
          </w:p>
        </w:tc>
        <w:tc>
          <w:tcPr>
            <w:tcW w:w="1710" w:type="dxa"/>
            <w:tcBorders>
              <w:bottom w:val="nil"/>
            </w:tcBorders>
          </w:tcPr>
          <w:p w14:paraId="1615E5EC" w14:textId="77777777" w:rsidR="003F0A8C" w:rsidRDefault="00262E39">
            <w:pPr>
              <w:cnfStyle w:val="000000100000" w:firstRow="0" w:lastRow="0" w:firstColumn="0" w:lastColumn="0" w:oddVBand="0" w:evenVBand="0" w:oddHBand="1" w:evenHBand="0" w:firstRowFirstColumn="0" w:firstRowLastColumn="0" w:lastRowFirstColumn="0" w:lastRowLastColumn="0"/>
              <w:rPr>
                <w:sz w:val="22"/>
                <w:szCs w:val="24"/>
              </w:rPr>
            </w:pPr>
            <w:r>
              <w:rPr>
                <w:sz w:val="22"/>
                <w:szCs w:val="24"/>
              </w:rPr>
              <w:t>Whole team</w:t>
            </w:r>
          </w:p>
        </w:tc>
      </w:tr>
      <w:tr w:rsidR="002821A2" w:rsidRPr="001B5959" w14:paraId="66BF869E" w14:textId="77777777" w:rsidTr="00264DE1">
        <w:tc>
          <w:tcPr>
            <w:cnfStyle w:val="001000000000" w:firstRow="0" w:lastRow="0" w:firstColumn="1" w:lastColumn="0" w:oddVBand="0" w:evenVBand="0" w:oddHBand="0" w:evenHBand="0" w:firstRowFirstColumn="0" w:firstRowLastColumn="0" w:lastRowFirstColumn="0" w:lastRowLastColumn="0"/>
            <w:tcW w:w="2016" w:type="dxa"/>
            <w:tcBorders>
              <w:top w:val="nil"/>
              <w:bottom w:val="nil"/>
            </w:tcBorders>
            <w:shd w:val="clear" w:color="auto" w:fill="E8ECF2"/>
          </w:tcPr>
          <w:p w14:paraId="7CFF0482" w14:textId="77777777" w:rsidR="002821A2" w:rsidRPr="009A4B2D" w:rsidRDefault="002821A2" w:rsidP="00264DE1">
            <w:pPr>
              <w:rPr>
                <w:sz w:val="24"/>
                <w:szCs w:val="28"/>
              </w:rPr>
            </w:pPr>
          </w:p>
        </w:tc>
        <w:tc>
          <w:tcPr>
            <w:tcW w:w="4194" w:type="dxa"/>
            <w:tcBorders>
              <w:top w:val="nil"/>
              <w:bottom w:val="nil"/>
            </w:tcBorders>
            <w:shd w:val="clear" w:color="auto" w:fill="E8ECF2"/>
          </w:tcPr>
          <w:p w14:paraId="5E5CD940" w14:textId="77777777" w:rsidR="002821A2" w:rsidRPr="001B5959" w:rsidRDefault="002821A2" w:rsidP="00264DE1">
            <w:pPr>
              <w:cnfStyle w:val="000000000000" w:firstRow="0" w:lastRow="0" w:firstColumn="0" w:lastColumn="0" w:oddVBand="0" w:evenVBand="0" w:oddHBand="0" w:evenHBand="0" w:firstRowFirstColumn="0" w:firstRowLastColumn="0" w:lastRowFirstColumn="0" w:lastRowLastColumn="0"/>
              <w:rPr>
                <w:sz w:val="22"/>
                <w:szCs w:val="24"/>
              </w:rPr>
            </w:pPr>
            <w:r w:rsidRPr="00D14A9D">
              <w:rPr>
                <w:b/>
                <w:bCs/>
                <w:sz w:val="22"/>
                <w:szCs w:val="24"/>
              </w:rPr>
              <w:t>The Way I Work</w:t>
            </w:r>
            <w:r w:rsidRPr="001B5959">
              <w:rPr>
                <w:sz w:val="22"/>
                <w:szCs w:val="24"/>
              </w:rPr>
              <w:t xml:space="preserve"> </w:t>
            </w:r>
            <w:r>
              <w:rPr>
                <w:sz w:val="22"/>
                <w:szCs w:val="24"/>
              </w:rPr>
              <w:br/>
            </w:r>
            <w:r w:rsidRPr="00D14A9D">
              <w:rPr>
                <w:i/>
                <w:iCs/>
              </w:rPr>
              <w:t xml:space="preserve">Understand </w:t>
            </w:r>
            <w:proofErr w:type="gramStart"/>
            <w:r w:rsidRPr="00D14A9D">
              <w:rPr>
                <w:i/>
                <w:iCs/>
              </w:rPr>
              <w:t>working</w:t>
            </w:r>
            <w:proofErr w:type="gramEnd"/>
            <w:r w:rsidRPr="00D14A9D">
              <w:rPr>
                <w:i/>
                <w:iCs/>
              </w:rPr>
              <w:t xml:space="preserve"> preferences</w:t>
            </w:r>
          </w:p>
        </w:tc>
        <w:tc>
          <w:tcPr>
            <w:tcW w:w="1890" w:type="dxa"/>
            <w:tcBorders>
              <w:top w:val="nil"/>
              <w:bottom w:val="nil"/>
            </w:tcBorders>
            <w:shd w:val="clear" w:color="auto" w:fill="E8ECF2"/>
          </w:tcPr>
          <w:p w14:paraId="2B0746FD" w14:textId="77777777" w:rsidR="002821A2" w:rsidRPr="001B5959" w:rsidRDefault="002821A2" w:rsidP="00264DE1">
            <w:pPr>
              <w:cnfStyle w:val="000000000000" w:firstRow="0" w:lastRow="0" w:firstColumn="0" w:lastColumn="0" w:oddVBand="0" w:evenVBand="0" w:oddHBand="0" w:evenHBand="0" w:firstRowFirstColumn="0" w:firstRowLastColumn="0" w:lastRowFirstColumn="0" w:lastRowLastColumn="0"/>
              <w:rPr>
                <w:sz w:val="22"/>
                <w:szCs w:val="24"/>
              </w:rPr>
            </w:pPr>
            <w:r w:rsidRPr="001B5959">
              <w:rPr>
                <w:sz w:val="22"/>
                <w:szCs w:val="24"/>
              </w:rPr>
              <w:t>25 / 5 to 10 min*</w:t>
            </w:r>
          </w:p>
        </w:tc>
        <w:tc>
          <w:tcPr>
            <w:tcW w:w="1710" w:type="dxa"/>
            <w:tcBorders>
              <w:top w:val="nil"/>
              <w:bottom w:val="nil"/>
            </w:tcBorders>
            <w:shd w:val="clear" w:color="auto" w:fill="E8ECF2"/>
          </w:tcPr>
          <w:p w14:paraId="513B307A" w14:textId="77777777" w:rsidR="003F0A8C" w:rsidRDefault="00262E39">
            <w:pPr>
              <w:cnfStyle w:val="000000000000" w:firstRow="0" w:lastRow="0" w:firstColumn="0" w:lastColumn="0" w:oddVBand="0" w:evenVBand="0" w:oddHBand="0" w:evenHBand="0" w:firstRowFirstColumn="0" w:firstRowLastColumn="0" w:lastRowFirstColumn="0" w:lastRowLastColumn="0"/>
              <w:rPr>
                <w:sz w:val="22"/>
                <w:szCs w:val="24"/>
              </w:rPr>
            </w:pPr>
            <w:r>
              <w:rPr>
                <w:sz w:val="22"/>
                <w:szCs w:val="24"/>
              </w:rPr>
              <w:t>Pairs</w:t>
            </w:r>
          </w:p>
        </w:tc>
      </w:tr>
      <w:tr w:rsidR="002821A2" w:rsidRPr="001B5959" w14:paraId="5F6BE11C" w14:textId="77777777" w:rsidTr="00264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tcBorders>
              <w:top w:val="nil"/>
              <w:bottom w:val="nil"/>
            </w:tcBorders>
            <w:shd w:val="clear" w:color="auto" w:fill="auto"/>
          </w:tcPr>
          <w:p w14:paraId="5C9C547B" w14:textId="77777777" w:rsidR="002821A2" w:rsidRPr="009A4B2D" w:rsidRDefault="002821A2" w:rsidP="00264DE1">
            <w:pPr>
              <w:rPr>
                <w:sz w:val="24"/>
                <w:szCs w:val="28"/>
              </w:rPr>
            </w:pPr>
            <w:r w:rsidRPr="009A4B2D">
              <w:rPr>
                <w:sz w:val="24"/>
                <w:szCs w:val="28"/>
              </w:rPr>
              <w:t>Communication &amp; Collaboration</w:t>
            </w:r>
          </w:p>
        </w:tc>
        <w:tc>
          <w:tcPr>
            <w:tcW w:w="4194" w:type="dxa"/>
            <w:tcBorders>
              <w:top w:val="nil"/>
              <w:bottom w:val="nil"/>
            </w:tcBorders>
            <w:shd w:val="clear" w:color="auto" w:fill="auto"/>
          </w:tcPr>
          <w:p w14:paraId="7461E0E6" w14:textId="77777777" w:rsidR="002821A2" w:rsidRPr="001B5959" w:rsidRDefault="002821A2" w:rsidP="00264DE1">
            <w:pPr>
              <w:cnfStyle w:val="000000100000" w:firstRow="0" w:lastRow="0" w:firstColumn="0" w:lastColumn="0" w:oddVBand="0" w:evenVBand="0" w:oddHBand="1" w:evenHBand="0" w:firstRowFirstColumn="0" w:firstRowLastColumn="0" w:lastRowFirstColumn="0" w:lastRowLastColumn="0"/>
              <w:rPr>
                <w:sz w:val="22"/>
                <w:szCs w:val="24"/>
              </w:rPr>
            </w:pPr>
            <w:r w:rsidRPr="00D14A9D">
              <w:rPr>
                <w:b/>
                <w:bCs/>
                <w:sz w:val="22"/>
                <w:szCs w:val="24"/>
              </w:rPr>
              <w:t>Lost in Translation</w:t>
            </w:r>
            <w:r>
              <w:rPr>
                <w:sz w:val="22"/>
                <w:szCs w:val="24"/>
              </w:rPr>
              <w:br/>
            </w:r>
            <w:r w:rsidRPr="00D14A9D">
              <w:rPr>
                <w:i/>
                <w:iCs/>
              </w:rPr>
              <w:t>Explore misunderstood instructions</w:t>
            </w:r>
          </w:p>
        </w:tc>
        <w:tc>
          <w:tcPr>
            <w:tcW w:w="1890" w:type="dxa"/>
            <w:tcBorders>
              <w:top w:val="nil"/>
              <w:bottom w:val="nil"/>
            </w:tcBorders>
            <w:shd w:val="clear" w:color="auto" w:fill="auto"/>
          </w:tcPr>
          <w:p w14:paraId="69FDDF2C" w14:textId="77777777" w:rsidR="002821A2" w:rsidRPr="001B5959" w:rsidRDefault="002821A2" w:rsidP="00264DE1">
            <w:pPr>
              <w:cnfStyle w:val="000000100000" w:firstRow="0" w:lastRow="0" w:firstColumn="0" w:lastColumn="0" w:oddVBand="0" w:evenVBand="0" w:oddHBand="1" w:evenHBand="0" w:firstRowFirstColumn="0" w:firstRowLastColumn="0" w:lastRowFirstColumn="0" w:lastRowLastColumn="0"/>
              <w:rPr>
                <w:sz w:val="22"/>
                <w:szCs w:val="24"/>
              </w:rPr>
            </w:pPr>
            <w:r w:rsidRPr="001B5959">
              <w:rPr>
                <w:sz w:val="22"/>
                <w:szCs w:val="24"/>
              </w:rPr>
              <w:t>25 / 5 min</w:t>
            </w:r>
          </w:p>
        </w:tc>
        <w:tc>
          <w:tcPr>
            <w:tcW w:w="1710" w:type="dxa"/>
            <w:tcBorders>
              <w:top w:val="nil"/>
              <w:bottom w:val="nil"/>
            </w:tcBorders>
            <w:shd w:val="clear" w:color="auto" w:fill="auto"/>
          </w:tcPr>
          <w:p w14:paraId="4B67927F" w14:textId="77777777" w:rsidR="003F0A8C" w:rsidRDefault="00262E39">
            <w:pPr>
              <w:cnfStyle w:val="000000100000" w:firstRow="0" w:lastRow="0" w:firstColumn="0" w:lastColumn="0" w:oddVBand="0" w:evenVBand="0" w:oddHBand="1" w:evenHBand="0" w:firstRowFirstColumn="0" w:firstRowLastColumn="0" w:lastRowFirstColumn="0" w:lastRowLastColumn="0"/>
              <w:rPr>
                <w:sz w:val="22"/>
                <w:szCs w:val="24"/>
              </w:rPr>
            </w:pPr>
            <w:r>
              <w:rPr>
                <w:sz w:val="22"/>
                <w:szCs w:val="24"/>
              </w:rPr>
              <w:t>Pairs</w:t>
            </w:r>
          </w:p>
        </w:tc>
      </w:tr>
      <w:tr w:rsidR="002821A2" w:rsidRPr="001B5959" w14:paraId="51911E04" w14:textId="77777777" w:rsidTr="00264DE1">
        <w:tc>
          <w:tcPr>
            <w:cnfStyle w:val="001000000000" w:firstRow="0" w:lastRow="0" w:firstColumn="1" w:lastColumn="0" w:oddVBand="0" w:evenVBand="0" w:oddHBand="0" w:evenHBand="0" w:firstRowFirstColumn="0" w:firstRowLastColumn="0" w:lastRowFirstColumn="0" w:lastRowLastColumn="0"/>
            <w:tcW w:w="2016" w:type="dxa"/>
            <w:tcBorders>
              <w:top w:val="nil"/>
            </w:tcBorders>
          </w:tcPr>
          <w:p w14:paraId="48A7DA3F" w14:textId="77777777" w:rsidR="002821A2" w:rsidRPr="009A4B2D" w:rsidRDefault="002821A2" w:rsidP="00264DE1">
            <w:pPr>
              <w:rPr>
                <w:sz w:val="24"/>
                <w:szCs w:val="28"/>
              </w:rPr>
            </w:pPr>
          </w:p>
        </w:tc>
        <w:tc>
          <w:tcPr>
            <w:tcW w:w="4194" w:type="dxa"/>
            <w:tcBorders>
              <w:top w:val="nil"/>
            </w:tcBorders>
          </w:tcPr>
          <w:p w14:paraId="6A6C6C04" w14:textId="77777777" w:rsidR="002821A2" w:rsidRPr="001B5959" w:rsidRDefault="002821A2" w:rsidP="009A4B2D">
            <w:pPr>
              <w:cnfStyle w:val="000000000000" w:firstRow="0" w:lastRow="0" w:firstColumn="0" w:lastColumn="0" w:oddVBand="0" w:evenVBand="0" w:oddHBand="0" w:evenHBand="0" w:firstRowFirstColumn="0" w:firstRowLastColumn="0" w:lastRowFirstColumn="0" w:lastRowLastColumn="0"/>
              <w:rPr>
                <w:sz w:val="22"/>
                <w:szCs w:val="24"/>
              </w:rPr>
            </w:pPr>
            <w:r w:rsidRPr="00D14A9D">
              <w:rPr>
                <w:b/>
                <w:bCs/>
                <w:sz w:val="22"/>
                <w:szCs w:val="24"/>
              </w:rPr>
              <w:t>The Missing Piece</w:t>
            </w:r>
            <w:r>
              <w:rPr>
                <w:sz w:val="22"/>
                <w:szCs w:val="24"/>
              </w:rPr>
              <w:br/>
            </w:r>
            <w:r w:rsidRPr="00D14A9D">
              <w:rPr>
                <w:i/>
                <w:iCs/>
              </w:rPr>
              <w:t>Improve decisions through shared information</w:t>
            </w:r>
          </w:p>
        </w:tc>
        <w:tc>
          <w:tcPr>
            <w:tcW w:w="1890" w:type="dxa"/>
            <w:tcBorders>
              <w:top w:val="nil"/>
            </w:tcBorders>
          </w:tcPr>
          <w:p w14:paraId="5C78BA15" w14:textId="77777777" w:rsidR="002821A2" w:rsidRPr="001B5959" w:rsidRDefault="002821A2" w:rsidP="00264DE1">
            <w:pPr>
              <w:cnfStyle w:val="000000000000" w:firstRow="0" w:lastRow="0" w:firstColumn="0" w:lastColumn="0" w:oddVBand="0" w:evenVBand="0" w:oddHBand="0" w:evenHBand="0" w:firstRowFirstColumn="0" w:firstRowLastColumn="0" w:lastRowFirstColumn="0" w:lastRowLastColumn="0"/>
              <w:rPr>
                <w:sz w:val="22"/>
                <w:szCs w:val="24"/>
              </w:rPr>
            </w:pPr>
            <w:r w:rsidRPr="001B5959">
              <w:rPr>
                <w:sz w:val="22"/>
                <w:szCs w:val="24"/>
              </w:rPr>
              <w:t>30 / 10 min</w:t>
            </w:r>
          </w:p>
        </w:tc>
        <w:tc>
          <w:tcPr>
            <w:tcW w:w="1710" w:type="dxa"/>
            <w:tcBorders>
              <w:top w:val="nil"/>
            </w:tcBorders>
          </w:tcPr>
          <w:p w14:paraId="1E878F4C" w14:textId="77777777" w:rsidR="003F0A8C" w:rsidRDefault="00262E39">
            <w:pPr>
              <w:cnfStyle w:val="000000000000" w:firstRow="0" w:lastRow="0" w:firstColumn="0" w:lastColumn="0" w:oddVBand="0" w:evenVBand="0" w:oddHBand="0" w:evenHBand="0" w:firstRowFirstColumn="0" w:firstRowLastColumn="0" w:lastRowFirstColumn="0" w:lastRowLastColumn="0"/>
              <w:rPr>
                <w:sz w:val="22"/>
                <w:szCs w:val="24"/>
              </w:rPr>
            </w:pPr>
            <w:r>
              <w:rPr>
                <w:sz w:val="22"/>
                <w:szCs w:val="24"/>
              </w:rPr>
              <w:t>Groups of 4 to 6</w:t>
            </w:r>
          </w:p>
        </w:tc>
      </w:tr>
      <w:tr w:rsidR="002821A2" w:rsidRPr="001B5959" w14:paraId="0F45B83B" w14:textId="77777777" w:rsidTr="00264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tcBorders>
              <w:bottom w:val="nil"/>
            </w:tcBorders>
          </w:tcPr>
          <w:p w14:paraId="47395D43" w14:textId="77777777" w:rsidR="002821A2" w:rsidRPr="009A4B2D" w:rsidRDefault="002821A2" w:rsidP="00264DE1">
            <w:pPr>
              <w:rPr>
                <w:sz w:val="24"/>
                <w:szCs w:val="28"/>
              </w:rPr>
            </w:pPr>
            <w:r w:rsidRPr="009A4B2D">
              <w:rPr>
                <w:sz w:val="24"/>
                <w:szCs w:val="28"/>
              </w:rPr>
              <w:t>Problem Solving &amp; Creativity</w:t>
            </w:r>
          </w:p>
        </w:tc>
        <w:tc>
          <w:tcPr>
            <w:tcW w:w="4194" w:type="dxa"/>
            <w:tcBorders>
              <w:bottom w:val="nil"/>
            </w:tcBorders>
          </w:tcPr>
          <w:p w14:paraId="7EBBBD0F" w14:textId="77777777" w:rsidR="002821A2" w:rsidRPr="001B5959" w:rsidRDefault="002821A2" w:rsidP="00264DE1">
            <w:pPr>
              <w:cnfStyle w:val="000000100000" w:firstRow="0" w:lastRow="0" w:firstColumn="0" w:lastColumn="0" w:oddVBand="0" w:evenVBand="0" w:oddHBand="1" w:evenHBand="0" w:firstRowFirstColumn="0" w:firstRowLastColumn="0" w:lastRowFirstColumn="0" w:lastRowLastColumn="0"/>
              <w:rPr>
                <w:sz w:val="22"/>
                <w:szCs w:val="24"/>
              </w:rPr>
            </w:pPr>
            <w:r w:rsidRPr="00D14A9D">
              <w:rPr>
                <w:b/>
                <w:bCs/>
                <w:sz w:val="22"/>
                <w:szCs w:val="24"/>
              </w:rPr>
              <w:t>What Went Wrong?</w:t>
            </w:r>
            <w:r>
              <w:rPr>
                <w:sz w:val="22"/>
                <w:szCs w:val="24"/>
              </w:rPr>
              <w:br/>
            </w:r>
            <w:r w:rsidRPr="00D14A9D">
              <w:rPr>
                <w:i/>
                <w:iCs/>
              </w:rPr>
              <w:t>Anticipate project risks</w:t>
            </w:r>
          </w:p>
        </w:tc>
        <w:tc>
          <w:tcPr>
            <w:tcW w:w="1890" w:type="dxa"/>
            <w:tcBorders>
              <w:bottom w:val="nil"/>
            </w:tcBorders>
          </w:tcPr>
          <w:p w14:paraId="0350F3F8" w14:textId="77777777" w:rsidR="002821A2" w:rsidRPr="001B5959" w:rsidRDefault="002821A2" w:rsidP="00264DE1">
            <w:pPr>
              <w:cnfStyle w:val="000000100000" w:firstRow="0" w:lastRow="0" w:firstColumn="0" w:lastColumn="0" w:oddVBand="0" w:evenVBand="0" w:oddHBand="1" w:evenHBand="0" w:firstRowFirstColumn="0" w:firstRowLastColumn="0" w:lastRowFirstColumn="0" w:lastRowLastColumn="0"/>
              <w:rPr>
                <w:sz w:val="22"/>
                <w:szCs w:val="24"/>
              </w:rPr>
            </w:pPr>
            <w:r w:rsidRPr="001B5959">
              <w:rPr>
                <w:sz w:val="22"/>
                <w:szCs w:val="24"/>
              </w:rPr>
              <w:t>25 / 5 to 10 min</w:t>
            </w:r>
          </w:p>
        </w:tc>
        <w:tc>
          <w:tcPr>
            <w:tcW w:w="1710" w:type="dxa"/>
            <w:tcBorders>
              <w:bottom w:val="nil"/>
            </w:tcBorders>
          </w:tcPr>
          <w:p w14:paraId="53AC2CF6" w14:textId="77777777" w:rsidR="003F0A8C" w:rsidRDefault="00262E39">
            <w:pPr>
              <w:cnfStyle w:val="000000100000" w:firstRow="0" w:lastRow="0" w:firstColumn="0" w:lastColumn="0" w:oddVBand="0" w:evenVBand="0" w:oddHBand="1" w:evenHBand="0" w:firstRowFirstColumn="0" w:firstRowLastColumn="0" w:lastRowFirstColumn="0" w:lastRowLastColumn="0"/>
              <w:rPr>
                <w:sz w:val="22"/>
                <w:szCs w:val="24"/>
              </w:rPr>
            </w:pPr>
            <w:r>
              <w:rPr>
                <w:sz w:val="22"/>
                <w:szCs w:val="24"/>
              </w:rPr>
              <w:t>Whole team</w:t>
            </w:r>
          </w:p>
        </w:tc>
      </w:tr>
      <w:tr w:rsidR="002821A2" w:rsidRPr="001B5959" w14:paraId="5AE15E4C" w14:textId="77777777" w:rsidTr="00264DE1">
        <w:tc>
          <w:tcPr>
            <w:cnfStyle w:val="001000000000" w:firstRow="0" w:lastRow="0" w:firstColumn="1" w:lastColumn="0" w:oddVBand="0" w:evenVBand="0" w:oddHBand="0" w:evenHBand="0" w:firstRowFirstColumn="0" w:firstRowLastColumn="0" w:lastRowFirstColumn="0" w:lastRowLastColumn="0"/>
            <w:tcW w:w="2016" w:type="dxa"/>
            <w:tcBorders>
              <w:top w:val="nil"/>
              <w:bottom w:val="nil"/>
            </w:tcBorders>
            <w:shd w:val="clear" w:color="auto" w:fill="E8ECF2"/>
          </w:tcPr>
          <w:p w14:paraId="00B97845" w14:textId="77777777" w:rsidR="002821A2" w:rsidRPr="009A4B2D" w:rsidRDefault="002821A2" w:rsidP="00264DE1">
            <w:pPr>
              <w:rPr>
                <w:sz w:val="24"/>
                <w:szCs w:val="28"/>
              </w:rPr>
            </w:pPr>
          </w:p>
        </w:tc>
        <w:tc>
          <w:tcPr>
            <w:tcW w:w="4194" w:type="dxa"/>
            <w:tcBorders>
              <w:top w:val="nil"/>
              <w:bottom w:val="nil"/>
            </w:tcBorders>
            <w:shd w:val="clear" w:color="auto" w:fill="E8ECF2"/>
          </w:tcPr>
          <w:p w14:paraId="66479175" w14:textId="77777777" w:rsidR="002821A2" w:rsidRPr="001B5959" w:rsidRDefault="002821A2" w:rsidP="00264DE1">
            <w:pPr>
              <w:cnfStyle w:val="000000000000" w:firstRow="0" w:lastRow="0" w:firstColumn="0" w:lastColumn="0" w:oddVBand="0" w:evenVBand="0" w:oddHBand="0" w:evenHBand="0" w:firstRowFirstColumn="0" w:firstRowLastColumn="0" w:lastRowFirstColumn="0" w:lastRowLastColumn="0"/>
              <w:rPr>
                <w:sz w:val="22"/>
                <w:szCs w:val="24"/>
              </w:rPr>
            </w:pPr>
            <w:r w:rsidRPr="00D14A9D">
              <w:rPr>
                <w:b/>
                <w:bCs/>
                <w:sz w:val="22"/>
                <w:szCs w:val="24"/>
              </w:rPr>
              <w:t>Crazy Enough to Work?</w:t>
            </w:r>
            <w:r>
              <w:rPr>
                <w:sz w:val="22"/>
                <w:szCs w:val="24"/>
              </w:rPr>
              <w:br/>
            </w:r>
            <w:r w:rsidRPr="001B5959">
              <w:rPr>
                <w:i/>
                <w:iCs/>
              </w:rPr>
              <w:t>Find value in unusual ideas</w:t>
            </w:r>
          </w:p>
        </w:tc>
        <w:tc>
          <w:tcPr>
            <w:tcW w:w="1890" w:type="dxa"/>
            <w:tcBorders>
              <w:top w:val="nil"/>
              <w:bottom w:val="nil"/>
            </w:tcBorders>
            <w:shd w:val="clear" w:color="auto" w:fill="E8ECF2"/>
          </w:tcPr>
          <w:p w14:paraId="62A41DA7" w14:textId="77777777" w:rsidR="002821A2" w:rsidRPr="001B5959" w:rsidRDefault="002821A2" w:rsidP="00264DE1">
            <w:pPr>
              <w:cnfStyle w:val="000000000000" w:firstRow="0" w:lastRow="0" w:firstColumn="0" w:lastColumn="0" w:oddVBand="0" w:evenVBand="0" w:oddHBand="0" w:evenHBand="0" w:firstRowFirstColumn="0" w:firstRowLastColumn="0" w:lastRowFirstColumn="0" w:lastRowLastColumn="0"/>
              <w:rPr>
                <w:sz w:val="22"/>
                <w:szCs w:val="24"/>
              </w:rPr>
            </w:pPr>
            <w:r w:rsidRPr="001B5959">
              <w:rPr>
                <w:sz w:val="22"/>
                <w:szCs w:val="24"/>
              </w:rPr>
              <w:t>25 / 5 min</w:t>
            </w:r>
          </w:p>
        </w:tc>
        <w:tc>
          <w:tcPr>
            <w:tcW w:w="1710" w:type="dxa"/>
            <w:tcBorders>
              <w:top w:val="nil"/>
              <w:bottom w:val="nil"/>
            </w:tcBorders>
            <w:shd w:val="clear" w:color="auto" w:fill="E8ECF2"/>
          </w:tcPr>
          <w:p w14:paraId="4D128767" w14:textId="77777777" w:rsidR="003F0A8C" w:rsidRDefault="00262E39">
            <w:pPr>
              <w:cnfStyle w:val="000000000000" w:firstRow="0" w:lastRow="0" w:firstColumn="0" w:lastColumn="0" w:oddVBand="0" w:evenVBand="0" w:oddHBand="0" w:evenHBand="0" w:firstRowFirstColumn="0" w:firstRowLastColumn="0" w:lastRowFirstColumn="0" w:lastRowLastColumn="0"/>
              <w:rPr>
                <w:sz w:val="22"/>
                <w:szCs w:val="24"/>
              </w:rPr>
            </w:pPr>
            <w:r>
              <w:rPr>
                <w:sz w:val="22"/>
                <w:szCs w:val="24"/>
              </w:rPr>
              <w:t>Whole team</w:t>
            </w:r>
          </w:p>
        </w:tc>
      </w:tr>
      <w:tr w:rsidR="002821A2" w:rsidRPr="001B5959" w14:paraId="6640334F" w14:textId="77777777" w:rsidTr="00264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tcBorders>
              <w:top w:val="nil"/>
              <w:bottom w:val="nil"/>
            </w:tcBorders>
            <w:shd w:val="clear" w:color="auto" w:fill="auto"/>
          </w:tcPr>
          <w:p w14:paraId="12EB6852" w14:textId="77777777" w:rsidR="002821A2" w:rsidRPr="009A4B2D" w:rsidRDefault="002821A2" w:rsidP="00264DE1">
            <w:pPr>
              <w:rPr>
                <w:sz w:val="24"/>
                <w:szCs w:val="28"/>
              </w:rPr>
            </w:pPr>
            <w:r w:rsidRPr="009A4B2D">
              <w:rPr>
                <w:sz w:val="24"/>
                <w:szCs w:val="28"/>
              </w:rPr>
              <w:t>Accountability &amp; Execution</w:t>
            </w:r>
          </w:p>
        </w:tc>
        <w:tc>
          <w:tcPr>
            <w:tcW w:w="4194" w:type="dxa"/>
            <w:tcBorders>
              <w:top w:val="nil"/>
              <w:bottom w:val="nil"/>
            </w:tcBorders>
            <w:shd w:val="clear" w:color="auto" w:fill="auto"/>
          </w:tcPr>
          <w:p w14:paraId="6C0DDC0A" w14:textId="77777777" w:rsidR="002821A2" w:rsidRPr="001B5959" w:rsidRDefault="002821A2" w:rsidP="00264DE1">
            <w:pPr>
              <w:cnfStyle w:val="000000100000" w:firstRow="0" w:lastRow="0" w:firstColumn="0" w:lastColumn="0" w:oddVBand="0" w:evenVBand="0" w:oddHBand="1" w:evenHBand="0" w:firstRowFirstColumn="0" w:firstRowLastColumn="0" w:lastRowFirstColumn="0" w:lastRowLastColumn="0"/>
              <w:rPr>
                <w:sz w:val="22"/>
                <w:szCs w:val="24"/>
              </w:rPr>
            </w:pPr>
            <w:r w:rsidRPr="00D14A9D">
              <w:rPr>
                <w:b/>
                <w:bCs/>
                <w:sz w:val="22"/>
                <w:szCs w:val="24"/>
              </w:rPr>
              <w:t>Who’s All-In?</w:t>
            </w:r>
            <w:r>
              <w:rPr>
                <w:sz w:val="22"/>
                <w:szCs w:val="24"/>
              </w:rPr>
              <w:br/>
            </w:r>
            <w:r w:rsidRPr="001B5959">
              <w:rPr>
                <w:i/>
                <w:iCs/>
              </w:rPr>
              <w:t>Recognize strengths and choose a way to grow</w:t>
            </w:r>
          </w:p>
        </w:tc>
        <w:tc>
          <w:tcPr>
            <w:tcW w:w="1890" w:type="dxa"/>
            <w:tcBorders>
              <w:top w:val="nil"/>
              <w:bottom w:val="nil"/>
            </w:tcBorders>
            <w:shd w:val="clear" w:color="auto" w:fill="auto"/>
          </w:tcPr>
          <w:p w14:paraId="6ABF6C0F" w14:textId="77777777" w:rsidR="002821A2" w:rsidRPr="001B5959" w:rsidRDefault="002821A2" w:rsidP="00264DE1">
            <w:pPr>
              <w:cnfStyle w:val="000000100000" w:firstRow="0" w:lastRow="0" w:firstColumn="0" w:lastColumn="0" w:oddVBand="0" w:evenVBand="0" w:oddHBand="1" w:evenHBand="0" w:firstRowFirstColumn="0" w:firstRowLastColumn="0" w:lastRowFirstColumn="0" w:lastRowLastColumn="0"/>
              <w:rPr>
                <w:sz w:val="22"/>
                <w:szCs w:val="24"/>
              </w:rPr>
            </w:pPr>
            <w:r w:rsidRPr="001B5959">
              <w:rPr>
                <w:sz w:val="22"/>
                <w:szCs w:val="24"/>
              </w:rPr>
              <w:t>25 / 5 min</w:t>
            </w:r>
          </w:p>
        </w:tc>
        <w:tc>
          <w:tcPr>
            <w:tcW w:w="1710" w:type="dxa"/>
            <w:tcBorders>
              <w:top w:val="nil"/>
              <w:bottom w:val="nil"/>
            </w:tcBorders>
            <w:shd w:val="clear" w:color="auto" w:fill="auto"/>
          </w:tcPr>
          <w:p w14:paraId="4CA1622D" w14:textId="77777777" w:rsidR="003F0A8C" w:rsidRDefault="00262E39">
            <w:pPr>
              <w:cnfStyle w:val="000000100000" w:firstRow="0" w:lastRow="0" w:firstColumn="0" w:lastColumn="0" w:oddVBand="0" w:evenVBand="0" w:oddHBand="1" w:evenHBand="0" w:firstRowFirstColumn="0" w:firstRowLastColumn="0" w:lastRowFirstColumn="0" w:lastRowLastColumn="0"/>
              <w:rPr>
                <w:sz w:val="22"/>
                <w:szCs w:val="24"/>
              </w:rPr>
            </w:pPr>
            <w:r>
              <w:rPr>
                <w:sz w:val="22"/>
                <w:szCs w:val="24"/>
              </w:rPr>
              <w:t>Whole team</w:t>
            </w:r>
          </w:p>
        </w:tc>
      </w:tr>
      <w:tr w:rsidR="002821A2" w:rsidRPr="001B5959" w14:paraId="3643970A" w14:textId="77777777" w:rsidTr="00264DE1">
        <w:tc>
          <w:tcPr>
            <w:cnfStyle w:val="001000000000" w:firstRow="0" w:lastRow="0" w:firstColumn="1" w:lastColumn="0" w:oddVBand="0" w:evenVBand="0" w:oddHBand="0" w:evenHBand="0" w:firstRowFirstColumn="0" w:firstRowLastColumn="0" w:lastRowFirstColumn="0" w:lastRowLastColumn="0"/>
            <w:tcW w:w="2016" w:type="dxa"/>
            <w:tcBorders>
              <w:top w:val="nil"/>
            </w:tcBorders>
          </w:tcPr>
          <w:p w14:paraId="47FD4B2B" w14:textId="77777777" w:rsidR="002821A2" w:rsidRPr="009A4B2D" w:rsidRDefault="002821A2" w:rsidP="00264DE1">
            <w:pPr>
              <w:rPr>
                <w:sz w:val="24"/>
                <w:szCs w:val="28"/>
              </w:rPr>
            </w:pPr>
          </w:p>
        </w:tc>
        <w:tc>
          <w:tcPr>
            <w:tcW w:w="4194" w:type="dxa"/>
            <w:tcBorders>
              <w:top w:val="nil"/>
            </w:tcBorders>
          </w:tcPr>
          <w:p w14:paraId="5B3998EC" w14:textId="77777777" w:rsidR="002821A2" w:rsidRPr="001B5959" w:rsidRDefault="002821A2" w:rsidP="009A4B2D">
            <w:pPr>
              <w:cnfStyle w:val="000000000000" w:firstRow="0" w:lastRow="0" w:firstColumn="0" w:lastColumn="0" w:oddVBand="0" w:evenVBand="0" w:oddHBand="0" w:evenHBand="0" w:firstRowFirstColumn="0" w:firstRowLastColumn="0" w:lastRowFirstColumn="0" w:lastRowLastColumn="0"/>
              <w:rPr>
                <w:sz w:val="22"/>
                <w:szCs w:val="24"/>
              </w:rPr>
            </w:pPr>
            <w:r w:rsidRPr="00D14A9D">
              <w:rPr>
                <w:b/>
                <w:bCs/>
                <w:sz w:val="22"/>
                <w:szCs w:val="24"/>
              </w:rPr>
              <w:t xml:space="preserve">Start, Stop, </w:t>
            </w:r>
            <w:proofErr w:type="gramStart"/>
            <w:r w:rsidRPr="00D14A9D">
              <w:rPr>
                <w:b/>
                <w:bCs/>
                <w:sz w:val="22"/>
                <w:szCs w:val="24"/>
              </w:rPr>
              <w:t>Continue</w:t>
            </w:r>
            <w:proofErr w:type="gramEnd"/>
            <w:r>
              <w:rPr>
                <w:sz w:val="22"/>
                <w:szCs w:val="24"/>
              </w:rPr>
              <w:br/>
            </w:r>
            <w:r w:rsidRPr="001B5959">
              <w:rPr>
                <w:i/>
                <w:iCs/>
              </w:rPr>
              <w:t>Agree on manageable improvements</w:t>
            </w:r>
          </w:p>
        </w:tc>
        <w:tc>
          <w:tcPr>
            <w:tcW w:w="1890" w:type="dxa"/>
            <w:tcBorders>
              <w:top w:val="nil"/>
            </w:tcBorders>
          </w:tcPr>
          <w:p w14:paraId="4BAC6994" w14:textId="77777777" w:rsidR="002821A2" w:rsidRPr="001B5959" w:rsidRDefault="00C15DC7" w:rsidP="00264DE1">
            <w:pPr>
              <w:cnfStyle w:val="000000000000" w:firstRow="0" w:lastRow="0" w:firstColumn="0" w:lastColumn="0" w:oddVBand="0" w:evenVBand="0" w:oddHBand="0" w:evenHBand="0" w:firstRowFirstColumn="0" w:firstRowLastColumn="0" w:lastRowFirstColumn="0" w:lastRowLastColumn="0"/>
              <w:rPr>
                <w:sz w:val="22"/>
                <w:szCs w:val="24"/>
              </w:rPr>
            </w:pPr>
            <w:r>
              <w:rPr>
                <w:sz w:val="22"/>
                <w:szCs w:val="24"/>
              </w:rPr>
              <w:t>30</w:t>
            </w:r>
            <w:r w:rsidR="002821A2" w:rsidRPr="001B5959">
              <w:rPr>
                <w:sz w:val="22"/>
                <w:szCs w:val="24"/>
              </w:rPr>
              <w:t xml:space="preserve"> / 5 min</w:t>
            </w:r>
          </w:p>
        </w:tc>
        <w:tc>
          <w:tcPr>
            <w:tcW w:w="1710" w:type="dxa"/>
            <w:tcBorders>
              <w:top w:val="nil"/>
            </w:tcBorders>
          </w:tcPr>
          <w:p w14:paraId="305B366C" w14:textId="77777777" w:rsidR="003F0A8C" w:rsidRDefault="00262E39">
            <w:pPr>
              <w:cnfStyle w:val="000000000000" w:firstRow="0" w:lastRow="0" w:firstColumn="0" w:lastColumn="0" w:oddVBand="0" w:evenVBand="0" w:oddHBand="0" w:evenHBand="0" w:firstRowFirstColumn="0" w:firstRowLastColumn="0" w:lastRowFirstColumn="0" w:lastRowLastColumn="0"/>
              <w:rPr>
                <w:sz w:val="22"/>
                <w:szCs w:val="24"/>
              </w:rPr>
            </w:pPr>
            <w:r>
              <w:rPr>
                <w:sz w:val="22"/>
                <w:szCs w:val="24"/>
              </w:rPr>
              <w:t>Whole team</w:t>
            </w:r>
          </w:p>
        </w:tc>
      </w:tr>
      <w:tr w:rsidR="002821A2" w:rsidRPr="001B5959" w14:paraId="251DA79E" w14:textId="77777777" w:rsidTr="00264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tcBorders>
              <w:bottom w:val="nil"/>
            </w:tcBorders>
          </w:tcPr>
          <w:p w14:paraId="5A063140" w14:textId="77777777" w:rsidR="002821A2" w:rsidRPr="009A4B2D" w:rsidRDefault="002821A2" w:rsidP="00264DE1">
            <w:pPr>
              <w:rPr>
                <w:sz w:val="24"/>
                <w:szCs w:val="28"/>
              </w:rPr>
            </w:pPr>
            <w:r w:rsidRPr="009A4B2D">
              <w:rPr>
                <w:sz w:val="24"/>
                <w:szCs w:val="28"/>
              </w:rPr>
              <w:t>Team Alignment &amp; Purpose</w:t>
            </w:r>
          </w:p>
        </w:tc>
        <w:tc>
          <w:tcPr>
            <w:tcW w:w="4194" w:type="dxa"/>
            <w:tcBorders>
              <w:bottom w:val="nil"/>
            </w:tcBorders>
          </w:tcPr>
          <w:p w14:paraId="3A9C3D31" w14:textId="77777777" w:rsidR="002821A2" w:rsidRPr="001B5959" w:rsidRDefault="002821A2" w:rsidP="00264DE1">
            <w:pPr>
              <w:cnfStyle w:val="000000100000" w:firstRow="0" w:lastRow="0" w:firstColumn="0" w:lastColumn="0" w:oddVBand="0" w:evenVBand="0" w:oddHBand="1" w:evenHBand="0" w:firstRowFirstColumn="0" w:firstRowLastColumn="0" w:lastRowFirstColumn="0" w:lastRowLastColumn="0"/>
              <w:rPr>
                <w:sz w:val="22"/>
                <w:szCs w:val="24"/>
              </w:rPr>
            </w:pPr>
            <w:r w:rsidRPr="00592025">
              <w:rPr>
                <w:b/>
                <w:bCs/>
                <w:sz w:val="22"/>
                <w:szCs w:val="24"/>
              </w:rPr>
              <w:t>Team Battle Cry</w:t>
            </w:r>
            <w:r>
              <w:rPr>
                <w:sz w:val="22"/>
                <w:szCs w:val="24"/>
              </w:rPr>
              <w:br/>
            </w:r>
            <w:r w:rsidRPr="001B5959">
              <w:rPr>
                <w:i/>
                <w:iCs/>
              </w:rPr>
              <w:t>Put shared values into words</w:t>
            </w:r>
          </w:p>
        </w:tc>
        <w:tc>
          <w:tcPr>
            <w:tcW w:w="1890" w:type="dxa"/>
            <w:tcBorders>
              <w:bottom w:val="nil"/>
            </w:tcBorders>
          </w:tcPr>
          <w:p w14:paraId="16E44B95" w14:textId="77777777" w:rsidR="002821A2" w:rsidRPr="001B5959" w:rsidRDefault="002821A2" w:rsidP="00264DE1">
            <w:pPr>
              <w:cnfStyle w:val="000000100000" w:firstRow="0" w:lastRow="0" w:firstColumn="0" w:lastColumn="0" w:oddVBand="0" w:evenVBand="0" w:oddHBand="1" w:evenHBand="0" w:firstRowFirstColumn="0" w:firstRowLastColumn="0" w:lastRowFirstColumn="0" w:lastRowLastColumn="0"/>
              <w:rPr>
                <w:sz w:val="22"/>
                <w:szCs w:val="24"/>
              </w:rPr>
            </w:pPr>
            <w:r w:rsidRPr="001B5959">
              <w:rPr>
                <w:sz w:val="22"/>
                <w:szCs w:val="24"/>
              </w:rPr>
              <w:t>30 / 5 min</w:t>
            </w:r>
          </w:p>
        </w:tc>
        <w:tc>
          <w:tcPr>
            <w:tcW w:w="1710" w:type="dxa"/>
            <w:tcBorders>
              <w:bottom w:val="nil"/>
            </w:tcBorders>
          </w:tcPr>
          <w:p w14:paraId="4F34513E" w14:textId="77777777" w:rsidR="003F0A8C" w:rsidRDefault="00262E39">
            <w:pPr>
              <w:cnfStyle w:val="000000100000" w:firstRow="0" w:lastRow="0" w:firstColumn="0" w:lastColumn="0" w:oddVBand="0" w:evenVBand="0" w:oddHBand="1" w:evenHBand="0" w:firstRowFirstColumn="0" w:firstRowLastColumn="0" w:lastRowFirstColumn="0" w:lastRowLastColumn="0"/>
              <w:rPr>
                <w:sz w:val="22"/>
                <w:szCs w:val="24"/>
              </w:rPr>
            </w:pPr>
            <w:r>
              <w:rPr>
                <w:sz w:val="22"/>
                <w:szCs w:val="24"/>
              </w:rPr>
              <w:t>Whole team</w:t>
            </w:r>
          </w:p>
        </w:tc>
      </w:tr>
      <w:tr w:rsidR="002821A2" w:rsidRPr="001B5959" w14:paraId="35E24719" w14:textId="77777777" w:rsidTr="00264DE1">
        <w:tc>
          <w:tcPr>
            <w:cnfStyle w:val="001000000000" w:firstRow="0" w:lastRow="0" w:firstColumn="1" w:lastColumn="0" w:oddVBand="0" w:evenVBand="0" w:oddHBand="0" w:evenHBand="0" w:firstRowFirstColumn="0" w:firstRowLastColumn="0" w:lastRowFirstColumn="0" w:lastRowLastColumn="0"/>
            <w:tcW w:w="2016" w:type="dxa"/>
            <w:tcBorders>
              <w:top w:val="nil"/>
              <w:bottom w:val="nil"/>
            </w:tcBorders>
            <w:shd w:val="clear" w:color="auto" w:fill="E8ECF2"/>
          </w:tcPr>
          <w:p w14:paraId="7DB4280B" w14:textId="77777777" w:rsidR="002821A2" w:rsidRPr="009A4B2D" w:rsidRDefault="002821A2" w:rsidP="00264DE1">
            <w:pPr>
              <w:rPr>
                <w:sz w:val="24"/>
                <w:szCs w:val="28"/>
              </w:rPr>
            </w:pPr>
          </w:p>
        </w:tc>
        <w:tc>
          <w:tcPr>
            <w:tcW w:w="4194" w:type="dxa"/>
            <w:tcBorders>
              <w:top w:val="nil"/>
              <w:bottom w:val="nil"/>
            </w:tcBorders>
            <w:shd w:val="clear" w:color="auto" w:fill="E8ECF2"/>
          </w:tcPr>
          <w:p w14:paraId="0371316D" w14:textId="77777777" w:rsidR="002821A2" w:rsidRPr="001B5959" w:rsidRDefault="002821A2" w:rsidP="00264DE1">
            <w:pPr>
              <w:cnfStyle w:val="000000000000" w:firstRow="0" w:lastRow="0" w:firstColumn="0" w:lastColumn="0" w:oddVBand="0" w:evenVBand="0" w:oddHBand="0" w:evenHBand="0" w:firstRowFirstColumn="0" w:firstRowLastColumn="0" w:lastRowFirstColumn="0" w:lastRowLastColumn="0"/>
              <w:rPr>
                <w:sz w:val="22"/>
                <w:szCs w:val="24"/>
              </w:rPr>
            </w:pPr>
            <w:r w:rsidRPr="00D14A9D">
              <w:rPr>
                <w:b/>
                <w:bCs/>
                <w:sz w:val="22"/>
                <w:szCs w:val="24"/>
              </w:rPr>
              <w:t>The Ripple Effect</w:t>
            </w:r>
            <w:r w:rsidRPr="001B5959">
              <w:rPr>
                <w:sz w:val="22"/>
                <w:szCs w:val="24"/>
              </w:rPr>
              <w:t xml:space="preserve"> </w:t>
            </w:r>
            <w:r>
              <w:rPr>
                <w:sz w:val="22"/>
                <w:szCs w:val="24"/>
              </w:rPr>
              <w:br/>
            </w:r>
            <w:r w:rsidRPr="001B5959">
              <w:rPr>
                <w:i/>
                <w:iCs/>
              </w:rPr>
              <w:t>Understand our impact on other groups</w:t>
            </w:r>
          </w:p>
        </w:tc>
        <w:tc>
          <w:tcPr>
            <w:tcW w:w="1890" w:type="dxa"/>
            <w:tcBorders>
              <w:top w:val="nil"/>
              <w:bottom w:val="nil"/>
            </w:tcBorders>
            <w:shd w:val="clear" w:color="auto" w:fill="E8ECF2"/>
          </w:tcPr>
          <w:p w14:paraId="2881C6CA" w14:textId="77777777" w:rsidR="002821A2" w:rsidRPr="001B5959" w:rsidRDefault="002821A2" w:rsidP="00264DE1">
            <w:pPr>
              <w:cnfStyle w:val="000000000000" w:firstRow="0" w:lastRow="0" w:firstColumn="0" w:lastColumn="0" w:oddVBand="0" w:evenVBand="0" w:oddHBand="0" w:evenHBand="0" w:firstRowFirstColumn="0" w:firstRowLastColumn="0" w:lastRowFirstColumn="0" w:lastRowLastColumn="0"/>
              <w:rPr>
                <w:sz w:val="22"/>
                <w:szCs w:val="24"/>
              </w:rPr>
            </w:pPr>
            <w:r w:rsidRPr="001B5959">
              <w:rPr>
                <w:sz w:val="22"/>
                <w:szCs w:val="24"/>
              </w:rPr>
              <w:t>30 / 5 min</w:t>
            </w:r>
          </w:p>
        </w:tc>
        <w:tc>
          <w:tcPr>
            <w:tcW w:w="1710" w:type="dxa"/>
            <w:tcBorders>
              <w:top w:val="nil"/>
              <w:bottom w:val="nil"/>
            </w:tcBorders>
            <w:shd w:val="clear" w:color="auto" w:fill="E8ECF2"/>
          </w:tcPr>
          <w:p w14:paraId="15B402F6" w14:textId="77777777" w:rsidR="003F0A8C" w:rsidRDefault="00262E39">
            <w:pPr>
              <w:cnfStyle w:val="000000000000" w:firstRow="0" w:lastRow="0" w:firstColumn="0" w:lastColumn="0" w:oddVBand="0" w:evenVBand="0" w:oddHBand="0" w:evenHBand="0" w:firstRowFirstColumn="0" w:firstRowLastColumn="0" w:lastRowFirstColumn="0" w:lastRowLastColumn="0"/>
              <w:rPr>
                <w:sz w:val="22"/>
                <w:szCs w:val="24"/>
              </w:rPr>
            </w:pPr>
            <w:r>
              <w:rPr>
                <w:sz w:val="22"/>
                <w:szCs w:val="24"/>
              </w:rPr>
              <w:t>Whole team, then small groups</w:t>
            </w:r>
          </w:p>
        </w:tc>
      </w:tr>
      <w:tr w:rsidR="002821A2" w:rsidRPr="001B5959" w14:paraId="01A8CDA8" w14:textId="77777777" w:rsidTr="00264D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tcBorders>
              <w:top w:val="nil"/>
              <w:bottom w:val="nil"/>
            </w:tcBorders>
            <w:shd w:val="clear" w:color="auto" w:fill="auto"/>
          </w:tcPr>
          <w:p w14:paraId="44CE589B" w14:textId="77777777" w:rsidR="002821A2" w:rsidRPr="009A4B2D" w:rsidRDefault="002821A2" w:rsidP="00264DE1">
            <w:pPr>
              <w:rPr>
                <w:sz w:val="24"/>
                <w:szCs w:val="28"/>
              </w:rPr>
            </w:pPr>
            <w:r w:rsidRPr="009A4B2D">
              <w:rPr>
                <w:sz w:val="24"/>
                <w:szCs w:val="28"/>
              </w:rPr>
              <w:t>Recognition &amp; Team Culture</w:t>
            </w:r>
          </w:p>
        </w:tc>
        <w:tc>
          <w:tcPr>
            <w:tcW w:w="4194" w:type="dxa"/>
            <w:tcBorders>
              <w:top w:val="nil"/>
              <w:bottom w:val="nil"/>
            </w:tcBorders>
            <w:shd w:val="clear" w:color="auto" w:fill="auto"/>
          </w:tcPr>
          <w:p w14:paraId="3B2A19EF" w14:textId="77777777" w:rsidR="002821A2" w:rsidRPr="001B5959" w:rsidRDefault="002821A2" w:rsidP="00264DE1">
            <w:pPr>
              <w:cnfStyle w:val="000000100000" w:firstRow="0" w:lastRow="0" w:firstColumn="0" w:lastColumn="0" w:oddVBand="0" w:evenVBand="0" w:oddHBand="1" w:evenHBand="0" w:firstRowFirstColumn="0" w:firstRowLastColumn="0" w:lastRowFirstColumn="0" w:lastRowLastColumn="0"/>
              <w:rPr>
                <w:sz w:val="22"/>
                <w:szCs w:val="24"/>
              </w:rPr>
            </w:pPr>
            <w:r w:rsidRPr="00D14A9D">
              <w:rPr>
                <w:b/>
                <w:bCs/>
                <w:sz w:val="22"/>
                <w:szCs w:val="24"/>
              </w:rPr>
              <w:t>The Difference You Make</w:t>
            </w:r>
            <w:r>
              <w:rPr>
                <w:sz w:val="22"/>
                <w:szCs w:val="24"/>
              </w:rPr>
              <w:br/>
            </w:r>
            <w:r w:rsidRPr="001B5959">
              <w:rPr>
                <w:i/>
                <w:iCs/>
              </w:rPr>
              <w:t>Express genuine appreciation</w:t>
            </w:r>
          </w:p>
        </w:tc>
        <w:tc>
          <w:tcPr>
            <w:tcW w:w="1890" w:type="dxa"/>
            <w:tcBorders>
              <w:top w:val="nil"/>
              <w:bottom w:val="nil"/>
            </w:tcBorders>
            <w:shd w:val="clear" w:color="auto" w:fill="auto"/>
          </w:tcPr>
          <w:p w14:paraId="5931C7AE" w14:textId="77777777" w:rsidR="002821A2" w:rsidRPr="001B5959" w:rsidRDefault="002821A2" w:rsidP="00264DE1">
            <w:pPr>
              <w:cnfStyle w:val="000000100000" w:firstRow="0" w:lastRow="0" w:firstColumn="0" w:lastColumn="0" w:oddVBand="0" w:evenVBand="0" w:oddHBand="1" w:evenHBand="0" w:firstRowFirstColumn="0" w:firstRowLastColumn="0" w:lastRowFirstColumn="0" w:lastRowLastColumn="0"/>
              <w:rPr>
                <w:sz w:val="22"/>
                <w:szCs w:val="24"/>
              </w:rPr>
            </w:pPr>
            <w:r w:rsidRPr="001B5959">
              <w:rPr>
                <w:sz w:val="22"/>
                <w:szCs w:val="24"/>
              </w:rPr>
              <w:t>25 / 5 min</w:t>
            </w:r>
          </w:p>
        </w:tc>
        <w:tc>
          <w:tcPr>
            <w:tcW w:w="1710" w:type="dxa"/>
            <w:tcBorders>
              <w:top w:val="nil"/>
              <w:bottom w:val="nil"/>
            </w:tcBorders>
            <w:shd w:val="clear" w:color="auto" w:fill="auto"/>
          </w:tcPr>
          <w:p w14:paraId="65C64097" w14:textId="77777777" w:rsidR="003F0A8C" w:rsidRDefault="00262E39">
            <w:pPr>
              <w:cnfStyle w:val="000000100000" w:firstRow="0" w:lastRow="0" w:firstColumn="0" w:lastColumn="0" w:oddVBand="0" w:evenVBand="0" w:oddHBand="1" w:evenHBand="0" w:firstRowFirstColumn="0" w:firstRowLastColumn="0" w:lastRowFirstColumn="0" w:lastRowLastColumn="0"/>
              <w:rPr>
                <w:sz w:val="22"/>
                <w:szCs w:val="24"/>
              </w:rPr>
            </w:pPr>
            <w:r>
              <w:rPr>
                <w:sz w:val="22"/>
                <w:szCs w:val="24"/>
              </w:rPr>
              <w:t>Pairs</w:t>
            </w:r>
          </w:p>
        </w:tc>
      </w:tr>
      <w:tr w:rsidR="002821A2" w:rsidRPr="001B5959" w14:paraId="5BD2AC22" w14:textId="77777777" w:rsidTr="00264DE1">
        <w:tc>
          <w:tcPr>
            <w:cnfStyle w:val="001000000000" w:firstRow="0" w:lastRow="0" w:firstColumn="1" w:lastColumn="0" w:oddVBand="0" w:evenVBand="0" w:oddHBand="0" w:evenHBand="0" w:firstRowFirstColumn="0" w:firstRowLastColumn="0" w:lastRowFirstColumn="0" w:lastRowLastColumn="0"/>
            <w:tcW w:w="2016" w:type="dxa"/>
            <w:tcBorders>
              <w:top w:val="nil"/>
            </w:tcBorders>
          </w:tcPr>
          <w:p w14:paraId="43E64F9E" w14:textId="77777777" w:rsidR="002821A2" w:rsidRPr="009A4B2D" w:rsidRDefault="002821A2" w:rsidP="00264DE1">
            <w:pPr>
              <w:rPr>
                <w:sz w:val="24"/>
                <w:szCs w:val="28"/>
              </w:rPr>
            </w:pPr>
          </w:p>
        </w:tc>
        <w:tc>
          <w:tcPr>
            <w:tcW w:w="4194" w:type="dxa"/>
            <w:tcBorders>
              <w:top w:val="nil"/>
            </w:tcBorders>
          </w:tcPr>
          <w:p w14:paraId="758932F8" w14:textId="77777777" w:rsidR="002821A2" w:rsidRPr="001B5959" w:rsidRDefault="002821A2" w:rsidP="00264DE1">
            <w:pPr>
              <w:cnfStyle w:val="000000000000" w:firstRow="0" w:lastRow="0" w:firstColumn="0" w:lastColumn="0" w:oddVBand="0" w:evenVBand="0" w:oddHBand="0" w:evenHBand="0" w:firstRowFirstColumn="0" w:firstRowLastColumn="0" w:lastRowFirstColumn="0" w:lastRowLastColumn="0"/>
              <w:rPr>
                <w:sz w:val="22"/>
                <w:szCs w:val="24"/>
              </w:rPr>
            </w:pPr>
            <w:r w:rsidRPr="00D14A9D">
              <w:rPr>
                <w:b/>
                <w:bCs/>
                <w:sz w:val="22"/>
                <w:szCs w:val="24"/>
              </w:rPr>
              <w:t>What Great Looks Like</w:t>
            </w:r>
            <w:r>
              <w:rPr>
                <w:sz w:val="22"/>
                <w:szCs w:val="24"/>
              </w:rPr>
              <w:br/>
            </w:r>
            <w:r w:rsidRPr="001B5959">
              <w:rPr>
                <w:i/>
                <w:iCs/>
              </w:rPr>
              <w:t>Define observable great work</w:t>
            </w:r>
          </w:p>
        </w:tc>
        <w:tc>
          <w:tcPr>
            <w:tcW w:w="1890" w:type="dxa"/>
            <w:tcBorders>
              <w:top w:val="nil"/>
            </w:tcBorders>
          </w:tcPr>
          <w:p w14:paraId="2B753FD8" w14:textId="77777777" w:rsidR="002821A2" w:rsidRPr="001B5959" w:rsidRDefault="002821A2" w:rsidP="00264DE1">
            <w:pPr>
              <w:cnfStyle w:val="000000000000" w:firstRow="0" w:lastRow="0" w:firstColumn="0" w:lastColumn="0" w:oddVBand="0" w:evenVBand="0" w:oddHBand="0" w:evenHBand="0" w:firstRowFirstColumn="0" w:firstRowLastColumn="0" w:lastRowFirstColumn="0" w:lastRowLastColumn="0"/>
              <w:rPr>
                <w:sz w:val="22"/>
                <w:szCs w:val="24"/>
              </w:rPr>
            </w:pPr>
            <w:r w:rsidRPr="001B5959">
              <w:rPr>
                <w:sz w:val="22"/>
                <w:szCs w:val="24"/>
              </w:rPr>
              <w:t>25 / 5 min</w:t>
            </w:r>
          </w:p>
        </w:tc>
        <w:tc>
          <w:tcPr>
            <w:tcW w:w="1710" w:type="dxa"/>
            <w:tcBorders>
              <w:top w:val="nil"/>
            </w:tcBorders>
          </w:tcPr>
          <w:p w14:paraId="4C1EFCBD" w14:textId="77777777" w:rsidR="003F0A8C" w:rsidRDefault="00262E39">
            <w:pPr>
              <w:cnfStyle w:val="000000000000" w:firstRow="0" w:lastRow="0" w:firstColumn="0" w:lastColumn="0" w:oddVBand="0" w:evenVBand="0" w:oddHBand="0" w:evenHBand="0" w:firstRowFirstColumn="0" w:firstRowLastColumn="0" w:lastRowFirstColumn="0" w:lastRowLastColumn="0"/>
              <w:rPr>
                <w:sz w:val="22"/>
                <w:szCs w:val="24"/>
              </w:rPr>
            </w:pPr>
            <w:r>
              <w:rPr>
                <w:sz w:val="22"/>
                <w:szCs w:val="24"/>
              </w:rPr>
              <w:t>Groups of 2 or 3</w:t>
            </w:r>
          </w:p>
        </w:tc>
      </w:tr>
    </w:tbl>
    <w:p w14:paraId="3C228D83" w14:textId="77777777" w:rsidR="002821A2" w:rsidRPr="001B5959" w:rsidRDefault="002821A2" w:rsidP="002821A2">
      <w:pPr>
        <w:spacing w:before="240" w:after="140"/>
        <w:rPr>
          <w:sz w:val="22"/>
          <w:szCs w:val="24"/>
        </w:rPr>
      </w:pPr>
      <w:r w:rsidRPr="001B5959">
        <w:rPr>
          <w:sz w:val="22"/>
          <w:szCs w:val="24"/>
        </w:rPr>
        <w:t>*</w:t>
      </w:r>
      <w:r>
        <w:rPr>
          <w:sz w:val="22"/>
          <w:szCs w:val="24"/>
        </w:rPr>
        <w:t xml:space="preserve"> </w:t>
      </w:r>
      <w:r w:rsidRPr="001B5959">
        <w:rPr>
          <w:sz w:val="22"/>
          <w:szCs w:val="24"/>
        </w:rPr>
        <w:t xml:space="preserve">The Way I Work also asks participants to complete part of a worksheet before the meeting. </w:t>
      </w:r>
    </w:p>
    <w:p w14:paraId="149BA96B" w14:textId="77777777" w:rsidR="002821A2" w:rsidRPr="001B5959" w:rsidRDefault="002821A2" w:rsidP="002821A2">
      <w:pPr>
        <w:spacing w:after="140"/>
        <w:rPr>
          <w:sz w:val="22"/>
          <w:szCs w:val="24"/>
        </w:rPr>
      </w:pPr>
      <w:r w:rsidRPr="001B5959">
        <w:rPr>
          <w:sz w:val="22"/>
          <w:szCs w:val="24"/>
        </w:rPr>
        <w:t xml:space="preserve">Whole team activities work best with up to about 15 people. If your team is larger, break into smaller groups so more people can contribute. Pairs and small-group activities work with a team of any size, and every activity includes a virtual version. For a new team, try </w:t>
      </w:r>
      <w:r w:rsidRPr="00D14A9D">
        <w:rPr>
          <w:i/>
          <w:iCs/>
          <w:sz w:val="22"/>
          <w:szCs w:val="24"/>
        </w:rPr>
        <w:t xml:space="preserve">Who </w:t>
      </w:r>
      <w:proofErr w:type="gramStart"/>
      <w:r w:rsidRPr="00D14A9D">
        <w:rPr>
          <w:i/>
          <w:iCs/>
          <w:sz w:val="22"/>
          <w:szCs w:val="24"/>
        </w:rPr>
        <w:t>Knew?</w:t>
      </w:r>
      <w:r w:rsidRPr="001B5959">
        <w:rPr>
          <w:sz w:val="22"/>
          <w:szCs w:val="24"/>
        </w:rPr>
        <w:t>;</w:t>
      </w:r>
      <w:proofErr w:type="gramEnd"/>
      <w:r w:rsidRPr="001B5959">
        <w:rPr>
          <w:sz w:val="22"/>
          <w:szCs w:val="24"/>
        </w:rPr>
        <w:t xml:space="preserve"> for communication challenges, try </w:t>
      </w:r>
      <w:r w:rsidRPr="00D14A9D">
        <w:rPr>
          <w:i/>
          <w:iCs/>
          <w:sz w:val="22"/>
          <w:szCs w:val="24"/>
        </w:rPr>
        <w:t>Lost in Translation</w:t>
      </w:r>
      <w:r w:rsidRPr="001B5959">
        <w:rPr>
          <w:sz w:val="22"/>
          <w:szCs w:val="24"/>
        </w:rPr>
        <w:t xml:space="preserve">; for appreciation, try </w:t>
      </w:r>
      <w:r w:rsidRPr="00D14A9D">
        <w:rPr>
          <w:i/>
          <w:iCs/>
          <w:sz w:val="22"/>
          <w:szCs w:val="24"/>
        </w:rPr>
        <w:t>The Difference You Make</w:t>
      </w:r>
      <w:r w:rsidRPr="001B5959">
        <w:rPr>
          <w:sz w:val="22"/>
          <w:szCs w:val="24"/>
        </w:rPr>
        <w:t>.</w:t>
      </w:r>
      <w:r w:rsidRPr="001B5959">
        <w:rPr>
          <w:sz w:val="22"/>
          <w:szCs w:val="24"/>
        </w:rPr>
        <w:br w:type="page"/>
      </w:r>
    </w:p>
    <w:p w14:paraId="32BF24A5" w14:textId="77777777" w:rsidR="002821A2" w:rsidRDefault="002821A2" w:rsidP="002821A2">
      <w:pPr>
        <w:pStyle w:val="MasterSection"/>
      </w:pPr>
      <w:r>
        <w:lastRenderedPageBreak/>
        <w:t>Facilitation Essentials</w:t>
      </w:r>
    </w:p>
    <w:p w14:paraId="69ED9F50" w14:textId="77777777" w:rsidR="002821A2" w:rsidRPr="001B5959" w:rsidRDefault="002821A2" w:rsidP="002821A2">
      <w:pPr>
        <w:spacing w:after="140"/>
        <w:rPr>
          <w:sz w:val="22"/>
          <w:szCs w:val="24"/>
        </w:rPr>
      </w:pPr>
      <w:r w:rsidRPr="001B5959">
        <w:rPr>
          <w:sz w:val="22"/>
          <w:szCs w:val="24"/>
        </w:rPr>
        <w:t xml:space="preserve">You </w:t>
      </w:r>
      <w:r w:rsidR="00294F0D" w:rsidRPr="00294F0D">
        <w:rPr>
          <w:sz w:val="22"/>
          <w:szCs w:val="24"/>
        </w:rPr>
        <w:t xml:space="preserve">don’t </w:t>
      </w:r>
      <w:r w:rsidRPr="001B5959">
        <w:rPr>
          <w:sz w:val="22"/>
          <w:szCs w:val="24"/>
        </w:rPr>
        <w:t>need to be a professional facilitator. A little preparation, a positive tone, and thoughtful questions go a long way.</w:t>
      </w:r>
    </w:p>
    <w:p w14:paraId="5C05A3F1" w14:textId="77777777" w:rsidR="002821A2" w:rsidRPr="00F17A1D" w:rsidRDefault="002821A2" w:rsidP="002821A2">
      <w:pPr>
        <w:pStyle w:val="Heading2"/>
        <w:spacing w:before="240" w:after="100" w:line="240" w:lineRule="auto"/>
        <w:rPr>
          <w:sz w:val="28"/>
          <w:szCs w:val="28"/>
        </w:rPr>
      </w:pPr>
      <w:r>
        <w:rPr>
          <w:sz w:val="28"/>
          <w:szCs w:val="28"/>
        </w:rPr>
        <w:t>1. Make participation comfortable</w:t>
      </w:r>
    </w:p>
    <w:p w14:paraId="5F6F3342" w14:textId="77777777" w:rsidR="002821A2" w:rsidRPr="001B5959" w:rsidRDefault="002821A2" w:rsidP="002821A2">
      <w:pPr>
        <w:spacing w:after="140"/>
        <w:rPr>
          <w:sz w:val="22"/>
          <w:szCs w:val="24"/>
        </w:rPr>
      </w:pPr>
      <w:r w:rsidRPr="001B5959">
        <w:rPr>
          <w:sz w:val="22"/>
          <w:szCs w:val="24"/>
        </w:rPr>
        <w:t xml:space="preserve">Invite contributions without requiring personal stories, public ratings, or </w:t>
      </w:r>
      <w:r>
        <w:rPr>
          <w:sz w:val="22"/>
          <w:szCs w:val="24"/>
        </w:rPr>
        <w:t xml:space="preserve">detailed </w:t>
      </w:r>
      <w:r w:rsidRPr="001B5959">
        <w:rPr>
          <w:sz w:val="22"/>
          <w:szCs w:val="24"/>
        </w:rPr>
        <w:t>explanations. Respect what participants choose to keep private.</w:t>
      </w:r>
      <w:r>
        <w:rPr>
          <w:sz w:val="22"/>
          <w:szCs w:val="24"/>
        </w:rPr>
        <w:t xml:space="preserve"> Encourage, but </w:t>
      </w:r>
      <w:r w:rsidR="00294F0D" w:rsidRPr="00294F0D">
        <w:rPr>
          <w:sz w:val="22"/>
          <w:szCs w:val="24"/>
        </w:rPr>
        <w:t xml:space="preserve">don’t </w:t>
      </w:r>
      <w:r>
        <w:rPr>
          <w:sz w:val="22"/>
          <w:szCs w:val="24"/>
        </w:rPr>
        <w:t>force engagement.</w:t>
      </w:r>
    </w:p>
    <w:p w14:paraId="480E5B98" w14:textId="77777777" w:rsidR="002821A2" w:rsidRPr="00F17A1D" w:rsidRDefault="002821A2" w:rsidP="002821A2">
      <w:pPr>
        <w:pStyle w:val="Heading2"/>
        <w:spacing w:before="240" w:after="100" w:line="240" w:lineRule="auto"/>
        <w:rPr>
          <w:sz w:val="28"/>
          <w:szCs w:val="28"/>
        </w:rPr>
      </w:pPr>
      <w:r>
        <w:rPr>
          <w:sz w:val="28"/>
          <w:szCs w:val="28"/>
        </w:rPr>
        <w:t>2. Assume positive intent</w:t>
      </w:r>
    </w:p>
    <w:p w14:paraId="69DCB048" w14:textId="77777777" w:rsidR="002821A2" w:rsidRPr="001B5959" w:rsidRDefault="002821A2" w:rsidP="002821A2">
      <w:pPr>
        <w:spacing w:after="140"/>
        <w:rPr>
          <w:sz w:val="22"/>
          <w:szCs w:val="24"/>
        </w:rPr>
      </w:pPr>
      <w:r w:rsidRPr="001B5959">
        <w:rPr>
          <w:sz w:val="22"/>
          <w:szCs w:val="24"/>
        </w:rPr>
        <w:t>When differences or frustrations arise, stay curious. Focus on actions and work practices, not personal blame.</w:t>
      </w:r>
    </w:p>
    <w:p w14:paraId="5263A0BB" w14:textId="77777777" w:rsidR="002821A2" w:rsidRPr="00F17A1D" w:rsidRDefault="002821A2" w:rsidP="002821A2">
      <w:pPr>
        <w:pStyle w:val="Heading2"/>
        <w:spacing w:before="240" w:after="100" w:line="240" w:lineRule="auto"/>
        <w:rPr>
          <w:sz w:val="28"/>
          <w:szCs w:val="28"/>
        </w:rPr>
      </w:pPr>
      <w:r>
        <w:rPr>
          <w:sz w:val="28"/>
          <w:szCs w:val="28"/>
        </w:rPr>
        <w:t>3. Make room for different voices</w:t>
      </w:r>
    </w:p>
    <w:p w14:paraId="531A1953" w14:textId="77777777" w:rsidR="002821A2" w:rsidRPr="001B5959" w:rsidRDefault="002821A2" w:rsidP="002821A2">
      <w:pPr>
        <w:spacing w:after="140"/>
        <w:rPr>
          <w:sz w:val="22"/>
          <w:szCs w:val="24"/>
        </w:rPr>
      </w:pPr>
      <w:r w:rsidRPr="001B5959">
        <w:rPr>
          <w:sz w:val="22"/>
          <w:szCs w:val="24"/>
        </w:rPr>
        <w:t>Some teammates speak readily; others need a moment to think. Use quiet reflection, pairs, or small groups to broaden participation.</w:t>
      </w:r>
    </w:p>
    <w:p w14:paraId="2B4A5481" w14:textId="77777777" w:rsidR="002821A2" w:rsidRPr="00F17A1D" w:rsidRDefault="002821A2" w:rsidP="002821A2">
      <w:pPr>
        <w:pStyle w:val="Heading2"/>
        <w:spacing w:before="240" w:after="100" w:line="240" w:lineRule="auto"/>
        <w:rPr>
          <w:sz w:val="28"/>
          <w:szCs w:val="28"/>
        </w:rPr>
      </w:pPr>
      <w:r>
        <w:rPr>
          <w:sz w:val="28"/>
          <w:szCs w:val="28"/>
        </w:rPr>
        <w:t>4. Protect the discovery</w:t>
      </w:r>
    </w:p>
    <w:p w14:paraId="5D989A0D" w14:textId="77777777" w:rsidR="002821A2" w:rsidRPr="001B5959" w:rsidRDefault="002821A2" w:rsidP="002821A2">
      <w:pPr>
        <w:spacing w:after="140"/>
        <w:rPr>
          <w:sz w:val="22"/>
          <w:szCs w:val="24"/>
        </w:rPr>
      </w:pPr>
      <w:r w:rsidRPr="001B5959">
        <w:rPr>
          <w:sz w:val="22"/>
          <w:szCs w:val="24"/>
        </w:rPr>
        <w:t xml:space="preserve">Explain what participants need to do, but </w:t>
      </w:r>
      <w:r w:rsidR="00294F0D" w:rsidRPr="00294F0D">
        <w:rPr>
          <w:sz w:val="22"/>
          <w:szCs w:val="24"/>
        </w:rPr>
        <w:t xml:space="preserve">don’t </w:t>
      </w:r>
      <w:r w:rsidRPr="001B5959">
        <w:rPr>
          <w:sz w:val="22"/>
          <w:szCs w:val="24"/>
        </w:rPr>
        <w:t>announce the lesson before they have experienced it.</w:t>
      </w:r>
    </w:p>
    <w:p w14:paraId="425ABF9C" w14:textId="77777777" w:rsidR="002821A2" w:rsidRPr="00F17A1D" w:rsidRDefault="002821A2" w:rsidP="002821A2">
      <w:pPr>
        <w:pStyle w:val="Heading2"/>
        <w:spacing w:before="240" w:after="100" w:line="240" w:lineRule="auto"/>
        <w:rPr>
          <w:sz w:val="28"/>
          <w:szCs w:val="28"/>
        </w:rPr>
      </w:pPr>
      <w:r>
        <w:rPr>
          <w:sz w:val="28"/>
          <w:szCs w:val="28"/>
        </w:rPr>
        <w:t>5. Keep it enjoyable</w:t>
      </w:r>
    </w:p>
    <w:p w14:paraId="2E75AA2D" w14:textId="77777777" w:rsidR="002821A2" w:rsidRPr="001B5959" w:rsidRDefault="002821A2" w:rsidP="002821A2">
      <w:pPr>
        <w:spacing w:after="140"/>
        <w:rPr>
          <w:sz w:val="22"/>
          <w:szCs w:val="24"/>
        </w:rPr>
      </w:pPr>
      <w:r w:rsidRPr="001B5959">
        <w:rPr>
          <w:sz w:val="22"/>
          <w:szCs w:val="24"/>
        </w:rPr>
        <w:t>Allow laughter and surprises without forcing enthusiasm. A useful moment of connection does</w:t>
      </w:r>
      <w:r w:rsidR="00E0703F">
        <w:rPr>
          <w:sz w:val="22"/>
          <w:szCs w:val="24"/>
        </w:rPr>
        <w:t>n’t</w:t>
      </w:r>
      <w:r w:rsidRPr="001B5959">
        <w:rPr>
          <w:sz w:val="22"/>
          <w:szCs w:val="24"/>
        </w:rPr>
        <w:t xml:space="preserve"> need to become an action item.</w:t>
      </w:r>
    </w:p>
    <w:p w14:paraId="730E4667" w14:textId="77777777" w:rsidR="002821A2" w:rsidRPr="00F17A1D" w:rsidRDefault="002821A2" w:rsidP="002821A2">
      <w:pPr>
        <w:pStyle w:val="Heading2"/>
        <w:spacing w:before="240" w:after="100" w:line="240" w:lineRule="auto"/>
        <w:rPr>
          <w:sz w:val="28"/>
          <w:szCs w:val="28"/>
        </w:rPr>
      </w:pPr>
      <w:r>
        <w:rPr>
          <w:sz w:val="28"/>
          <w:szCs w:val="28"/>
        </w:rPr>
        <w:t>6. Ask questions people can answer</w:t>
      </w:r>
    </w:p>
    <w:p w14:paraId="05AFD741" w14:textId="77777777" w:rsidR="002821A2" w:rsidRPr="001B5959" w:rsidRDefault="002821A2" w:rsidP="002821A2">
      <w:pPr>
        <w:spacing w:after="140"/>
        <w:rPr>
          <w:sz w:val="22"/>
          <w:szCs w:val="24"/>
        </w:rPr>
      </w:pPr>
      <w:r w:rsidRPr="001B5959">
        <w:rPr>
          <w:sz w:val="22"/>
          <w:szCs w:val="24"/>
        </w:rPr>
        <w:t xml:space="preserve">Discuss what </w:t>
      </w:r>
      <w:r>
        <w:rPr>
          <w:sz w:val="22"/>
          <w:szCs w:val="24"/>
        </w:rPr>
        <w:t>was discovered</w:t>
      </w:r>
      <w:r w:rsidRPr="001B5959">
        <w:rPr>
          <w:sz w:val="22"/>
          <w:szCs w:val="24"/>
        </w:rPr>
        <w:t xml:space="preserve"> in the activity and how it relates to work. Avoid obvious questions or hypothetical details participants never experienced.</w:t>
      </w:r>
    </w:p>
    <w:p w14:paraId="45E19993" w14:textId="77777777" w:rsidR="002821A2" w:rsidRPr="00F17A1D" w:rsidRDefault="002821A2" w:rsidP="002821A2">
      <w:pPr>
        <w:pStyle w:val="Heading2"/>
        <w:spacing w:before="240" w:after="100" w:line="240" w:lineRule="auto"/>
        <w:rPr>
          <w:sz w:val="28"/>
          <w:szCs w:val="28"/>
        </w:rPr>
      </w:pPr>
      <w:r>
        <w:rPr>
          <w:sz w:val="28"/>
          <w:szCs w:val="28"/>
        </w:rPr>
        <w:t>7. Follow through thoughtfully</w:t>
      </w:r>
    </w:p>
    <w:p w14:paraId="7ACD88BF" w14:textId="77777777" w:rsidR="002821A2" w:rsidRPr="001B5959" w:rsidRDefault="002821A2" w:rsidP="002821A2">
      <w:pPr>
        <w:spacing w:after="140"/>
        <w:rPr>
          <w:sz w:val="22"/>
          <w:szCs w:val="24"/>
        </w:rPr>
      </w:pPr>
      <w:r w:rsidRPr="001B5959">
        <w:rPr>
          <w:sz w:val="22"/>
          <w:szCs w:val="24"/>
        </w:rPr>
        <w:t>Act on manageable improvements. When an issue calls for more investigation or coordination, commit to exploring it and reporting back, not to a quick fix you cannot guarantee.</w:t>
      </w:r>
    </w:p>
    <w:p w14:paraId="3A03FA41" w14:textId="77777777" w:rsidR="002821A2" w:rsidRPr="001B5959" w:rsidRDefault="002821A2" w:rsidP="002821A2">
      <w:pPr>
        <w:spacing w:after="140"/>
        <w:rPr>
          <w:sz w:val="22"/>
          <w:szCs w:val="24"/>
        </w:rPr>
      </w:pPr>
      <w:r w:rsidRPr="001B5959">
        <w:rPr>
          <w:sz w:val="22"/>
          <w:szCs w:val="24"/>
        </w:rPr>
        <w:t>These are opportunities to learn together</w:t>
      </w:r>
      <w:r w:rsidR="00D12240">
        <w:rPr>
          <w:sz w:val="22"/>
          <w:szCs w:val="24"/>
        </w:rPr>
        <w:t>.</w:t>
      </w:r>
      <w:r w:rsidR="00C544EE">
        <w:rPr>
          <w:sz w:val="22"/>
          <w:szCs w:val="24"/>
        </w:rPr>
        <w:t xml:space="preserve"> Team building activities should not be</w:t>
      </w:r>
      <w:r w:rsidRPr="001B5959">
        <w:rPr>
          <w:sz w:val="22"/>
          <w:szCs w:val="24"/>
        </w:rPr>
        <w:t xml:space="preserve"> tests, competitions, or </w:t>
      </w:r>
      <w:r>
        <w:rPr>
          <w:sz w:val="22"/>
          <w:szCs w:val="24"/>
        </w:rPr>
        <w:t xml:space="preserve">used for </w:t>
      </w:r>
      <w:r w:rsidRPr="001B5959">
        <w:rPr>
          <w:sz w:val="22"/>
          <w:szCs w:val="24"/>
        </w:rPr>
        <w:t xml:space="preserve">performance reviews. The most useful outcome </w:t>
      </w:r>
      <w:r>
        <w:rPr>
          <w:sz w:val="22"/>
          <w:szCs w:val="24"/>
        </w:rPr>
        <w:t>from team building activities is</w:t>
      </w:r>
      <w:r w:rsidRPr="001B5959">
        <w:rPr>
          <w:sz w:val="22"/>
          <w:szCs w:val="24"/>
        </w:rPr>
        <w:t xml:space="preserve"> what teammates carry</w:t>
      </w:r>
      <w:r w:rsidR="00C544EE">
        <w:rPr>
          <w:sz w:val="22"/>
          <w:szCs w:val="24"/>
        </w:rPr>
        <w:t xml:space="preserve"> forward</w:t>
      </w:r>
      <w:r w:rsidRPr="001B5959">
        <w:rPr>
          <w:sz w:val="22"/>
          <w:szCs w:val="24"/>
        </w:rPr>
        <w:t xml:space="preserve"> into their everyday work.</w:t>
      </w:r>
    </w:p>
    <w:p w14:paraId="45A4549F" w14:textId="77777777" w:rsidR="00F56845" w:rsidRDefault="00F56845">
      <w:pPr>
        <w:pStyle w:val="Title"/>
        <w:spacing w:after="220"/>
      </w:pPr>
      <w:r>
        <w:br w:type="page"/>
      </w:r>
    </w:p>
    <w:p w14:paraId="4C4F3CC4" w14:textId="77777777" w:rsidR="00405D24" w:rsidRDefault="000B154A">
      <w:pPr>
        <w:pStyle w:val="Title"/>
        <w:spacing w:after="220"/>
      </w:pPr>
      <w:r>
        <w:lastRenderedPageBreak/>
        <w:t>The Way I Work</w:t>
      </w:r>
    </w:p>
    <w:p w14:paraId="16DAFF5A" w14:textId="77777777" w:rsidR="00AA770F" w:rsidRPr="00AA770F" w:rsidRDefault="00AA770F" w:rsidP="00AA770F">
      <w:pPr>
        <w:spacing w:after="140" w:line="283" w:lineRule="auto"/>
        <w:jc w:val="right"/>
        <w:rPr>
          <w:sz w:val="32"/>
          <w:szCs w:val="36"/>
        </w:rPr>
      </w:pPr>
      <w:r w:rsidRPr="00AA770F">
        <w:rPr>
          <w:sz w:val="24"/>
          <w:szCs w:val="32"/>
        </w:rPr>
        <w:t>Connection &amp; Trust  •  Communication &amp; Collaboration</w:t>
      </w:r>
    </w:p>
    <w:p w14:paraId="6A82D27F" w14:textId="77777777" w:rsidR="00AA770F" w:rsidRDefault="00AA770F" w:rsidP="00AA770F">
      <w:pPr>
        <w:spacing w:after="140" w:line="283" w:lineRule="auto"/>
        <w:jc w:val="right"/>
      </w:pPr>
      <w:r>
        <w:t>ACTIVITY TIME  |  25 minutes     PREPARATION  |  5 to 10 minutes</w:t>
      </w:r>
    </w:p>
    <w:p w14:paraId="37D231D2" w14:textId="77777777" w:rsidR="00405D24" w:rsidRPr="00A85E25" w:rsidRDefault="000B154A">
      <w:pPr>
        <w:spacing w:after="140" w:line="283" w:lineRule="auto"/>
        <w:rPr>
          <w:b/>
          <w:bCs/>
          <w:sz w:val="24"/>
          <w:szCs w:val="28"/>
        </w:rPr>
      </w:pPr>
      <w:r w:rsidRPr="00A85E25">
        <w:rPr>
          <w:b/>
          <w:bCs/>
          <w:sz w:val="24"/>
          <w:szCs w:val="28"/>
        </w:rPr>
        <w:t>Discover the differences that help a team work better together</w:t>
      </w:r>
    </w:p>
    <w:p w14:paraId="15CE1D68" w14:textId="77777777" w:rsidR="00405D24" w:rsidRPr="00F17A1D" w:rsidRDefault="000B154A">
      <w:pPr>
        <w:pStyle w:val="Heading2"/>
        <w:spacing w:before="240" w:after="100" w:line="240" w:lineRule="auto"/>
        <w:rPr>
          <w:sz w:val="28"/>
          <w:szCs w:val="28"/>
        </w:rPr>
      </w:pPr>
      <w:r w:rsidRPr="00F17A1D">
        <w:rPr>
          <w:sz w:val="28"/>
          <w:szCs w:val="28"/>
        </w:rPr>
        <w:t>Why this activity matters</w:t>
      </w:r>
    </w:p>
    <w:p w14:paraId="1F4AE9A3" w14:textId="77777777" w:rsidR="00405D24" w:rsidRPr="00F17A1D" w:rsidRDefault="000B154A">
      <w:pPr>
        <w:spacing w:after="140" w:line="283" w:lineRule="auto"/>
        <w:rPr>
          <w:sz w:val="22"/>
          <w:szCs w:val="24"/>
        </w:rPr>
      </w:pPr>
      <w:r w:rsidRPr="00F17A1D">
        <w:rPr>
          <w:sz w:val="22"/>
          <w:szCs w:val="24"/>
        </w:rPr>
        <w:t xml:space="preserve">People can work side by side for years and still misunderstand how their colleagues prefer to communicate, decide, or respond under pressure. One person asks questions to understand; another hears resistance. One person wants to talk immediately; another needs time to think. This activity replaces </w:t>
      </w:r>
      <w:r w:rsidR="00A7592A">
        <w:rPr>
          <w:sz w:val="22"/>
          <w:szCs w:val="24"/>
        </w:rPr>
        <w:t>uncertainty</w:t>
      </w:r>
      <w:r w:rsidRPr="00F17A1D">
        <w:rPr>
          <w:sz w:val="22"/>
          <w:szCs w:val="24"/>
        </w:rPr>
        <w:t xml:space="preserve"> with </w:t>
      </w:r>
      <w:r w:rsidR="004552D3" w:rsidRPr="00F17A1D">
        <w:rPr>
          <w:sz w:val="22"/>
          <w:szCs w:val="24"/>
        </w:rPr>
        <w:t>conversations and</w:t>
      </w:r>
      <w:r w:rsidRPr="00F17A1D">
        <w:rPr>
          <w:sz w:val="22"/>
          <w:szCs w:val="24"/>
        </w:rPr>
        <w:t xml:space="preserve"> turns those conversations into practical ways to collaborate.</w:t>
      </w:r>
    </w:p>
    <w:p w14:paraId="17F1D74D" w14:textId="77777777" w:rsidR="00405D24" w:rsidRPr="00F17A1D" w:rsidRDefault="000B154A">
      <w:pPr>
        <w:pStyle w:val="Heading2"/>
        <w:spacing w:before="240" w:after="100" w:line="240" w:lineRule="auto"/>
        <w:rPr>
          <w:sz w:val="28"/>
          <w:szCs w:val="28"/>
        </w:rPr>
      </w:pPr>
      <w:r w:rsidRPr="00F17A1D">
        <w:rPr>
          <w:sz w:val="28"/>
          <w:szCs w:val="28"/>
        </w:rPr>
        <w:t>The outcome</w:t>
      </w:r>
    </w:p>
    <w:p w14:paraId="33DD6A95" w14:textId="77777777" w:rsidR="00405D24" w:rsidRPr="004552D3" w:rsidRDefault="000B154A">
      <w:pPr>
        <w:spacing w:after="140" w:line="283" w:lineRule="auto"/>
        <w:rPr>
          <w:sz w:val="24"/>
          <w:szCs w:val="28"/>
        </w:rPr>
      </w:pPr>
      <w:r w:rsidRPr="004552D3">
        <w:rPr>
          <w:sz w:val="22"/>
          <w:szCs w:val="24"/>
        </w:rPr>
        <w:t xml:space="preserve">Each participant creates a one-page “Working </w:t>
      </w:r>
      <w:proofErr w:type="gramStart"/>
      <w:r w:rsidRPr="004552D3">
        <w:rPr>
          <w:sz w:val="22"/>
          <w:szCs w:val="24"/>
        </w:rPr>
        <w:t>With</w:t>
      </w:r>
      <w:proofErr w:type="gramEnd"/>
      <w:r w:rsidRPr="004552D3">
        <w:rPr>
          <w:sz w:val="22"/>
          <w:szCs w:val="24"/>
        </w:rPr>
        <w:t xml:space="preserve"> Me” profile they control and can update. Together, the team identifies one practical way to make collaboration easier. No personality labels, scoring, or required personal disclosures.</w:t>
      </w:r>
    </w:p>
    <w:p w14:paraId="504EA627" w14:textId="77777777" w:rsidR="00405D24" w:rsidRPr="00F17A1D" w:rsidRDefault="000B154A">
      <w:pPr>
        <w:pStyle w:val="Heading2"/>
        <w:spacing w:before="240" w:after="100" w:line="240" w:lineRule="auto"/>
        <w:rPr>
          <w:sz w:val="28"/>
          <w:szCs w:val="28"/>
        </w:rPr>
      </w:pPr>
      <w:r>
        <w:t>Before the meeting | 5 to 10 minutes of preparation</w:t>
      </w:r>
    </w:p>
    <w:p w14:paraId="7448FFB4" w14:textId="77777777" w:rsidR="00405D24" w:rsidRPr="00DC17D0" w:rsidRDefault="000B154A">
      <w:pPr>
        <w:spacing w:after="140" w:line="283" w:lineRule="auto"/>
        <w:rPr>
          <w:sz w:val="24"/>
          <w:szCs w:val="28"/>
        </w:rPr>
      </w:pPr>
      <w:r w:rsidRPr="00DC17D0">
        <w:rPr>
          <w:sz w:val="22"/>
          <w:szCs w:val="24"/>
        </w:rPr>
        <w:t xml:space="preserve">Share the “Working </w:t>
      </w:r>
      <w:proofErr w:type="gramStart"/>
      <w:r w:rsidRPr="00DC17D0">
        <w:rPr>
          <w:sz w:val="22"/>
          <w:szCs w:val="24"/>
        </w:rPr>
        <w:t>With</w:t>
      </w:r>
      <w:proofErr w:type="gramEnd"/>
      <w:r w:rsidRPr="00DC17D0">
        <w:rPr>
          <w:sz w:val="22"/>
          <w:szCs w:val="24"/>
        </w:rPr>
        <w:t xml:space="preserve"> Me” worksheet ahead of time. Invite participants to complete only the first six prompts, ending with “</w:t>
      </w:r>
      <w:r w:rsidRPr="00DC17D0">
        <w:rPr>
          <w:i/>
          <w:iCs/>
          <w:sz w:val="22"/>
          <w:szCs w:val="24"/>
        </w:rPr>
        <w:t>A strength teammates can count on me for is…</w:t>
      </w:r>
      <w:r w:rsidRPr="00DC17D0">
        <w:rPr>
          <w:sz w:val="22"/>
          <w:szCs w:val="24"/>
        </w:rPr>
        <w:t>” The final three prompts are completed during or after the partner conversation. Prepare your own example, choose the deadline scenario below, and arrange pairs (or one trio for odd numbers). Sharing is voluntary; work-related answers are enough.</w:t>
      </w:r>
    </w:p>
    <w:p w14:paraId="2F869EEB" w14:textId="77777777" w:rsidR="00405D24" w:rsidRPr="00F17A1D" w:rsidRDefault="000B154A">
      <w:pPr>
        <w:pStyle w:val="Heading2"/>
        <w:spacing w:before="240" w:after="100" w:line="240" w:lineRule="auto"/>
        <w:rPr>
          <w:sz w:val="28"/>
          <w:szCs w:val="28"/>
        </w:rPr>
      </w:pPr>
      <w:r>
        <w:t>1. Set the stage | 5 minutes</w:t>
      </w:r>
    </w:p>
    <w:p w14:paraId="5A8B6108" w14:textId="77777777" w:rsidR="00405D24" w:rsidRPr="00F17A1D" w:rsidRDefault="000B154A">
      <w:pPr>
        <w:spacing w:after="140" w:line="283" w:lineRule="auto"/>
        <w:rPr>
          <w:sz w:val="22"/>
          <w:szCs w:val="24"/>
        </w:rPr>
      </w:pPr>
      <w:r w:rsidRPr="00F17A1D">
        <w:rPr>
          <w:sz w:val="22"/>
          <w:szCs w:val="24"/>
        </w:rPr>
        <w:t>Say: “</w:t>
      </w:r>
      <w:r w:rsidRPr="003658C8">
        <w:rPr>
          <w:i/>
          <w:iCs/>
          <w:sz w:val="22"/>
          <w:szCs w:val="24"/>
        </w:rPr>
        <w:t xml:space="preserve">We all have ways of working that feel natural to us. But what feels helpful to one person may feel frustrating to someone else. Today we’re going to test how well we understand one another, then find a few ways to make teamwork </w:t>
      </w:r>
      <w:proofErr w:type="gramStart"/>
      <w:r w:rsidRPr="003658C8">
        <w:rPr>
          <w:i/>
          <w:iCs/>
          <w:sz w:val="22"/>
          <w:szCs w:val="24"/>
        </w:rPr>
        <w:t>easier.</w:t>
      </w:r>
      <w:r w:rsidRPr="00F17A1D">
        <w:rPr>
          <w:sz w:val="22"/>
          <w:szCs w:val="24"/>
        </w:rPr>
        <w:t>”</w:t>
      </w:r>
      <w:proofErr w:type="gramEnd"/>
    </w:p>
    <w:p w14:paraId="30164A92" w14:textId="77777777" w:rsidR="00405D24" w:rsidRPr="00F17A1D" w:rsidRDefault="000B154A">
      <w:pPr>
        <w:spacing w:after="140" w:line="283" w:lineRule="auto"/>
        <w:rPr>
          <w:sz w:val="22"/>
          <w:szCs w:val="24"/>
        </w:rPr>
      </w:pPr>
      <w:r w:rsidRPr="00F17A1D">
        <w:rPr>
          <w:sz w:val="22"/>
          <w:szCs w:val="24"/>
        </w:rPr>
        <w:t>Share one example from your own profile. Keep it brief and concrete. Avoid suggesting there is a right working style.</w:t>
      </w:r>
    </w:p>
    <w:p w14:paraId="623794A2" w14:textId="77777777" w:rsidR="00405D24" w:rsidRPr="00F17A1D" w:rsidRDefault="000B154A">
      <w:pPr>
        <w:pStyle w:val="Heading2"/>
        <w:spacing w:before="240" w:after="100" w:line="240" w:lineRule="auto"/>
        <w:rPr>
          <w:sz w:val="28"/>
          <w:szCs w:val="28"/>
        </w:rPr>
      </w:pPr>
      <w:r>
        <w:t>2. The assumption challenge | 5 minutes</w:t>
      </w:r>
    </w:p>
    <w:p w14:paraId="094E03A4" w14:textId="77777777" w:rsidR="00405D24" w:rsidRPr="00F17A1D" w:rsidRDefault="000B154A">
      <w:pPr>
        <w:spacing w:after="140" w:line="283" w:lineRule="auto"/>
        <w:rPr>
          <w:sz w:val="22"/>
          <w:szCs w:val="24"/>
        </w:rPr>
      </w:pPr>
      <w:r w:rsidRPr="00F17A1D">
        <w:rPr>
          <w:sz w:val="22"/>
          <w:szCs w:val="24"/>
        </w:rPr>
        <w:t>Give everyone this scenario: “</w:t>
      </w:r>
      <w:r w:rsidRPr="003658C8">
        <w:rPr>
          <w:i/>
          <w:iCs/>
          <w:sz w:val="22"/>
          <w:szCs w:val="24"/>
        </w:rPr>
        <w:t>A deadline moves forward by two days. Would you rather (A) talk through the changes together right away or (B) read a short summary first and then meet?</w:t>
      </w:r>
      <w:r w:rsidRPr="00F17A1D">
        <w:rPr>
          <w:sz w:val="22"/>
          <w:szCs w:val="24"/>
        </w:rPr>
        <w:t>” Each person privately chooses A, B, or “it depends,” and writes why. In pairs, partners predict each other’s choice before revealing their own. Invite a few quick reactions: What did you assume? What did you learn?</w:t>
      </w:r>
    </w:p>
    <w:p w14:paraId="10EE5690" w14:textId="77777777" w:rsidR="00405D24" w:rsidRPr="00F17A1D" w:rsidRDefault="000B154A">
      <w:pPr>
        <w:spacing w:after="140" w:line="283" w:lineRule="auto"/>
        <w:rPr>
          <w:sz w:val="22"/>
          <w:szCs w:val="24"/>
        </w:rPr>
      </w:pPr>
      <w:r w:rsidRPr="003658C8">
        <w:rPr>
          <w:b/>
          <w:bCs/>
          <w:sz w:val="22"/>
          <w:szCs w:val="24"/>
        </w:rPr>
        <w:t>Leader cue:</w:t>
      </w:r>
      <w:r w:rsidRPr="00F17A1D">
        <w:rPr>
          <w:sz w:val="22"/>
          <w:szCs w:val="24"/>
        </w:rPr>
        <w:t xml:space="preserve"> The point is not who guessed correctly. It is that a preference can have a sensible reason that others cannot see.</w:t>
      </w:r>
    </w:p>
    <w:p w14:paraId="227B9DB1" w14:textId="77777777" w:rsidR="00405D24" w:rsidRPr="00F17A1D" w:rsidRDefault="000B154A">
      <w:pPr>
        <w:pStyle w:val="Heading2"/>
        <w:spacing w:before="240" w:after="100" w:line="240" w:lineRule="auto"/>
        <w:rPr>
          <w:sz w:val="28"/>
          <w:szCs w:val="28"/>
        </w:rPr>
      </w:pPr>
      <w:r>
        <w:lastRenderedPageBreak/>
        <w:t>3. Compare profiles | 10 minutes</w:t>
      </w:r>
    </w:p>
    <w:p w14:paraId="7B5D5ECC" w14:textId="77777777" w:rsidR="00405D24" w:rsidRPr="00AA770F" w:rsidRDefault="000B154A">
      <w:pPr>
        <w:spacing w:after="140" w:line="283" w:lineRule="auto"/>
        <w:rPr>
          <w:sz w:val="24"/>
          <w:szCs w:val="28"/>
        </w:rPr>
      </w:pPr>
      <w:r w:rsidRPr="00AA770F">
        <w:rPr>
          <w:sz w:val="22"/>
          <w:szCs w:val="24"/>
        </w:rPr>
        <w:t>Since participants have completed their first six prompts in advance, pair them for a focused discussion. Ask partners to share the answers they choose, identify one similarity, one difference, and one useful adjustment. Invite each pair to share one work-related discovery with the group, with both partners’ agreement.</w:t>
      </w:r>
    </w:p>
    <w:p w14:paraId="480AAD99" w14:textId="77777777" w:rsidR="00405D24" w:rsidRPr="00F17A1D" w:rsidRDefault="000B154A">
      <w:pPr>
        <w:pStyle w:val="Heading2"/>
        <w:spacing w:before="240" w:after="100" w:line="240" w:lineRule="auto"/>
        <w:rPr>
          <w:sz w:val="28"/>
          <w:szCs w:val="28"/>
        </w:rPr>
      </w:pPr>
      <w:r>
        <w:t>4. Turn insights into action | 5 minutes</w:t>
      </w:r>
    </w:p>
    <w:p w14:paraId="5CB2993A" w14:textId="77777777" w:rsidR="00405D24" w:rsidRPr="00F17A1D" w:rsidRDefault="000B154A">
      <w:pPr>
        <w:spacing w:after="140" w:line="283" w:lineRule="auto"/>
        <w:rPr>
          <w:sz w:val="22"/>
          <w:szCs w:val="24"/>
        </w:rPr>
      </w:pPr>
      <w:r w:rsidRPr="00F17A1D">
        <w:rPr>
          <w:sz w:val="22"/>
          <w:szCs w:val="24"/>
        </w:rPr>
        <w:t>Building on the discoveries just shared, ask: “</w:t>
      </w:r>
      <w:r w:rsidRPr="00DC17D0">
        <w:rPr>
          <w:i/>
          <w:iCs/>
          <w:sz w:val="22"/>
          <w:szCs w:val="24"/>
        </w:rPr>
        <w:t>Where might different preferences create friction?</w:t>
      </w:r>
      <w:r w:rsidRPr="00F17A1D">
        <w:rPr>
          <w:sz w:val="22"/>
          <w:szCs w:val="24"/>
        </w:rPr>
        <w:t>” and “</w:t>
      </w:r>
      <w:r w:rsidRPr="00DC17D0">
        <w:rPr>
          <w:i/>
          <w:iCs/>
          <w:sz w:val="22"/>
          <w:szCs w:val="24"/>
        </w:rPr>
        <w:t>What could we do differently</w:t>
      </w:r>
      <w:r w:rsidRPr="00F17A1D">
        <w:rPr>
          <w:sz w:val="22"/>
          <w:szCs w:val="24"/>
        </w:rPr>
        <w:t>?” Invite each participant to name one small adjustment they could make. No formal commitments or tracking are required.</w:t>
      </w:r>
    </w:p>
    <w:p w14:paraId="4AAD2D52" w14:textId="77777777" w:rsidR="00405D24" w:rsidRPr="00F17A1D" w:rsidRDefault="000B154A">
      <w:pPr>
        <w:spacing w:after="140" w:line="283" w:lineRule="auto"/>
        <w:rPr>
          <w:sz w:val="22"/>
          <w:szCs w:val="24"/>
        </w:rPr>
      </w:pPr>
      <w:r w:rsidRPr="00F17A1D">
        <w:rPr>
          <w:sz w:val="22"/>
          <w:szCs w:val="24"/>
        </w:rPr>
        <w:t>Close by saying: “</w:t>
      </w:r>
      <w:r w:rsidRPr="00DC17D0">
        <w:rPr>
          <w:i/>
          <w:iCs/>
          <w:sz w:val="22"/>
          <w:szCs w:val="24"/>
        </w:rPr>
        <w:t>We don’t have to work alike to work well together. We do have to understand what helps each other do our best.</w:t>
      </w:r>
      <w:r w:rsidRPr="00F17A1D">
        <w:rPr>
          <w:sz w:val="22"/>
          <w:szCs w:val="24"/>
        </w:rPr>
        <w:t>” Thank participants for what they chose to share.</w:t>
      </w:r>
    </w:p>
    <w:p w14:paraId="70B0882A" w14:textId="77777777" w:rsidR="00405D24" w:rsidRDefault="00405D24">
      <w:pPr>
        <w:spacing w:after="140" w:line="283" w:lineRule="auto"/>
      </w:pPr>
    </w:p>
    <w:p w14:paraId="3F64AA3F" w14:textId="77777777" w:rsidR="00405D24" w:rsidRDefault="000B154A">
      <w:pPr>
        <w:pStyle w:val="Title"/>
        <w:spacing w:after="220"/>
      </w:pPr>
      <w:r>
        <w:t>Facilitator Notes</w:t>
      </w:r>
    </w:p>
    <w:p w14:paraId="13E3F773" w14:textId="77777777" w:rsidR="00405D24" w:rsidRDefault="000B154A">
      <w:pPr>
        <w:pStyle w:val="Heading2"/>
        <w:spacing w:before="240" w:after="100" w:line="240" w:lineRule="auto"/>
      </w:pPr>
      <w:r>
        <w:t>Leader’s insight</w:t>
      </w:r>
    </w:p>
    <w:p w14:paraId="2B98B1F9" w14:textId="77777777" w:rsidR="00405D24" w:rsidRPr="00AA770F" w:rsidRDefault="000B154A">
      <w:pPr>
        <w:spacing w:after="140" w:line="283" w:lineRule="auto"/>
        <w:rPr>
          <w:sz w:val="22"/>
          <w:szCs w:val="24"/>
        </w:rPr>
      </w:pPr>
      <w:r w:rsidRPr="00AA770F">
        <w:rPr>
          <w:sz w:val="22"/>
          <w:szCs w:val="24"/>
        </w:rPr>
        <w:t xml:space="preserve">Strong teamwork </w:t>
      </w:r>
      <w:r w:rsidR="00E0703F" w:rsidRPr="00E0703F">
        <w:rPr>
          <w:sz w:val="22"/>
          <w:szCs w:val="24"/>
        </w:rPr>
        <w:t xml:space="preserve">doesn’t </w:t>
      </w:r>
      <w:r w:rsidRPr="00AA770F">
        <w:rPr>
          <w:sz w:val="22"/>
          <w:szCs w:val="24"/>
        </w:rPr>
        <w:t>require identical personalities or preferences. A colleague who asks detailed questions may be seeking clarity, not resisting. A quieter teammate may be processing, not disengaged. The leader’s job is to make room for these differences and help the team build reliable ways of working together.</w:t>
      </w:r>
    </w:p>
    <w:p w14:paraId="1BF063F8" w14:textId="77777777" w:rsidR="00405D24" w:rsidRDefault="000B154A">
      <w:pPr>
        <w:pStyle w:val="Heading2"/>
        <w:spacing w:before="240" w:after="100" w:line="240" w:lineRule="auto"/>
      </w:pPr>
      <w:r>
        <w:t>What to watch for</w:t>
      </w:r>
    </w:p>
    <w:p w14:paraId="7037D1A5" w14:textId="77777777" w:rsidR="00405D24" w:rsidRPr="00AA770F" w:rsidRDefault="000B154A">
      <w:pPr>
        <w:spacing w:after="140" w:line="283" w:lineRule="auto"/>
        <w:rPr>
          <w:sz w:val="22"/>
          <w:szCs w:val="24"/>
        </w:rPr>
      </w:pPr>
      <w:r w:rsidRPr="00AA770F">
        <w:rPr>
          <w:sz w:val="22"/>
          <w:szCs w:val="24"/>
        </w:rPr>
        <w:t xml:space="preserve">Listen for assumptions stated as facts (“She never wants to collaborate”) and invite a more useful question (“What helps her contribute?”). </w:t>
      </w:r>
      <w:proofErr w:type="gramStart"/>
      <w:r w:rsidRPr="00AA770F">
        <w:rPr>
          <w:sz w:val="22"/>
          <w:szCs w:val="24"/>
        </w:rPr>
        <w:t>Keep the focus</w:t>
      </w:r>
      <w:proofErr w:type="gramEnd"/>
      <w:r w:rsidRPr="00AA770F">
        <w:rPr>
          <w:sz w:val="22"/>
          <w:szCs w:val="24"/>
        </w:rPr>
        <w:t xml:space="preserve"> on observable work habits. If a participant </w:t>
      </w:r>
      <w:r w:rsidR="00E0703F" w:rsidRPr="00E0703F">
        <w:rPr>
          <w:sz w:val="22"/>
          <w:szCs w:val="24"/>
        </w:rPr>
        <w:t xml:space="preserve">doesn’t </w:t>
      </w:r>
      <w:r w:rsidRPr="00AA770F">
        <w:rPr>
          <w:sz w:val="22"/>
          <w:szCs w:val="24"/>
        </w:rPr>
        <w:t>want to share a particular answer, move on without explanation.</w:t>
      </w:r>
    </w:p>
    <w:p w14:paraId="28729BC2" w14:textId="77777777" w:rsidR="00405D24" w:rsidRDefault="000B154A">
      <w:pPr>
        <w:pStyle w:val="Heading2"/>
        <w:spacing w:before="240" w:after="100" w:line="240" w:lineRule="auto"/>
      </w:pPr>
      <w:r>
        <w:t>If the discussion stalls</w:t>
      </w:r>
    </w:p>
    <w:p w14:paraId="4FCE1BD8" w14:textId="77777777" w:rsidR="00405D24" w:rsidRPr="00AA770F" w:rsidRDefault="000B154A">
      <w:pPr>
        <w:spacing w:after="140" w:line="283" w:lineRule="auto"/>
        <w:rPr>
          <w:sz w:val="22"/>
          <w:szCs w:val="24"/>
        </w:rPr>
      </w:pPr>
      <w:r w:rsidRPr="00AA770F">
        <w:rPr>
          <w:sz w:val="22"/>
          <w:szCs w:val="24"/>
        </w:rPr>
        <w:t>Ask: “</w:t>
      </w:r>
      <w:r w:rsidRPr="00AA770F">
        <w:rPr>
          <w:i/>
          <w:iCs/>
          <w:sz w:val="22"/>
          <w:szCs w:val="24"/>
        </w:rPr>
        <w:t>Think about your last handoff or meeting. What information would have made it easier?</w:t>
      </w:r>
      <w:r w:rsidRPr="00AA770F">
        <w:rPr>
          <w:sz w:val="22"/>
          <w:szCs w:val="24"/>
        </w:rPr>
        <w:t xml:space="preserve">” Or offer your own harmless example of a mismatch. </w:t>
      </w:r>
      <w:r w:rsidR="00294F0D">
        <w:rPr>
          <w:sz w:val="22"/>
          <w:szCs w:val="24"/>
        </w:rPr>
        <w:t>D</w:t>
      </w:r>
      <w:r w:rsidR="00294F0D" w:rsidRPr="00294F0D">
        <w:rPr>
          <w:sz w:val="22"/>
          <w:szCs w:val="24"/>
        </w:rPr>
        <w:t xml:space="preserve">on’t </w:t>
      </w:r>
      <w:r w:rsidRPr="00AA770F">
        <w:rPr>
          <w:sz w:val="22"/>
          <w:szCs w:val="24"/>
        </w:rPr>
        <w:t>turn the exercise into a discussion of who is difficult.</w:t>
      </w:r>
    </w:p>
    <w:p w14:paraId="310F1A6A" w14:textId="77777777" w:rsidR="00405D24" w:rsidRDefault="000B154A">
      <w:pPr>
        <w:pStyle w:val="Heading2"/>
        <w:spacing w:before="240" w:after="100" w:line="240" w:lineRule="auto"/>
      </w:pPr>
      <w:r>
        <w:t>Virtual adaptation</w:t>
      </w:r>
    </w:p>
    <w:p w14:paraId="2B753265" w14:textId="77777777" w:rsidR="00405D24" w:rsidRPr="00AA770F" w:rsidRDefault="000B154A">
      <w:pPr>
        <w:spacing w:after="140" w:line="283" w:lineRule="auto"/>
        <w:rPr>
          <w:sz w:val="22"/>
          <w:szCs w:val="24"/>
        </w:rPr>
      </w:pPr>
      <w:r w:rsidRPr="00AA770F">
        <w:rPr>
          <w:sz w:val="22"/>
          <w:szCs w:val="24"/>
        </w:rPr>
        <w:t>Use a private document for individual profiles, breakout rooms for pairs, and a shared document only for team-wide commitments. Do</w:t>
      </w:r>
      <w:r w:rsidR="00294F0D">
        <w:rPr>
          <w:sz w:val="22"/>
          <w:szCs w:val="24"/>
        </w:rPr>
        <w:t>n’t</w:t>
      </w:r>
      <w:r w:rsidRPr="00AA770F">
        <w:rPr>
          <w:sz w:val="22"/>
          <w:szCs w:val="24"/>
        </w:rPr>
        <w:t xml:space="preserve"> require anyone to post their full profile publicly.</w:t>
      </w:r>
    </w:p>
    <w:p w14:paraId="4A1B1705" w14:textId="77777777" w:rsidR="00405D24" w:rsidRDefault="000B154A">
      <w:pPr>
        <w:pStyle w:val="Heading2"/>
        <w:spacing w:before="240" w:after="100" w:line="240" w:lineRule="auto"/>
      </w:pPr>
      <w:r>
        <w:t>Optional follow-up</w:t>
      </w:r>
    </w:p>
    <w:p w14:paraId="0C4EFBDA" w14:textId="77777777" w:rsidR="00405D24" w:rsidRPr="00AA770F" w:rsidRDefault="000B154A">
      <w:pPr>
        <w:spacing w:after="140" w:line="283" w:lineRule="auto"/>
        <w:rPr>
          <w:sz w:val="22"/>
          <w:szCs w:val="24"/>
        </w:rPr>
      </w:pPr>
      <w:r w:rsidRPr="00AA770F">
        <w:rPr>
          <w:sz w:val="22"/>
          <w:szCs w:val="24"/>
        </w:rPr>
        <w:t>At a future team meeting, briefly ask whether anyone has used something they learned about a colleague’s working preferences. Invite examples if people wish to share. No written updates or formal review are needed.</w:t>
      </w:r>
    </w:p>
    <w:p w14:paraId="4D20964A" w14:textId="77777777" w:rsidR="00405D24" w:rsidRDefault="000B154A">
      <w:pPr>
        <w:pStyle w:val="Heading2"/>
        <w:spacing w:before="240" w:after="100" w:line="240" w:lineRule="auto"/>
      </w:pPr>
      <w:r>
        <w:lastRenderedPageBreak/>
        <w:t>Success looks like</w:t>
      </w:r>
    </w:p>
    <w:p w14:paraId="76326248" w14:textId="77777777" w:rsidR="00405D24" w:rsidRPr="00AA770F" w:rsidRDefault="000B154A">
      <w:pPr>
        <w:spacing w:after="140" w:line="283" w:lineRule="auto"/>
        <w:rPr>
          <w:sz w:val="22"/>
          <w:szCs w:val="24"/>
        </w:rPr>
      </w:pPr>
      <w:r w:rsidRPr="00AA770F">
        <w:rPr>
          <w:sz w:val="22"/>
          <w:szCs w:val="24"/>
        </w:rPr>
        <w:t>Participants can describe at least one working preference they understand better and identify one practical adjustment that could make collaboration easier. A useful discovery and a good conversation are worthwhile outcomes, even without a formal action plan.</w:t>
      </w:r>
    </w:p>
    <w:p w14:paraId="05F1565A" w14:textId="77777777" w:rsidR="00405D24" w:rsidRDefault="000B154A">
      <w:pPr>
        <w:pStyle w:val="Heading2"/>
        <w:spacing w:before="240" w:after="100" w:line="240" w:lineRule="auto"/>
      </w:pPr>
      <w:r>
        <w:t>Illustrative example</w:t>
      </w:r>
    </w:p>
    <w:p w14:paraId="168A6748" w14:textId="77777777" w:rsidR="00AA770F" w:rsidRPr="00AA770F" w:rsidRDefault="000B154A">
      <w:pPr>
        <w:spacing w:after="140" w:line="283" w:lineRule="auto"/>
        <w:rPr>
          <w:sz w:val="22"/>
          <w:szCs w:val="24"/>
        </w:rPr>
      </w:pPr>
      <w:r w:rsidRPr="00AA770F">
        <w:rPr>
          <w:sz w:val="22"/>
          <w:szCs w:val="24"/>
        </w:rPr>
        <w:t xml:space="preserve">Jordan likes to brainstorm aloud. Priya prefers to </w:t>
      </w:r>
      <w:proofErr w:type="gramStart"/>
      <w:r w:rsidRPr="00AA770F">
        <w:rPr>
          <w:sz w:val="22"/>
          <w:szCs w:val="24"/>
        </w:rPr>
        <w:t>read</w:t>
      </w:r>
      <w:proofErr w:type="gramEnd"/>
      <w:r w:rsidRPr="00AA770F">
        <w:rPr>
          <w:sz w:val="22"/>
          <w:szCs w:val="24"/>
        </w:rPr>
        <w:t xml:space="preserve"> the problem before discussing it. Jordan initially interprets Priya’s silence as disinterest; Priya experiences unexpected brainstorming meetings as rushed. They agree that Jordan will send a short problem statement before complex discussions, and Priya will signal when she is ready to explore options.</w:t>
      </w:r>
    </w:p>
    <w:p w14:paraId="56A8EB8E" w14:textId="77777777" w:rsidR="00405D24" w:rsidRDefault="000B154A">
      <w:pPr>
        <w:pStyle w:val="Title"/>
        <w:pageBreakBefore/>
        <w:spacing w:after="220"/>
      </w:pPr>
      <w:r>
        <w:lastRenderedPageBreak/>
        <w:t>Working With Me</w:t>
      </w:r>
    </w:p>
    <w:p w14:paraId="29617B7B" w14:textId="77777777" w:rsidR="00405D24" w:rsidRDefault="000B154A">
      <w:pPr>
        <w:spacing w:after="140" w:line="283" w:lineRule="auto"/>
        <w:rPr>
          <w:sz w:val="22"/>
          <w:szCs w:val="28"/>
        </w:rPr>
      </w:pPr>
      <w:r w:rsidRPr="0023426A">
        <w:rPr>
          <w:b/>
          <w:bCs/>
          <w:sz w:val="22"/>
          <w:szCs w:val="28"/>
        </w:rPr>
        <w:t>Participant worksheet</w:t>
      </w:r>
      <w:r w:rsidRPr="00AA770F">
        <w:rPr>
          <w:sz w:val="22"/>
          <w:szCs w:val="28"/>
        </w:rPr>
        <w:t xml:space="preserve">  •  Complete the first six prompts before the meeting if possible. Complete the final three during or after the partner discussion. Share only what you are comfortable sharing. </w:t>
      </w:r>
    </w:p>
    <w:p w14:paraId="1BCAEFCF" w14:textId="77777777" w:rsidR="007C658B" w:rsidRDefault="003C649C">
      <w:pPr>
        <w:pStyle w:val="Heading2"/>
        <w:spacing w:after="60"/>
      </w:pPr>
      <w:r>
        <w:t>I do my best work when…</w:t>
      </w:r>
    </w:p>
    <w:tbl>
      <w:tblPr>
        <w:tblW w:w="0" w:type="auto"/>
        <w:tblLayout w:type="fixed"/>
        <w:tblLook w:val="04A0" w:firstRow="1" w:lastRow="0" w:firstColumn="1" w:lastColumn="0" w:noHBand="0" w:noVBand="1"/>
      </w:tblPr>
      <w:tblGrid>
        <w:gridCol w:w="9792"/>
      </w:tblGrid>
      <w:tr w:rsidR="007C658B" w14:paraId="6D943858" w14:textId="77777777">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535E8EAC" w14:textId="77777777" w:rsidR="007C658B" w:rsidRDefault="003C649C">
            <w:pPr>
              <w:spacing w:after="0" w:line="240" w:lineRule="auto"/>
            </w:pPr>
            <w:r>
              <w:t xml:space="preserve"> </w:t>
            </w:r>
          </w:p>
        </w:tc>
      </w:tr>
    </w:tbl>
    <w:p w14:paraId="6A427C55" w14:textId="77777777" w:rsidR="007C658B" w:rsidRDefault="003C649C">
      <w:pPr>
        <w:pStyle w:val="Heading2"/>
        <w:spacing w:before="140" w:after="60"/>
      </w:pPr>
      <w:r>
        <w:t>A helpful way to communicate with me is…</w:t>
      </w:r>
    </w:p>
    <w:tbl>
      <w:tblPr>
        <w:tblW w:w="0" w:type="auto"/>
        <w:tblLayout w:type="fixed"/>
        <w:tblLook w:val="04A0" w:firstRow="1" w:lastRow="0" w:firstColumn="1" w:lastColumn="0" w:noHBand="0" w:noVBand="1"/>
      </w:tblPr>
      <w:tblGrid>
        <w:gridCol w:w="9792"/>
      </w:tblGrid>
      <w:tr w:rsidR="007C658B" w14:paraId="47FB7891" w14:textId="77777777">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13A8A62B" w14:textId="77777777" w:rsidR="007C658B" w:rsidRDefault="003C649C">
            <w:pPr>
              <w:spacing w:after="0" w:line="240" w:lineRule="auto"/>
            </w:pPr>
            <w:r>
              <w:t xml:space="preserve"> </w:t>
            </w:r>
          </w:p>
        </w:tc>
      </w:tr>
    </w:tbl>
    <w:p w14:paraId="154D2E51" w14:textId="77777777" w:rsidR="007C658B" w:rsidRDefault="003C649C">
      <w:pPr>
        <w:pStyle w:val="Heading2"/>
        <w:spacing w:before="140" w:after="60"/>
      </w:pPr>
      <w:r>
        <w:t xml:space="preserve">When </w:t>
      </w:r>
      <w:proofErr w:type="gramStart"/>
      <w:r>
        <w:t>making a decision</w:t>
      </w:r>
      <w:proofErr w:type="gramEnd"/>
      <w:r>
        <w:t>, I usually prefer…</w:t>
      </w:r>
    </w:p>
    <w:tbl>
      <w:tblPr>
        <w:tblW w:w="0" w:type="auto"/>
        <w:tblLayout w:type="fixed"/>
        <w:tblLook w:val="04A0" w:firstRow="1" w:lastRow="0" w:firstColumn="1" w:lastColumn="0" w:noHBand="0" w:noVBand="1"/>
      </w:tblPr>
      <w:tblGrid>
        <w:gridCol w:w="9792"/>
      </w:tblGrid>
      <w:tr w:rsidR="007C658B" w14:paraId="2A5FE1E4" w14:textId="77777777">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4CF69285" w14:textId="77777777" w:rsidR="007C658B" w:rsidRDefault="003C649C">
            <w:pPr>
              <w:spacing w:after="0" w:line="240" w:lineRule="auto"/>
            </w:pPr>
            <w:r>
              <w:t xml:space="preserve"> </w:t>
            </w:r>
          </w:p>
        </w:tc>
      </w:tr>
    </w:tbl>
    <w:p w14:paraId="3B69BF0C" w14:textId="77777777" w:rsidR="007C658B" w:rsidRDefault="003C649C">
      <w:pPr>
        <w:pStyle w:val="Heading2"/>
        <w:spacing w:before="140" w:after="60"/>
      </w:pPr>
      <w:r>
        <w:t>When a deadline changes unexpectedly, what helps me is…</w:t>
      </w:r>
    </w:p>
    <w:tbl>
      <w:tblPr>
        <w:tblW w:w="0" w:type="auto"/>
        <w:tblLayout w:type="fixed"/>
        <w:tblLook w:val="04A0" w:firstRow="1" w:lastRow="0" w:firstColumn="1" w:lastColumn="0" w:noHBand="0" w:noVBand="1"/>
      </w:tblPr>
      <w:tblGrid>
        <w:gridCol w:w="9792"/>
      </w:tblGrid>
      <w:tr w:rsidR="007C658B" w14:paraId="51CD60F6" w14:textId="77777777">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62D2F351" w14:textId="77777777" w:rsidR="007C658B" w:rsidRDefault="003C649C">
            <w:pPr>
              <w:spacing w:after="0" w:line="240" w:lineRule="auto"/>
            </w:pPr>
            <w:r>
              <w:t xml:space="preserve"> </w:t>
            </w:r>
          </w:p>
        </w:tc>
      </w:tr>
    </w:tbl>
    <w:p w14:paraId="4F0DA4D8" w14:textId="77777777" w:rsidR="007C658B" w:rsidRDefault="003C649C">
      <w:pPr>
        <w:pStyle w:val="Heading2"/>
        <w:spacing w:before="140" w:after="60"/>
      </w:pPr>
      <w:r>
        <w:t>Something people sometimes misunderstand about my work style is…</w:t>
      </w:r>
    </w:p>
    <w:tbl>
      <w:tblPr>
        <w:tblW w:w="0" w:type="auto"/>
        <w:tblLayout w:type="fixed"/>
        <w:tblLook w:val="04A0" w:firstRow="1" w:lastRow="0" w:firstColumn="1" w:lastColumn="0" w:noHBand="0" w:noVBand="1"/>
      </w:tblPr>
      <w:tblGrid>
        <w:gridCol w:w="9792"/>
      </w:tblGrid>
      <w:tr w:rsidR="007C658B" w14:paraId="2FBCAE97" w14:textId="77777777">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5979C663" w14:textId="77777777" w:rsidR="007C658B" w:rsidRDefault="003C649C">
            <w:pPr>
              <w:spacing w:after="0" w:line="240" w:lineRule="auto"/>
            </w:pPr>
            <w:r>
              <w:t xml:space="preserve"> </w:t>
            </w:r>
          </w:p>
        </w:tc>
      </w:tr>
    </w:tbl>
    <w:p w14:paraId="74829C89" w14:textId="77777777" w:rsidR="007C658B" w:rsidRDefault="003C649C">
      <w:pPr>
        <w:pStyle w:val="Heading2"/>
        <w:spacing w:before="140" w:after="60"/>
      </w:pPr>
      <w:r>
        <w:t xml:space="preserve">A </w:t>
      </w:r>
      <w:proofErr w:type="gramStart"/>
      <w:r>
        <w:t>strength teammates</w:t>
      </w:r>
      <w:proofErr w:type="gramEnd"/>
      <w:r>
        <w:t xml:space="preserve"> can count on me for is…</w:t>
      </w:r>
    </w:p>
    <w:tbl>
      <w:tblPr>
        <w:tblW w:w="0" w:type="auto"/>
        <w:tblLayout w:type="fixed"/>
        <w:tblLook w:val="04A0" w:firstRow="1" w:lastRow="0" w:firstColumn="1" w:lastColumn="0" w:noHBand="0" w:noVBand="1"/>
      </w:tblPr>
      <w:tblGrid>
        <w:gridCol w:w="9792"/>
      </w:tblGrid>
      <w:tr w:rsidR="007C658B" w14:paraId="3BB56E1E" w14:textId="77777777">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51BC3120" w14:textId="77777777" w:rsidR="007C658B" w:rsidRDefault="003C649C">
            <w:pPr>
              <w:spacing w:after="0" w:line="240" w:lineRule="auto"/>
            </w:pPr>
            <w:r>
              <w:t xml:space="preserve"> </w:t>
            </w:r>
          </w:p>
        </w:tc>
      </w:tr>
    </w:tbl>
    <w:p w14:paraId="3A4E5867" w14:textId="77777777" w:rsidR="0023426A" w:rsidRDefault="0023426A">
      <w:pPr>
        <w:rPr>
          <w:b/>
          <w:color w:val="1A2744"/>
          <w:sz w:val="16"/>
        </w:rPr>
      </w:pPr>
    </w:p>
    <w:p w14:paraId="6AA249A6" w14:textId="77777777" w:rsidR="007C658B" w:rsidRPr="0023426A" w:rsidRDefault="003C649C">
      <w:pPr>
        <w:rPr>
          <w:sz w:val="24"/>
          <w:szCs w:val="28"/>
        </w:rPr>
      </w:pPr>
      <w:r w:rsidRPr="0023426A">
        <w:rPr>
          <w:b/>
          <w:color w:val="1A2744"/>
          <w:szCs w:val="28"/>
        </w:rPr>
        <w:t>DURING OR AFTER THE PARTNER CONVERSATION</w:t>
      </w:r>
    </w:p>
    <w:p w14:paraId="6EF04429" w14:textId="77777777" w:rsidR="007C658B" w:rsidRDefault="003C649C">
      <w:pPr>
        <w:pStyle w:val="Heading2"/>
        <w:spacing w:before="240" w:after="60"/>
      </w:pPr>
      <w:r>
        <w:t>One small thing that would help us collaborate better is…</w:t>
      </w:r>
    </w:p>
    <w:tbl>
      <w:tblPr>
        <w:tblW w:w="0" w:type="auto"/>
        <w:tblLayout w:type="fixed"/>
        <w:tblLook w:val="04A0" w:firstRow="1" w:lastRow="0" w:firstColumn="1" w:lastColumn="0" w:noHBand="0" w:noVBand="1"/>
      </w:tblPr>
      <w:tblGrid>
        <w:gridCol w:w="9792"/>
      </w:tblGrid>
      <w:tr w:rsidR="007C658B" w14:paraId="011D28AE" w14:textId="77777777">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1273D774" w14:textId="77777777" w:rsidR="007C658B" w:rsidRDefault="003C649C">
            <w:pPr>
              <w:spacing w:after="0" w:line="240" w:lineRule="auto"/>
            </w:pPr>
            <w:r>
              <w:t xml:space="preserve"> </w:t>
            </w:r>
          </w:p>
        </w:tc>
      </w:tr>
    </w:tbl>
    <w:p w14:paraId="56AE3CC7" w14:textId="77777777" w:rsidR="007C658B" w:rsidRDefault="003C649C">
      <w:pPr>
        <w:pStyle w:val="Heading2"/>
        <w:spacing w:before="140" w:after="60"/>
      </w:pPr>
      <w:r>
        <w:t xml:space="preserve">A discovery from my </w:t>
      </w:r>
      <w:proofErr w:type="gramStart"/>
      <w:r>
        <w:t>partner</w:t>
      </w:r>
      <w:proofErr w:type="gramEnd"/>
      <w:r>
        <w:t xml:space="preserve"> conversation</w:t>
      </w:r>
    </w:p>
    <w:tbl>
      <w:tblPr>
        <w:tblW w:w="0" w:type="auto"/>
        <w:tblLayout w:type="fixed"/>
        <w:tblLook w:val="04A0" w:firstRow="1" w:lastRow="0" w:firstColumn="1" w:lastColumn="0" w:noHBand="0" w:noVBand="1"/>
      </w:tblPr>
      <w:tblGrid>
        <w:gridCol w:w="9792"/>
      </w:tblGrid>
      <w:tr w:rsidR="007C658B" w14:paraId="465B74A8" w14:textId="77777777">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755E8684" w14:textId="77777777" w:rsidR="007C658B" w:rsidRDefault="003C649C">
            <w:pPr>
              <w:spacing w:after="0" w:line="240" w:lineRule="auto"/>
            </w:pPr>
            <w:r>
              <w:t xml:space="preserve"> </w:t>
            </w:r>
          </w:p>
        </w:tc>
      </w:tr>
    </w:tbl>
    <w:p w14:paraId="3D9730DD" w14:textId="77777777" w:rsidR="007C658B" w:rsidRDefault="003C649C">
      <w:pPr>
        <w:pStyle w:val="Heading2"/>
        <w:spacing w:before="140" w:after="60"/>
      </w:pPr>
      <w:r>
        <w:t>One adjustment I am willing to try</w:t>
      </w:r>
    </w:p>
    <w:tbl>
      <w:tblPr>
        <w:tblW w:w="0" w:type="auto"/>
        <w:tblLayout w:type="fixed"/>
        <w:tblLook w:val="04A0" w:firstRow="1" w:lastRow="0" w:firstColumn="1" w:lastColumn="0" w:noHBand="0" w:noVBand="1"/>
      </w:tblPr>
      <w:tblGrid>
        <w:gridCol w:w="9792"/>
      </w:tblGrid>
      <w:tr w:rsidR="007C658B" w14:paraId="198DF038" w14:textId="77777777">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6C3A7456" w14:textId="77777777" w:rsidR="007C658B" w:rsidRDefault="003C649C">
            <w:pPr>
              <w:spacing w:after="0" w:line="240" w:lineRule="auto"/>
            </w:pPr>
            <w:r>
              <w:t xml:space="preserve"> </w:t>
            </w:r>
          </w:p>
        </w:tc>
      </w:tr>
    </w:tbl>
    <w:p w14:paraId="75455A40" w14:textId="77777777" w:rsidR="00C37EDC" w:rsidRDefault="00C37EDC">
      <w:r>
        <w:br w:type="page"/>
      </w:r>
    </w:p>
    <w:p w14:paraId="00A43527" w14:textId="77777777" w:rsidR="00202C30" w:rsidRDefault="00202C30" w:rsidP="00202C30">
      <w:pPr>
        <w:pStyle w:val="Title"/>
        <w:spacing w:after="220"/>
      </w:pPr>
      <w:r>
        <w:lastRenderedPageBreak/>
        <w:t>Who Knew?</w:t>
      </w:r>
    </w:p>
    <w:p w14:paraId="3697BBDC" w14:textId="77777777" w:rsidR="00202C30" w:rsidRPr="00AA770F" w:rsidRDefault="00202C30" w:rsidP="00202C30">
      <w:pPr>
        <w:spacing w:after="140" w:line="283" w:lineRule="auto"/>
        <w:jc w:val="right"/>
        <w:rPr>
          <w:sz w:val="32"/>
          <w:szCs w:val="36"/>
        </w:rPr>
      </w:pPr>
      <w:r w:rsidRPr="00AA770F">
        <w:rPr>
          <w:sz w:val="24"/>
          <w:szCs w:val="32"/>
        </w:rPr>
        <w:t>Connection &amp; Trust</w:t>
      </w:r>
    </w:p>
    <w:p w14:paraId="760EC495" w14:textId="77777777" w:rsidR="00202C30" w:rsidRDefault="00202C30" w:rsidP="00202C30">
      <w:pPr>
        <w:spacing w:after="140" w:line="283" w:lineRule="auto"/>
        <w:jc w:val="right"/>
      </w:pPr>
      <w:r>
        <w:t>ACTIVITY TIME  |  25 minutes     PREPARATION  |  5 minutes</w:t>
      </w:r>
    </w:p>
    <w:p w14:paraId="2F986F62" w14:textId="77777777" w:rsidR="00202C30" w:rsidRPr="00A85E25" w:rsidRDefault="00202C30" w:rsidP="00202C30">
      <w:pPr>
        <w:spacing w:after="140" w:line="283" w:lineRule="auto"/>
        <w:rPr>
          <w:b/>
          <w:bCs/>
          <w:sz w:val="24"/>
          <w:szCs w:val="28"/>
        </w:rPr>
      </w:pPr>
      <w:r w:rsidRPr="00A85E25">
        <w:rPr>
          <w:b/>
          <w:bCs/>
          <w:sz w:val="24"/>
          <w:szCs w:val="28"/>
        </w:rPr>
        <w:t>Unexpected discoveries that bring teammates closer together</w:t>
      </w:r>
    </w:p>
    <w:p w14:paraId="05F5C1C5" w14:textId="77777777" w:rsidR="00202C30" w:rsidRPr="00F17A1D" w:rsidRDefault="00202C30" w:rsidP="00202C30">
      <w:pPr>
        <w:pStyle w:val="Heading2"/>
        <w:spacing w:before="240" w:after="100" w:line="240" w:lineRule="auto"/>
        <w:rPr>
          <w:sz w:val="28"/>
          <w:szCs w:val="28"/>
        </w:rPr>
      </w:pPr>
      <w:r w:rsidRPr="00F17A1D">
        <w:rPr>
          <w:sz w:val="28"/>
          <w:szCs w:val="28"/>
        </w:rPr>
        <w:t>Why this activity matters</w:t>
      </w:r>
    </w:p>
    <w:p w14:paraId="40175AC3" w14:textId="77777777" w:rsidR="00202C30" w:rsidRPr="00F17A1D" w:rsidRDefault="00202C30" w:rsidP="00202C30">
      <w:pPr>
        <w:spacing w:after="140" w:line="283" w:lineRule="auto"/>
        <w:rPr>
          <w:sz w:val="22"/>
          <w:szCs w:val="24"/>
        </w:rPr>
      </w:pPr>
      <w:r w:rsidRPr="00F17A1D">
        <w:rPr>
          <w:sz w:val="22"/>
          <w:szCs w:val="24"/>
        </w:rPr>
        <w:t xml:space="preserve">People can work together every day and still know surprisingly little about the experiences, interests, and strengths their colleagues bring to the team. This lighthearted activity uncovers unexpected connections, gives everyone a chance to be heard, and reminds us that the person behind a job title has </w:t>
      </w:r>
      <w:r>
        <w:rPr>
          <w:sz w:val="22"/>
          <w:szCs w:val="24"/>
        </w:rPr>
        <w:t>even</w:t>
      </w:r>
      <w:r w:rsidRPr="00F17A1D">
        <w:rPr>
          <w:sz w:val="22"/>
          <w:szCs w:val="24"/>
        </w:rPr>
        <w:t xml:space="preserve"> more to offer.</w:t>
      </w:r>
    </w:p>
    <w:p w14:paraId="5B01CD85" w14:textId="77777777" w:rsidR="00202C30" w:rsidRPr="00F17A1D" w:rsidRDefault="00202C30" w:rsidP="00202C30">
      <w:pPr>
        <w:pStyle w:val="Heading2"/>
        <w:spacing w:before="240" w:after="100" w:line="240" w:lineRule="auto"/>
        <w:rPr>
          <w:sz w:val="28"/>
          <w:szCs w:val="28"/>
        </w:rPr>
      </w:pPr>
      <w:r w:rsidRPr="00F17A1D">
        <w:rPr>
          <w:sz w:val="28"/>
          <w:szCs w:val="28"/>
        </w:rPr>
        <w:t>The outcome</w:t>
      </w:r>
    </w:p>
    <w:p w14:paraId="6F36499F" w14:textId="77777777" w:rsidR="00202C30" w:rsidRPr="00F17A1D" w:rsidRDefault="00202C30" w:rsidP="00202C30">
      <w:pPr>
        <w:spacing w:after="140" w:line="283" w:lineRule="auto"/>
        <w:rPr>
          <w:sz w:val="22"/>
          <w:szCs w:val="24"/>
        </w:rPr>
      </w:pPr>
      <w:r w:rsidRPr="00F17A1D">
        <w:rPr>
          <w:sz w:val="22"/>
          <w:szCs w:val="24"/>
        </w:rPr>
        <w:t xml:space="preserve">Team members learn something new about one another and identify a connection they can </w:t>
      </w:r>
      <w:proofErr w:type="gramStart"/>
      <w:r w:rsidRPr="00F17A1D">
        <w:rPr>
          <w:sz w:val="22"/>
          <w:szCs w:val="24"/>
        </w:rPr>
        <w:t>build on</w:t>
      </w:r>
      <w:proofErr w:type="gramEnd"/>
      <w:r w:rsidRPr="00F17A1D">
        <w:rPr>
          <w:sz w:val="22"/>
          <w:szCs w:val="24"/>
        </w:rPr>
        <w:t>. No scoring, personal disclosures, or required follow-up. The experience should feel like a conversation, not an interview.</w:t>
      </w:r>
    </w:p>
    <w:p w14:paraId="10B33E98" w14:textId="77777777" w:rsidR="00202C30" w:rsidRPr="00F17A1D" w:rsidRDefault="00202C30" w:rsidP="00202C30">
      <w:pPr>
        <w:pStyle w:val="Heading2"/>
        <w:spacing w:before="240" w:after="100" w:line="240" w:lineRule="auto"/>
        <w:rPr>
          <w:sz w:val="28"/>
          <w:szCs w:val="28"/>
        </w:rPr>
      </w:pPr>
      <w:r w:rsidRPr="00F17A1D">
        <w:rPr>
          <w:sz w:val="28"/>
          <w:szCs w:val="28"/>
        </w:rPr>
        <w:t>Before the meeting | 5 minutes of preparation</w:t>
      </w:r>
    </w:p>
    <w:p w14:paraId="4774FB00" w14:textId="77777777" w:rsidR="00202C30" w:rsidRPr="00F17A1D" w:rsidRDefault="00202C30" w:rsidP="00202C30">
      <w:pPr>
        <w:spacing w:after="140" w:line="283" w:lineRule="auto"/>
        <w:rPr>
          <w:sz w:val="22"/>
          <w:szCs w:val="24"/>
        </w:rPr>
      </w:pPr>
      <w:r w:rsidRPr="00F17A1D">
        <w:rPr>
          <w:sz w:val="22"/>
          <w:szCs w:val="24"/>
        </w:rPr>
        <w:t xml:space="preserve">Review the question bank at the end of this activity and choose six to eight questions that suit your team. </w:t>
      </w:r>
      <w:r w:rsidR="007E6F5D">
        <w:rPr>
          <w:sz w:val="22"/>
          <w:szCs w:val="24"/>
        </w:rPr>
        <w:t xml:space="preserve">Share the list of questions with everyone. </w:t>
      </w:r>
      <w:r w:rsidRPr="00F17A1D">
        <w:rPr>
          <w:sz w:val="22"/>
          <w:szCs w:val="24"/>
        </w:rPr>
        <w:t xml:space="preserve">Participants may pass on any question without explaining why. In a virtual meeting, use </w:t>
      </w:r>
      <w:proofErr w:type="gramStart"/>
      <w:r w:rsidRPr="00F17A1D">
        <w:rPr>
          <w:sz w:val="22"/>
          <w:szCs w:val="24"/>
        </w:rPr>
        <w:t>the chat</w:t>
      </w:r>
      <w:proofErr w:type="gramEnd"/>
      <w:r w:rsidRPr="00F17A1D">
        <w:rPr>
          <w:sz w:val="22"/>
          <w:szCs w:val="24"/>
        </w:rPr>
        <w:t xml:space="preserve"> to display questions.</w:t>
      </w:r>
    </w:p>
    <w:p w14:paraId="6DCE082A" w14:textId="77777777" w:rsidR="00202C30" w:rsidRPr="00F17A1D" w:rsidRDefault="00202C30" w:rsidP="00202C30">
      <w:pPr>
        <w:pStyle w:val="Heading2"/>
        <w:spacing w:before="240" w:after="100" w:line="240" w:lineRule="auto"/>
        <w:rPr>
          <w:sz w:val="28"/>
          <w:szCs w:val="28"/>
        </w:rPr>
      </w:pPr>
      <w:r w:rsidRPr="00F17A1D">
        <w:rPr>
          <w:sz w:val="28"/>
          <w:szCs w:val="28"/>
        </w:rPr>
        <w:t>1. Set the stage | 5 minutes</w:t>
      </w:r>
    </w:p>
    <w:p w14:paraId="141C12F2" w14:textId="77777777" w:rsidR="00202C30" w:rsidRPr="00F17A1D" w:rsidRDefault="00202C30" w:rsidP="00202C30">
      <w:pPr>
        <w:spacing w:after="140" w:line="283" w:lineRule="auto"/>
        <w:rPr>
          <w:sz w:val="22"/>
          <w:szCs w:val="24"/>
        </w:rPr>
      </w:pPr>
      <w:r w:rsidRPr="00F17A1D">
        <w:rPr>
          <w:sz w:val="22"/>
          <w:szCs w:val="24"/>
        </w:rPr>
        <w:t>Say: “</w:t>
      </w:r>
      <w:r w:rsidRPr="009A16BB">
        <w:rPr>
          <w:i/>
          <w:iCs/>
          <w:sz w:val="22"/>
          <w:szCs w:val="24"/>
        </w:rPr>
        <w:t>We spend a lot of time working alongside people without discovering the interesting things that make them who they are. Today we are going to change that a little. You might be surprised by what we have in common.</w:t>
      </w:r>
      <w:r w:rsidRPr="00F17A1D">
        <w:rPr>
          <w:sz w:val="22"/>
          <w:szCs w:val="24"/>
        </w:rPr>
        <w:t>”</w:t>
      </w:r>
    </w:p>
    <w:p w14:paraId="140F7FBF" w14:textId="77777777" w:rsidR="00202C30" w:rsidRPr="00F17A1D" w:rsidRDefault="00202C30" w:rsidP="00202C30">
      <w:pPr>
        <w:spacing w:after="140" w:line="283" w:lineRule="auto"/>
        <w:rPr>
          <w:sz w:val="22"/>
          <w:szCs w:val="24"/>
        </w:rPr>
      </w:pPr>
      <w:r w:rsidRPr="00F17A1D">
        <w:rPr>
          <w:sz w:val="22"/>
          <w:szCs w:val="24"/>
        </w:rPr>
        <w:t xml:space="preserve">Invite </w:t>
      </w:r>
      <w:r w:rsidR="0025597B">
        <w:rPr>
          <w:sz w:val="22"/>
          <w:szCs w:val="24"/>
        </w:rPr>
        <w:t>participants</w:t>
      </w:r>
      <w:r w:rsidRPr="00F17A1D">
        <w:rPr>
          <w:sz w:val="22"/>
          <w:szCs w:val="24"/>
        </w:rPr>
        <w:t xml:space="preserve"> to </w:t>
      </w:r>
      <w:r w:rsidR="0025597B">
        <w:rPr>
          <w:sz w:val="22"/>
          <w:szCs w:val="24"/>
        </w:rPr>
        <w:t>choose</w:t>
      </w:r>
      <w:r w:rsidRPr="00F17A1D">
        <w:rPr>
          <w:sz w:val="22"/>
          <w:szCs w:val="24"/>
        </w:rPr>
        <w:t xml:space="preserve"> one question they would enjoy answering. Add a few to your prepared questions. Steer </w:t>
      </w:r>
      <w:proofErr w:type="gramStart"/>
      <w:r w:rsidRPr="00F17A1D">
        <w:rPr>
          <w:sz w:val="22"/>
          <w:szCs w:val="24"/>
        </w:rPr>
        <w:t>away from</w:t>
      </w:r>
      <w:proofErr w:type="gramEnd"/>
      <w:r w:rsidRPr="00F17A1D">
        <w:rPr>
          <w:sz w:val="22"/>
          <w:szCs w:val="24"/>
        </w:rPr>
        <w:t xml:space="preserve"> questions about family circumstances, beliefs, health, or anything too personal.</w:t>
      </w:r>
      <w:r w:rsidR="005725F0">
        <w:rPr>
          <w:sz w:val="22"/>
          <w:szCs w:val="24"/>
        </w:rPr>
        <w:t xml:space="preserve"> </w:t>
      </w:r>
      <w:r w:rsidR="00A3038C">
        <w:rPr>
          <w:sz w:val="22"/>
          <w:szCs w:val="24"/>
        </w:rPr>
        <w:t xml:space="preserve"> </w:t>
      </w:r>
    </w:p>
    <w:p w14:paraId="31A46DD9" w14:textId="77777777" w:rsidR="00202C30" w:rsidRPr="00F17A1D" w:rsidRDefault="00202C30" w:rsidP="00202C30">
      <w:pPr>
        <w:pStyle w:val="Heading2"/>
        <w:spacing w:before="240" w:after="100" w:line="240" w:lineRule="auto"/>
        <w:rPr>
          <w:sz w:val="28"/>
          <w:szCs w:val="28"/>
        </w:rPr>
      </w:pPr>
      <w:r w:rsidRPr="00F17A1D">
        <w:rPr>
          <w:sz w:val="28"/>
          <w:szCs w:val="28"/>
        </w:rPr>
        <w:t>2. Pick a question, share a story | 10 minutes</w:t>
      </w:r>
    </w:p>
    <w:p w14:paraId="0C16DECC" w14:textId="77777777" w:rsidR="00202C30" w:rsidRPr="00F17A1D" w:rsidRDefault="00202C30" w:rsidP="00202C30">
      <w:pPr>
        <w:spacing w:after="140" w:line="283" w:lineRule="auto"/>
        <w:rPr>
          <w:sz w:val="22"/>
          <w:szCs w:val="24"/>
        </w:rPr>
      </w:pPr>
      <w:r w:rsidRPr="00F17A1D">
        <w:rPr>
          <w:sz w:val="22"/>
          <w:szCs w:val="24"/>
        </w:rPr>
        <w:t>Choose a question</w:t>
      </w:r>
      <w:r w:rsidR="00E0703F">
        <w:rPr>
          <w:sz w:val="22"/>
          <w:szCs w:val="24"/>
        </w:rPr>
        <w:t xml:space="preserve"> and</w:t>
      </w:r>
      <w:r w:rsidRPr="00F17A1D">
        <w:rPr>
          <w:sz w:val="22"/>
          <w:szCs w:val="24"/>
        </w:rPr>
        <w:t xml:space="preserve"> answer it yourself briefly</w:t>
      </w:r>
      <w:r w:rsidR="00E0703F">
        <w:rPr>
          <w:sz w:val="22"/>
          <w:szCs w:val="24"/>
        </w:rPr>
        <w:t xml:space="preserve">. Next, </w:t>
      </w:r>
      <w:r w:rsidRPr="00F17A1D">
        <w:rPr>
          <w:sz w:val="22"/>
          <w:szCs w:val="24"/>
        </w:rPr>
        <w:t xml:space="preserve">invite a teammate to answer the same question. That person </w:t>
      </w:r>
      <w:r w:rsidR="00E0703F">
        <w:rPr>
          <w:sz w:val="22"/>
          <w:szCs w:val="24"/>
        </w:rPr>
        <w:t xml:space="preserve">can choose to </w:t>
      </w:r>
      <w:r w:rsidR="00F96694">
        <w:rPr>
          <w:sz w:val="22"/>
          <w:szCs w:val="24"/>
        </w:rPr>
        <w:t xml:space="preserve">answer the same question or </w:t>
      </w:r>
      <w:r w:rsidRPr="00F17A1D">
        <w:rPr>
          <w:sz w:val="22"/>
          <w:szCs w:val="24"/>
        </w:rPr>
        <w:t xml:space="preserve">choose </w:t>
      </w:r>
      <w:r w:rsidR="00E0703F">
        <w:rPr>
          <w:sz w:val="22"/>
          <w:szCs w:val="24"/>
        </w:rPr>
        <w:t>a</w:t>
      </w:r>
      <w:r w:rsidRPr="00F17A1D">
        <w:rPr>
          <w:sz w:val="22"/>
          <w:szCs w:val="24"/>
        </w:rPr>
        <w:t xml:space="preserve"> </w:t>
      </w:r>
      <w:r w:rsidR="00E0703F">
        <w:rPr>
          <w:sz w:val="22"/>
          <w:szCs w:val="24"/>
        </w:rPr>
        <w:t>different</w:t>
      </w:r>
      <w:r w:rsidRPr="00F17A1D">
        <w:rPr>
          <w:sz w:val="22"/>
          <w:szCs w:val="24"/>
        </w:rPr>
        <w:t xml:space="preserve"> question</w:t>
      </w:r>
      <w:r w:rsidR="00E0703F">
        <w:rPr>
          <w:sz w:val="22"/>
          <w:szCs w:val="24"/>
        </w:rPr>
        <w:t xml:space="preserve"> to answer. Now that person</w:t>
      </w:r>
      <w:r w:rsidR="00D44E0B">
        <w:rPr>
          <w:sz w:val="22"/>
          <w:szCs w:val="24"/>
        </w:rPr>
        <w:t xml:space="preserve"> chooses the next, preferably someone who hasn’</w:t>
      </w:r>
      <w:r w:rsidRPr="00F17A1D">
        <w:rPr>
          <w:sz w:val="22"/>
          <w:szCs w:val="24"/>
        </w:rPr>
        <w:t xml:space="preserve">t spoken yet. </w:t>
      </w:r>
      <w:r w:rsidR="00E0703F">
        <w:rPr>
          <w:sz w:val="22"/>
          <w:szCs w:val="24"/>
        </w:rPr>
        <w:t>K</w:t>
      </w:r>
      <w:r w:rsidRPr="00F17A1D">
        <w:rPr>
          <w:sz w:val="22"/>
          <w:szCs w:val="24"/>
        </w:rPr>
        <w:t>eep answers to about 30 to 45 seconds so everyone has a chance. A participant may choose a different question or pass. Continue until each person has had an opportunity to speak.</w:t>
      </w:r>
    </w:p>
    <w:p w14:paraId="646DFE17" w14:textId="77777777" w:rsidR="00202C30" w:rsidRPr="00F17A1D" w:rsidRDefault="00202C30" w:rsidP="00202C30">
      <w:pPr>
        <w:spacing w:after="140" w:line="283" w:lineRule="auto"/>
        <w:rPr>
          <w:sz w:val="22"/>
          <w:szCs w:val="24"/>
        </w:rPr>
      </w:pPr>
      <w:r w:rsidRPr="009A16BB">
        <w:rPr>
          <w:b/>
          <w:sz w:val="22"/>
          <w:szCs w:val="24"/>
        </w:rPr>
        <w:t>Leader cue:</w:t>
      </w:r>
      <w:r w:rsidRPr="003658C8">
        <w:rPr>
          <w:bCs/>
          <w:sz w:val="22"/>
          <w:szCs w:val="24"/>
        </w:rPr>
        <w:t xml:space="preserve"> If someone mentions an unexpected talent or experience, allow a little laughter or curiosity before moving on. The stories </w:t>
      </w:r>
      <w:proofErr w:type="gramStart"/>
      <w:r w:rsidRPr="003658C8">
        <w:rPr>
          <w:bCs/>
          <w:sz w:val="22"/>
          <w:szCs w:val="24"/>
        </w:rPr>
        <w:t>are</w:t>
      </w:r>
      <w:proofErr w:type="gramEnd"/>
      <w:r w:rsidRPr="003658C8">
        <w:rPr>
          <w:bCs/>
          <w:sz w:val="22"/>
          <w:szCs w:val="24"/>
        </w:rPr>
        <w:t xml:space="preserve"> the activity. </w:t>
      </w:r>
      <w:r w:rsidR="00294F0D">
        <w:rPr>
          <w:bCs/>
          <w:sz w:val="22"/>
          <w:szCs w:val="24"/>
        </w:rPr>
        <w:t>D</w:t>
      </w:r>
      <w:r w:rsidR="00294F0D" w:rsidRPr="00294F0D">
        <w:rPr>
          <w:bCs/>
          <w:sz w:val="22"/>
          <w:szCs w:val="24"/>
        </w:rPr>
        <w:t>on’t</w:t>
      </w:r>
      <w:r w:rsidRPr="003658C8">
        <w:rPr>
          <w:bCs/>
          <w:sz w:val="22"/>
          <w:szCs w:val="24"/>
        </w:rPr>
        <w:t xml:space="preserve"> rush through them like a </w:t>
      </w:r>
      <w:r>
        <w:rPr>
          <w:bCs/>
          <w:sz w:val="22"/>
          <w:szCs w:val="24"/>
        </w:rPr>
        <w:t xml:space="preserve">timed </w:t>
      </w:r>
      <w:r w:rsidRPr="003658C8">
        <w:rPr>
          <w:bCs/>
          <w:sz w:val="22"/>
          <w:szCs w:val="24"/>
        </w:rPr>
        <w:t>quiz.</w:t>
      </w:r>
    </w:p>
    <w:p w14:paraId="6AB9AB38" w14:textId="77777777" w:rsidR="00202C30" w:rsidRPr="00F17A1D" w:rsidRDefault="00202C30" w:rsidP="00202C30">
      <w:pPr>
        <w:pStyle w:val="Heading2"/>
        <w:spacing w:before="240" w:after="100" w:line="240" w:lineRule="auto"/>
        <w:rPr>
          <w:sz w:val="28"/>
          <w:szCs w:val="28"/>
        </w:rPr>
      </w:pPr>
      <w:r w:rsidRPr="00F17A1D">
        <w:rPr>
          <w:sz w:val="28"/>
          <w:szCs w:val="28"/>
        </w:rPr>
        <w:lastRenderedPageBreak/>
        <w:t>3. Connect the dots | 5 minutes</w:t>
      </w:r>
    </w:p>
    <w:p w14:paraId="6FEA6EA3" w14:textId="77777777" w:rsidR="00202C30" w:rsidRPr="00F17A1D" w:rsidRDefault="00202C30" w:rsidP="00202C30">
      <w:pPr>
        <w:spacing w:after="140" w:line="283" w:lineRule="auto"/>
        <w:rPr>
          <w:sz w:val="22"/>
          <w:szCs w:val="24"/>
        </w:rPr>
      </w:pPr>
      <w:r w:rsidRPr="00F17A1D">
        <w:rPr>
          <w:sz w:val="22"/>
          <w:szCs w:val="24"/>
        </w:rPr>
        <w:t>Ask: “</w:t>
      </w:r>
      <w:r w:rsidRPr="009A16BB">
        <w:rPr>
          <w:i/>
          <w:iCs/>
          <w:sz w:val="22"/>
          <w:szCs w:val="24"/>
        </w:rPr>
        <w:t>Who heard something they did not know before?</w:t>
      </w:r>
      <w:r w:rsidRPr="00F17A1D">
        <w:rPr>
          <w:sz w:val="22"/>
          <w:szCs w:val="24"/>
        </w:rPr>
        <w:t>” and “</w:t>
      </w:r>
      <w:r w:rsidRPr="009A16BB">
        <w:rPr>
          <w:i/>
          <w:iCs/>
          <w:sz w:val="22"/>
          <w:szCs w:val="24"/>
        </w:rPr>
        <w:t>Did anyone discover an interest, experience, or strength they share with someone else?</w:t>
      </w:r>
      <w:r w:rsidRPr="00F17A1D">
        <w:rPr>
          <w:sz w:val="22"/>
          <w:szCs w:val="24"/>
        </w:rPr>
        <w:t xml:space="preserve">” Invite a few quick responses. </w:t>
      </w:r>
      <w:r w:rsidR="00294F0D">
        <w:rPr>
          <w:sz w:val="22"/>
          <w:szCs w:val="24"/>
        </w:rPr>
        <w:t>D</w:t>
      </w:r>
      <w:r w:rsidR="00294F0D" w:rsidRPr="00294F0D">
        <w:rPr>
          <w:sz w:val="22"/>
          <w:szCs w:val="24"/>
        </w:rPr>
        <w:t xml:space="preserve">on’t </w:t>
      </w:r>
      <w:r w:rsidRPr="00F17A1D">
        <w:rPr>
          <w:sz w:val="22"/>
          <w:szCs w:val="24"/>
        </w:rPr>
        <w:t>insist that every person reveal a surprise.</w:t>
      </w:r>
    </w:p>
    <w:p w14:paraId="0FA3679E" w14:textId="77777777" w:rsidR="00202C30" w:rsidRPr="00F17A1D" w:rsidRDefault="00202C30" w:rsidP="00202C30">
      <w:pPr>
        <w:pStyle w:val="Heading2"/>
        <w:spacing w:before="240" w:after="100" w:line="240" w:lineRule="auto"/>
        <w:rPr>
          <w:sz w:val="28"/>
          <w:szCs w:val="28"/>
        </w:rPr>
      </w:pPr>
      <w:r w:rsidRPr="00F17A1D">
        <w:rPr>
          <w:sz w:val="28"/>
          <w:szCs w:val="28"/>
        </w:rPr>
        <w:t>4. Bring it back to teamwork | 5 minutes</w:t>
      </w:r>
    </w:p>
    <w:p w14:paraId="0ACACA61" w14:textId="77777777" w:rsidR="00202C30" w:rsidRPr="00F17A1D" w:rsidRDefault="00202C30" w:rsidP="00202C30">
      <w:pPr>
        <w:spacing w:after="140" w:line="283" w:lineRule="auto"/>
        <w:rPr>
          <w:sz w:val="22"/>
          <w:szCs w:val="24"/>
        </w:rPr>
      </w:pPr>
      <w:r w:rsidRPr="00F17A1D">
        <w:rPr>
          <w:sz w:val="22"/>
          <w:szCs w:val="24"/>
        </w:rPr>
        <w:t>Ask: “</w:t>
      </w:r>
      <w:r w:rsidRPr="009A16BB">
        <w:rPr>
          <w:i/>
          <w:iCs/>
          <w:sz w:val="22"/>
          <w:szCs w:val="24"/>
        </w:rPr>
        <w:t>What might we miss when we only know our teammates by their roles?</w:t>
      </w:r>
      <w:r w:rsidRPr="00F17A1D">
        <w:rPr>
          <w:sz w:val="22"/>
          <w:szCs w:val="24"/>
        </w:rPr>
        <w:t>” and “</w:t>
      </w:r>
      <w:r w:rsidRPr="009A16BB">
        <w:rPr>
          <w:i/>
          <w:iCs/>
          <w:sz w:val="22"/>
          <w:szCs w:val="24"/>
        </w:rPr>
        <w:t>How could knowing one another better help us work together?</w:t>
      </w:r>
      <w:r w:rsidRPr="00F17A1D">
        <w:rPr>
          <w:sz w:val="22"/>
          <w:szCs w:val="24"/>
        </w:rPr>
        <w:t>” Close by inviting everyone to remember one thing they learned about a teammate. No written commitment is needed.</w:t>
      </w:r>
    </w:p>
    <w:p w14:paraId="20C2A4A3" w14:textId="77777777" w:rsidR="00202C30" w:rsidRDefault="00202C30" w:rsidP="005F59B8">
      <w:pPr>
        <w:pStyle w:val="Title"/>
        <w:spacing w:before="240" w:after="220"/>
      </w:pPr>
      <w:r>
        <w:t>Facilitator Notes</w:t>
      </w:r>
    </w:p>
    <w:p w14:paraId="6632B9EF" w14:textId="77777777" w:rsidR="00202C30" w:rsidRDefault="00202C30" w:rsidP="00202C30">
      <w:pPr>
        <w:pStyle w:val="Heading2"/>
        <w:spacing w:before="240" w:after="100" w:line="240" w:lineRule="auto"/>
      </w:pPr>
      <w:r>
        <w:t>Leader’s insight</w:t>
      </w:r>
    </w:p>
    <w:p w14:paraId="4313F2EC" w14:textId="77777777" w:rsidR="00202C30" w:rsidRPr="00AA770F" w:rsidRDefault="00202C30" w:rsidP="00202C30">
      <w:pPr>
        <w:spacing w:after="140" w:line="283" w:lineRule="auto"/>
        <w:rPr>
          <w:sz w:val="22"/>
          <w:szCs w:val="24"/>
        </w:rPr>
      </w:pPr>
      <w:r w:rsidRPr="00AA770F">
        <w:rPr>
          <w:sz w:val="22"/>
          <w:szCs w:val="24"/>
        </w:rPr>
        <w:t xml:space="preserve">Trust often grows through small, ordinary moments of connection. Knowing that a teammate has repaired cars, taught a class, learned a new language, or </w:t>
      </w:r>
      <w:proofErr w:type="gramStart"/>
      <w:r w:rsidRPr="00AA770F">
        <w:rPr>
          <w:sz w:val="22"/>
          <w:szCs w:val="24"/>
        </w:rPr>
        <w:t>enjoys</w:t>
      </w:r>
      <w:proofErr w:type="gramEnd"/>
      <w:r w:rsidRPr="00AA770F">
        <w:rPr>
          <w:sz w:val="22"/>
          <w:szCs w:val="24"/>
        </w:rPr>
        <w:t xml:space="preserve"> the same hobby can change how we see that person. Those discoveries may reveal resources within the team, but they </w:t>
      </w:r>
      <w:r w:rsidR="00294F0D" w:rsidRPr="00294F0D">
        <w:rPr>
          <w:sz w:val="22"/>
          <w:szCs w:val="24"/>
        </w:rPr>
        <w:t xml:space="preserve">don’t </w:t>
      </w:r>
      <w:r w:rsidRPr="00AA770F">
        <w:rPr>
          <w:sz w:val="22"/>
          <w:szCs w:val="24"/>
        </w:rPr>
        <w:t>need to be “useful” to justify the conversation. Feeling seen and included matters, too.</w:t>
      </w:r>
    </w:p>
    <w:p w14:paraId="6F5B0D31" w14:textId="77777777" w:rsidR="00202C30" w:rsidRDefault="00202C30" w:rsidP="00202C30">
      <w:pPr>
        <w:pStyle w:val="Heading2"/>
        <w:spacing w:before="240" w:after="100" w:line="240" w:lineRule="auto"/>
      </w:pPr>
      <w:r>
        <w:t>What to watch for</w:t>
      </w:r>
    </w:p>
    <w:p w14:paraId="1315F941" w14:textId="77777777" w:rsidR="00202C30" w:rsidRPr="00AA770F" w:rsidRDefault="00202C30" w:rsidP="00202C30">
      <w:pPr>
        <w:spacing w:after="140" w:line="283" w:lineRule="auto"/>
        <w:rPr>
          <w:sz w:val="22"/>
          <w:szCs w:val="24"/>
        </w:rPr>
      </w:pPr>
      <w:r w:rsidRPr="00AA770F">
        <w:rPr>
          <w:sz w:val="22"/>
          <w:szCs w:val="24"/>
        </w:rPr>
        <w:t xml:space="preserve">Make space for quieter teammates without putting them on the spot. </w:t>
      </w:r>
      <w:r w:rsidR="00294F0D">
        <w:rPr>
          <w:sz w:val="22"/>
          <w:szCs w:val="24"/>
        </w:rPr>
        <w:t>D</w:t>
      </w:r>
      <w:r w:rsidR="00294F0D" w:rsidRPr="00294F0D">
        <w:rPr>
          <w:sz w:val="22"/>
          <w:szCs w:val="24"/>
        </w:rPr>
        <w:t xml:space="preserve">on’t </w:t>
      </w:r>
      <w:r w:rsidRPr="00AA770F">
        <w:rPr>
          <w:sz w:val="22"/>
          <w:szCs w:val="24"/>
        </w:rPr>
        <w:t xml:space="preserve">turn an interesting personal detail into an assignment or assume that a hobby means someone wants to become </w:t>
      </w:r>
      <w:proofErr w:type="gramStart"/>
      <w:r w:rsidRPr="00AA770F">
        <w:rPr>
          <w:sz w:val="22"/>
          <w:szCs w:val="24"/>
        </w:rPr>
        <w:t>the</w:t>
      </w:r>
      <w:proofErr w:type="gramEnd"/>
      <w:r w:rsidRPr="00AA770F">
        <w:rPr>
          <w:sz w:val="22"/>
          <w:szCs w:val="24"/>
        </w:rPr>
        <w:t xml:space="preserve"> office expert. Model brief, comfortable answers and </w:t>
      </w:r>
      <w:proofErr w:type="gramStart"/>
      <w:r w:rsidRPr="00AA770F">
        <w:rPr>
          <w:sz w:val="22"/>
          <w:szCs w:val="24"/>
        </w:rPr>
        <w:t>respect</w:t>
      </w:r>
      <w:proofErr w:type="gramEnd"/>
      <w:r w:rsidRPr="00AA770F">
        <w:rPr>
          <w:sz w:val="22"/>
          <w:szCs w:val="24"/>
        </w:rPr>
        <w:t xml:space="preserve"> anyone who chooses to pass.</w:t>
      </w:r>
    </w:p>
    <w:p w14:paraId="4D07EE2E" w14:textId="77777777" w:rsidR="00202C30" w:rsidRDefault="00202C30" w:rsidP="00202C30">
      <w:pPr>
        <w:pStyle w:val="Heading2"/>
        <w:spacing w:before="240" w:after="100" w:line="240" w:lineRule="auto"/>
      </w:pPr>
      <w:r>
        <w:t>If the discussion stalls</w:t>
      </w:r>
    </w:p>
    <w:p w14:paraId="4449440F" w14:textId="77777777" w:rsidR="00202C30" w:rsidRPr="00AA770F" w:rsidRDefault="00202C30" w:rsidP="00202C30">
      <w:pPr>
        <w:spacing w:after="140" w:line="283" w:lineRule="auto"/>
        <w:rPr>
          <w:sz w:val="22"/>
          <w:szCs w:val="24"/>
        </w:rPr>
      </w:pPr>
      <w:r w:rsidRPr="00AA770F">
        <w:rPr>
          <w:sz w:val="22"/>
          <w:szCs w:val="24"/>
        </w:rPr>
        <w:t>Choose an easy question and answer first, such as “</w:t>
      </w:r>
      <w:r w:rsidRPr="009A16BB">
        <w:rPr>
          <w:i/>
          <w:iCs/>
          <w:sz w:val="22"/>
          <w:szCs w:val="24"/>
        </w:rPr>
        <w:t>What was your first paid job?</w:t>
      </w:r>
      <w:r w:rsidRPr="00AA770F">
        <w:rPr>
          <w:sz w:val="22"/>
          <w:szCs w:val="24"/>
        </w:rPr>
        <w:t>” Give people a moment to think. If a prompt lands awkwardly, skip it. The aim is curiosity and connection, not completing a predetermined list</w:t>
      </w:r>
      <w:r>
        <w:rPr>
          <w:sz w:val="22"/>
          <w:szCs w:val="24"/>
        </w:rPr>
        <w:t xml:space="preserve"> of questions</w:t>
      </w:r>
      <w:r w:rsidRPr="00AA770F">
        <w:rPr>
          <w:sz w:val="22"/>
          <w:szCs w:val="24"/>
        </w:rPr>
        <w:t>.</w:t>
      </w:r>
    </w:p>
    <w:p w14:paraId="49C4DC20" w14:textId="77777777" w:rsidR="00202C30" w:rsidRDefault="00202C30" w:rsidP="00202C30">
      <w:pPr>
        <w:pStyle w:val="Heading2"/>
        <w:spacing w:before="240" w:after="100" w:line="240" w:lineRule="auto"/>
      </w:pPr>
      <w:r>
        <w:t>Virtual adaptation</w:t>
      </w:r>
    </w:p>
    <w:p w14:paraId="203D87F3" w14:textId="77777777" w:rsidR="00202C30" w:rsidRPr="00AA770F" w:rsidRDefault="00202C30" w:rsidP="00202C30">
      <w:pPr>
        <w:spacing w:after="140" w:line="283" w:lineRule="auto"/>
        <w:rPr>
          <w:sz w:val="22"/>
          <w:szCs w:val="24"/>
        </w:rPr>
      </w:pPr>
      <w:r w:rsidRPr="00AA770F">
        <w:rPr>
          <w:sz w:val="22"/>
          <w:szCs w:val="24"/>
        </w:rPr>
        <w:t xml:space="preserve">Post one question at a time in the meeting chat. Invite participants by name only after asking who would like to go </w:t>
      </w:r>
      <w:proofErr w:type="gramStart"/>
      <w:r w:rsidRPr="00AA770F">
        <w:rPr>
          <w:sz w:val="22"/>
          <w:szCs w:val="24"/>
        </w:rPr>
        <w:t>next, or</w:t>
      </w:r>
      <w:proofErr w:type="gramEnd"/>
      <w:r w:rsidRPr="00AA770F">
        <w:rPr>
          <w:sz w:val="22"/>
          <w:szCs w:val="24"/>
        </w:rPr>
        <w:t xml:space="preserve"> use volunteers. No physical object is required. For larger virtual teams, use breakout groups of four to six and share a few discoveries afterward.</w:t>
      </w:r>
    </w:p>
    <w:p w14:paraId="73954453" w14:textId="77777777" w:rsidR="00202C30" w:rsidRDefault="00202C30" w:rsidP="00202C30">
      <w:pPr>
        <w:pStyle w:val="Heading2"/>
        <w:spacing w:before="240" w:after="100" w:line="240" w:lineRule="auto"/>
      </w:pPr>
      <w:r>
        <w:t>Optional follow-up</w:t>
      </w:r>
    </w:p>
    <w:p w14:paraId="406B1632" w14:textId="77777777" w:rsidR="00202C30" w:rsidRPr="00AA770F" w:rsidRDefault="00202C30" w:rsidP="00202C30">
      <w:pPr>
        <w:spacing w:after="140" w:line="283" w:lineRule="auto"/>
        <w:rPr>
          <w:sz w:val="22"/>
          <w:szCs w:val="24"/>
        </w:rPr>
      </w:pPr>
      <w:r w:rsidRPr="00AA770F">
        <w:rPr>
          <w:sz w:val="22"/>
          <w:szCs w:val="24"/>
        </w:rPr>
        <w:t>In a future conversation, refer naturally to something a teammate shared, if they were comfortable sharing it. No tracking form or scheduled review is necessary.</w:t>
      </w:r>
    </w:p>
    <w:p w14:paraId="673F4152" w14:textId="77777777" w:rsidR="00202C30" w:rsidRDefault="00202C30" w:rsidP="00202C30">
      <w:pPr>
        <w:pStyle w:val="Heading2"/>
        <w:spacing w:before="240" w:after="100" w:line="240" w:lineRule="auto"/>
      </w:pPr>
      <w:r>
        <w:t>Success looks like</w:t>
      </w:r>
    </w:p>
    <w:p w14:paraId="00B9D9BC" w14:textId="77777777" w:rsidR="00202C30" w:rsidRPr="00AA770F" w:rsidRDefault="00202C30" w:rsidP="00202C30">
      <w:pPr>
        <w:spacing w:after="140" w:line="283" w:lineRule="auto"/>
        <w:rPr>
          <w:sz w:val="22"/>
          <w:szCs w:val="24"/>
        </w:rPr>
      </w:pPr>
      <w:r w:rsidRPr="00AA770F">
        <w:rPr>
          <w:sz w:val="22"/>
          <w:szCs w:val="24"/>
        </w:rPr>
        <w:t>People laugh or lean in</w:t>
      </w:r>
      <w:r>
        <w:rPr>
          <w:sz w:val="22"/>
          <w:szCs w:val="24"/>
        </w:rPr>
        <w:t>to the conversation</w:t>
      </w:r>
      <w:r w:rsidRPr="00AA770F">
        <w:rPr>
          <w:sz w:val="22"/>
          <w:szCs w:val="24"/>
        </w:rPr>
        <w:t xml:space="preserve">, everyone has a comfortable opportunity to participate, and at least a few teammates leave </w:t>
      </w:r>
      <w:proofErr w:type="gramStart"/>
      <w:r w:rsidRPr="00AA770F">
        <w:rPr>
          <w:sz w:val="22"/>
          <w:szCs w:val="24"/>
        </w:rPr>
        <w:t>knowing</w:t>
      </w:r>
      <w:proofErr w:type="gramEnd"/>
      <w:r w:rsidRPr="00AA770F">
        <w:rPr>
          <w:sz w:val="22"/>
          <w:szCs w:val="24"/>
        </w:rPr>
        <w:t xml:space="preserve"> something they did not know before. A useful connection is a bonus, not a requirement.</w:t>
      </w:r>
    </w:p>
    <w:p w14:paraId="74E2A6D5" w14:textId="77777777" w:rsidR="00202C30" w:rsidRDefault="00202C30" w:rsidP="00202C30">
      <w:pPr>
        <w:pStyle w:val="Heading2"/>
        <w:spacing w:before="240" w:after="100" w:line="240" w:lineRule="auto"/>
      </w:pPr>
      <w:r>
        <w:lastRenderedPageBreak/>
        <w:t>Illustrative example</w:t>
      </w:r>
    </w:p>
    <w:p w14:paraId="362739A9" w14:textId="77777777" w:rsidR="00202C30" w:rsidRPr="00AA770F" w:rsidRDefault="00202C30" w:rsidP="00202C30">
      <w:pPr>
        <w:spacing w:after="140" w:line="283" w:lineRule="auto"/>
        <w:rPr>
          <w:sz w:val="22"/>
          <w:szCs w:val="24"/>
        </w:rPr>
      </w:pPr>
      <w:r w:rsidRPr="00AA770F">
        <w:rPr>
          <w:sz w:val="22"/>
          <w:szCs w:val="24"/>
        </w:rPr>
        <w:t xml:space="preserve">During the activity, Erin mentions that she once coached a youth robotics team. Malik says he has been trying to learn more about robotics with his niece. They swap ideas after the meeting. Their manager </w:t>
      </w:r>
      <w:r w:rsidR="00E0703F" w:rsidRPr="00E0703F">
        <w:rPr>
          <w:sz w:val="22"/>
          <w:szCs w:val="24"/>
        </w:rPr>
        <w:t>doesn’t</w:t>
      </w:r>
      <w:r w:rsidRPr="00AA770F">
        <w:rPr>
          <w:sz w:val="22"/>
          <w:szCs w:val="24"/>
        </w:rPr>
        <w:t xml:space="preserve"> assign them anything; the connection develops on its own.</w:t>
      </w:r>
    </w:p>
    <w:p w14:paraId="19DBC637" w14:textId="77777777" w:rsidR="00202C30" w:rsidRDefault="00202C30" w:rsidP="00787159">
      <w:pPr>
        <w:pStyle w:val="Title"/>
        <w:spacing w:before="240" w:after="220"/>
      </w:pPr>
      <w:r>
        <w:t>Who Knew? Question Bank</w:t>
      </w:r>
    </w:p>
    <w:p w14:paraId="1F4FD9D7" w14:textId="77777777" w:rsidR="00202C30" w:rsidRDefault="00202C30" w:rsidP="00202C30">
      <w:pPr>
        <w:spacing w:after="140" w:line="283" w:lineRule="auto"/>
        <w:rPr>
          <w:sz w:val="22"/>
          <w:szCs w:val="28"/>
        </w:rPr>
      </w:pPr>
      <w:r w:rsidRPr="0023426A">
        <w:rPr>
          <w:bCs/>
          <w:sz w:val="22"/>
          <w:szCs w:val="28"/>
        </w:rPr>
        <w:t>Facilitator reference  •  Choose six to eight questions before the activity. Participants may suggest their own, choose a different question, or pass.</w:t>
      </w:r>
    </w:p>
    <w:p w14:paraId="5564C6E0" w14:textId="77777777" w:rsidR="00202C30" w:rsidRDefault="00202C30" w:rsidP="00202C30">
      <w:pPr>
        <w:pStyle w:val="Heading2"/>
        <w:spacing w:before="240" w:after="100" w:line="240" w:lineRule="auto"/>
      </w:pPr>
      <w:r>
        <w:t>Easy starters</w:t>
      </w:r>
    </w:p>
    <w:p w14:paraId="162E5AF1" w14:textId="77777777" w:rsidR="00202C30" w:rsidRPr="005F59B8" w:rsidRDefault="00202C30" w:rsidP="005F59B8">
      <w:pPr>
        <w:pStyle w:val="ListParagraph"/>
        <w:numPr>
          <w:ilvl w:val="0"/>
          <w:numId w:val="11"/>
        </w:numPr>
        <w:spacing w:after="140" w:line="283" w:lineRule="auto"/>
        <w:rPr>
          <w:sz w:val="22"/>
          <w:szCs w:val="24"/>
        </w:rPr>
      </w:pPr>
      <w:r w:rsidRPr="005F59B8">
        <w:rPr>
          <w:sz w:val="22"/>
          <w:szCs w:val="24"/>
        </w:rPr>
        <w:t>What was your first paid job, and what did it teach you?</w:t>
      </w:r>
    </w:p>
    <w:p w14:paraId="0B6381AE" w14:textId="77777777" w:rsidR="00202C30" w:rsidRPr="005F59B8" w:rsidRDefault="00202C30" w:rsidP="005F59B8">
      <w:pPr>
        <w:pStyle w:val="ListParagraph"/>
        <w:numPr>
          <w:ilvl w:val="0"/>
          <w:numId w:val="11"/>
        </w:numPr>
        <w:spacing w:after="140" w:line="283" w:lineRule="auto"/>
        <w:rPr>
          <w:sz w:val="22"/>
          <w:szCs w:val="24"/>
        </w:rPr>
      </w:pPr>
      <w:r w:rsidRPr="005F59B8">
        <w:rPr>
          <w:sz w:val="22"/>
          <w:szCs w:val="24"/>
        </w:rPr>
        <w:t>What is something you can do that teammates might not guess?</w:t>
      </w:r>
    </w:p>
    <w:p w14:paraId="0372B78C" w14:textId="77777777" w:rsidR="00202C30" w:rsidRPr="005F59B8" w:rsidRDefault="00202C30" w:rsidP="005F59B8">
      <w:pPr>
        <w:pStyle w:val="ListParagraph"/>
        <w:numPr>
          <w:ilvl w:val="0"/>
          <w:numId w:val="11"/>
        </w:numPr>
        <w:spacing w:after="140" w:line="283" w:lineRule="auto"/>
        <w:rPr>
          <w:sz w:val="22"/>
          <w:szCs w:val="24"/>
        </w:rPr>
      </w:pPr>
      <w:r w:rsidRPr="005F59B8">
        <w:rPr>
          <w:sz w:val="22"/>
          <w:szCs w:val="24"/>
        </w:rPr>
        <w:t>What would you enjoy learning if you had a free afternoon?</w:t>
      </w:r>
    </w:p>
    <w:p w14:paraId="62F82656" w14:textId="77777777" w:rsidR="00202C30" w:rsidRPr="005F59B8" w:rsidRDefault="00202C30" w:rsidP="005F59B8">
      <w:pPr>
        <w:pStyle w:val="ListParagraph"/>
        <w:numPr>
          <w:ilvl w:val="0"/>
          <w:numId w:val="11"/>
        </w:numPr>
        <w:spacing w:after="140" w:line="283" w:lineRule="auto"/>
        <w:rPr>
          <w:sz w:val="22"/>
          <w:szCs w:val="24"/>
        </w:rPr>
      </w:pPr>
      <w:r w:rsidRPr="005F59B8">
        <w:rPr>
          <w:sz w:val="22"/>
          <w:szCs w:val="24"/>
        </w:rPr>
        <w:t>What is a hobby or interest you could talk about for five minutes if you had to? (You don’t have to, but you could if you had to.)</w:t>
      </w:r>
    </w:p>
    <w:p w14:paraId="64E39F16" w14:textId="77777777" w:rsidR="00202C30" w:rsidRDefault="00202C30" w:rsidP="00202C30">
      <w:pPr>
        <w:pStyle w:val="Heading2"/>
        <w:spacing w:before="240" w:after="100" w:line="240" w:lineRule="auto"/>
      </w:pPr>
      <w:r>
        <w:t xml:space="preserve">Stories and </w:t>
      </w:r>
      <w:proofErr w:type="gramStart"/>
      <w:r>
        <w:t>discoveries</w:t>
      </w:r>
      <w:proofErr w:type="gramEnd"/>
    </w:p>
    <w:p w14:paraId="0B5AF3C6" w14:textId="77777777" w:rsidR="00202C30" w:rsidRPr="005F59B8" w:rsidRDefault="00202C30" w:rsidP="005F59B8">
      <w:pPr>
        <w:pStyle w:val="ListParagraph"/>
        <w:numPr>
          <w:ilvl w:val="0"/>
          <w:numId w:val="11"/>
        </w:numPr>
        <w:spacing w:before="240" w:after="240" w:line="283" w:lineRule="auto"/>
        <w:rPr>
          <w:sz w:val="22"/>
          <w:szCs w:val="24"/>
        </w:rPr>
      </w:pPr>
      <w:r w:rsidRPr="005F59B8">
        <w:rPr>
          <w:sz w:val="22"/>
          <w:szCs w:val="24"/>
        </w:rPr>
        <w:t>What is an unexpectedly useful skill you learned outside work?</w:t>
      </w:r>
    </w:p>
    <w:p w14:paraId="3B46B22B" w14:textId="77777777" w:rsidR="00202C30" w:rsidRPr="005F59B8" w:rsidRDefault="00202C30" w:rsidP="005F59B8">
      <w:pPr>
        <w:pStyle w:val="ListParagraph"/>
        <w:numPr>
          <w:ilvl w:val="0"/>
          <w:numId w:val="11"/>
        </w:numPr>
        <w:spacing w:before="240" w:after="240" w:line="283" w:lineRule="auto"/>
        <w:rPr>
          <w:sz w:val="22"/>
          <w:szCs w:val="24"/>
        </w:rPr>
      </w:pPr>
      <w:r w:rsidRPr="005F59B8">
        <w:rPr>
          <w:sz w:val="22"/>
          <w:szCs w:val="24"/>
        </w:rPr>
        <w:t>What is an accomplishment you are proud of, small or large?</w:t>
      </w:r>
    </w:p>
    <w:p w14:paraId="222E0127" w14:textId="77777777" w:rsidR="00202C30" w:rsidRPr="005F59B8" w:rsidRDefault="00202C30" w:rsidP="005F59B8">
      <w:pPr>
        <w:pStyle w:val="ListParagraph"/>
        <w:numPr>
          <w:ilvl w:val="0"/>
          <w:numId w:val="11"/>
        </w:numPr>
        <w:spacing w:before="240" w:after="240" w:line="283" w:lineRule="auto"/>
        <w:rPr>
          <w:sz w:val="22"/>
          <w:szCs w:val="24"/>
        </w:rPr>
      </w:pPr>
      <w:r w:rsidRPr="005F59B8">
        <w:rPr>
          <w:sz w:val="22"/>
          <w:szCs w:val="24"/>
        </w:rPr>
        <w:t xml:space="preserve">What is a place </w:t>
      </w:r>
      <w:proofErr w:type="gramStart"/>
      <w:r w:rsidRPr="005F59B8">
        <w:rPr>
          <w:sz w:val="22"/>
          <w:szCs w:val="24"/>
        </w:rPr>
        <w:t>you visited</w:t>
      </w:r>
      <w:proofErr w:type="gramEnd"/>
      <w:r w:rsidRPr="005F59B8">
        <w:rPr>
          <w:sz w:val="22"/>
          <w:szCs w:val="24"/>
        </w:rPr>
        <w:t xml:space="preserve"> that surprised you, positively or negatively?</w:t>
      </w:r>
    </w:p>
    <w:p w14:paraId="59EEED5D" w14:textId="77777777" w:rsidR="00202C30" w:rsidRPr="005F59B8" w:rsidRDefault="00202C30" w:rsidP="005F59B8">
      <w:pPr>
        <w:pStyle w:val="ListParagraph"/>
        <w:numPr>
          <w:ilvl w:val="0"/>
          <w:numId w:val="11"/>
        </w:numPr>
        <w:spacing w:before="240" w:after="240" w:line="283" w:lineRule="auto"/>
        <w:rPr>
          <w:sz w:val="22"/>
          <w:szCs w:val="24"/>
        </w:rPr>
      </w:pPr>
      <w:r w:rsidRPr="005F59B8">
        <w:rPr>
          <w:sz w:val="22"/>
          <w:szCs w:val="24"/>
        </w:rPr>
        <w:t xml:space="preserve">What is </w:t>
      </w:r>
      <w:proofErr w:type="gramStart"/>
      <w:r w:rsidRPr="005F59B8">
        <w:rPr>
          <w:sz w:val="22"/>
          <w:szCs w:val="24"/>
        </w:rPr>
        <w:t>a piece</w:t>
      </w:r>
      <w:proofErr w:type="gramEnd"/>
      <w:r w:rsidRPr="005F59B8">
        <w:rPr>
          <w:sz w:val="22"/>
          <w:szCs w:val="24"/>
        </w:rPr>
        <w:t xml:space="preserve"> of advice you received that has stayed with you?</w:t>
      </w:r>
    </w:p>
    <w:p w14:paraId="3E14EB77" w14:textId="77777777" w:rsidR="00202C30" w:rsidRDefault="00202C30" w:rsidP="00202C30">
      <w:pPr>
        <w:pStyle w:val="Heading2"/>
        <w:spacing w:before="240" w:after="100" w:line="240" w:lineRule="auto"/>
      </w:pPr>
      <w:r>
        <w:t>Connections to work</w:t>
      </w:r>
    </w:p>
    <w:p w14:paraId="439A1689" w14:textId="77777777" w:rsidR="00202C30" w:rsidRPr="005F59B8" w:rsidRDefault="00202C30" w:rsidP="005F59B8">
      <w:pPr>
        <w:pStyle w:val="ListParagraph"/>
        <w:numPr>
          <w:ilvl w:val="0"/>
          <w:numId w:val="11"/>
        </w:numPr>
        <w:spacing w:after="140" w:line="283" w:lineRule="auto"/>
        <w:rPr>
          <w:sz w:val="22"/>
          <w:szCs w:val="24"/>
        </w:rPr>
      </w:pPr>
      <w:r w:rsidRPr="005F59B8">
        <w:rPr>
          <w:sz w:val="22"/>
          <w:szCs w:val="24"/>
        </w:rPr>
        <w:t>What is something about your work that you wish teammates knew more about?</w:t>
      </w:r>
    </w:p>
    <w:p w14:paraId="095F6B9A" w14:textId="77777777" w:rsidR="00202C30" w:rsidRPr="005F59B8" w:rsidRDefault="00202C30" w:rsidP="005F59B8">
      <w:pPr>
        <w:pStyle w:val="ListParagraph"/>
        <w:numPr>
          <w:ilvl w:val="0"/>
          <w:numId w:val="11"/>
        </w:numPr>
        <w:spacing w:after="140" w:line="283" w:lineRule="auto"/>
        <w:rPr>
          <w:sz w:val="22"/>
          <w:szCs w:val="24"/>
        </w:rPr>
      </w:pPr>
      <w:r w:rsidRPr="005F59B8">
        <w:rPr>
          <w:sz w:val="22"/>
          <w:szCs w:val="24"/>
        </w:rPr>
        <w:t>What is one thing a colleague taught you that made work easier?</w:t>
      </w:r>
    </w:p>
    <w:p w14:paraId="2CAFA0A7" w14:textId="77777777" w:rsidR="00202C30" w:rsidRPr="005F59B8" w:rsidRDefault="00202C30" w:rsidP="005F59B8">
      <w:pPr>
        <w:pStyle w:val="ListParagraph"/>
        <w:numPr>
          <w:ilvl w:val="0"/>
          <w:numId w:val="11"/>
        </w:numPr>
        <w:spacing w:after="140" w:line="283" w:lineRule="auto"/>
        <w:rPr>
          <w:sz w:val="22"/>
          <w:szCs w:val="24"/>
        </w:rPr>
      </w:pPr>
      <w:r w:rsidRPr="005F59B8">
        <w:rPr>
          <w:sz w:val="22"/>
          <w:szCs w:val="24"/>
        </w:rPr>
        <w:t>What type of problem do you secretly enjoy solving?</w:t>
      </w:r>
    </w:p>
    <w:p w14:paraId="68B2F8DD" w14:textId="77777777" w:rsidR="00202C30" w:rsidRPr="005F59B8" w:rsidRDefault="00202C30" w:rsidP="005F59B8">
      <w:pPr>
        <w:pStyle w:val="ListParagraph"/>
        <w:numPr>
          <w:ilvl w:val="0"/>
          <w:numId w:val="11"/>
        </w:numPr>
        <w:spacing w:after="140" w:line="283" w:lineRule="auto"/>
        <w:rPr>
          <w:sz w:val="22"/>
          <w:szCs w:val="24"/>
        </w:rPr>
      </w:pPr>
      <w:r w:rsidRPr="005F59B8">
        <w:rPr>
          <w:sz w:val="22"/>
          <w:szCs w:val="24"/>
        </w:rPr>
        <w:t>What is something you would be happy to show or teach a teammate?</w:t>
      </w:r>
      <w:r w:rsidRPr="005F59B8">
        <w:rPr>
          <w:sz w:val="22"/>
          <w:szCs w:val="24"/>
        </w:rPr>
        <w:br w:type="page"/>
      </w:r>
    </w:p>
    <w:p w14:paraId="35021A17" w14:textId="77777777" w:rsidR="00A258DD" w:rsidRDefault="00A258DD" w:rsidP="00A258DD">
      <w:pPr>
        <w:pStyle w:val="Title"/>
        <w:spacing w:after="220"/>
      </w:pPr>
      <w:r>
        <w:lastRenderedPageBreak/>
        <w:t>Lost in Translation</w:t>
      </w:r>
    </w:p>
    <w:p w14:paraId="2CAFBC19" w14:textId="77777777" w:rsidR="00A258DD" w:rsidRPr="00AA770F" w:rsidRDefault="00A258DD" w:rsidP="00A258DD">
      <w:pPr>
        <w:spacing w:after="140" w:line="283" w:lineRule="auto"/>
        <w:jc w:val="right"/>
        <w:rPr>
          <w:sz w:val="32"/>
          <w:szCs w:val="36"/>
        </w:rPr>
      </w:pPr>
      <w:r w:rsidRPr="00AA770F">
        <w:rPr>
          <w:sz w:val="24"/>
          <w:szCs w:val="32"/>
        </w:rPr>
        <w:t>Communication &amp; Collaboration</w:t>
      </w:r>
    </w:p>
    <w:p w14:paraId="6CCFD974" w14:textId="77777777" w:rsidR="00A258DD" w:rsidRDefault="00A258DD" w:rsidP="00A258DD">
      <w:pPr>
        <w:spacing w:after="140" w:line="283" w:lineRule="auto"/>
        <w:jc w:val="right"/>
      </w:pPr>
      <w:r>
        <w:t>ACTIVITY TIME  |  25 minutes     PREPARATION  |  5 minutes</w:t>
      </w:r>
    </w:p>
    <w:p w14:paraId="7CD63731" w14:textId="77777777" w:rsidR="00A258DD" w:rsidRPr="00A85E25" w:rsidRDefault="00A258DD" w:rsidP="00A258DD">
      <w:pPr>
        <w:spacing w:after="140" w:line="283" w:lineRule="auto"/>
        <w:rPr>
          <w:b/>
          <w:bCs/>
          <w:sz w:val="24"/>
          <w:szCs w:val="28"/>
        </w:rPr>
      </w:pPr>
      <w:r w:rsidRPr="00A85E25">
        <w:rPr>
          <w:b/>
          <w:bCs/>
          <w:sz w:val="24"/>
          <w:szCs w:val="28"/>
        </w:rPr>
        <w:t>A drawing challenge that reveals what gets lost between instructions and understanding</w:t>
      </w:r>
    </w:p>
    <w:p w14:paraId="41103CF9" w14:textId="77777777" w:rsidR="00A258DD" w:rsidRPr="00F17A1D" w:rsidRDefault="00A258DD" w:rsidP="00A258DD">
      <w:pPr>
        <w:pStyle w:val="Heading2"/>
        <w:spacing w:before="240" w:after="100" w:line="240" w:lineRule="auto"/>
        <w:rPr>
          <w:sz w:val="28"/>
          <w:szCs w:val="28"/>
        </w:rPr>
      </w:pPr>
      <w:r w:rsidRPr="00F17A1D">
        <w:rPr>
          <w:sz w:val="28"/>
          <w:szCs w:val="28"/>
        </w:rPr>
        <w:t>Why this activity matters</w:t>
      </w:r>
    </w:p>
    <w:p w14:paraId="27000522" w14:textId="77777777" w:rsidR="00A258DD" w:rsidRPr="00F17A1D" w:rsidRDefault="00A258DD" w:rsidP="00A258DD">
      <w:pPr>
        <w:spacing w:after="140" w:line="283" w:lineRule="auto"/>
        <w:rPr>
          <w:sz w:val="22"/>
          <w:szCs w:val="24"/>
        </w:rPr>
      </w:pPr>
      <w:r w:rsidRPr="00F17A1D">
        <w:rPr>
          <w:sz w:val="22"/>
          <w:szCs w:val="24"/>
        </w:rPr>
        <w:t xml:space="preserve">A message can sound perfectly clear to the person giving it and </w:t>
      </w:r>
      <w:proofErr w:type="gramStart"/>
      <w:r w:rsidRPr="00F17A1D">
        <w:rPr>
          <w:sz w:val="22"/>
          <w:szCs w:val="24"/>
        </w:rPr>
        <w:t>mean</w:t>
      </w:r>
      <w:proofErr w:type="gramEnd"/>
      <w:r w:rsidRPr="00F17A1D">
        <w:rPr>
          <w:sz w:val="22"/>
          <w:szCs w:val="24"/>
        </w:rPr>
        <w:t xml:space="preserve"> something different to the person receiving it. This activity makes those gaps visible through two quick drawing challenges. The mismatches bring some laughter, and the second round shows why asking questions </w:t>
      </w:r>
      <w:r>
        <w:rPr>
          <w:sz w:val="22"/>
          <w:szCs w:val="24"/>
        </w:rPr>
        <w:t xml:space="preserve">with clarity </w:t>
      </w:r>
      <w:r w:rsidRPr="00F17A1D">
        <w:rPr>
          <w:sz w:val="22"/>
          <w:szCs w:val="24"/>
        </w:rPr>
        <w:t>and confirming understanding matter at work.</w:t>
      </w:r>
    </w:p>
    <w:p w14:paraId="46D1B9AD" w14:textId="77777777" w:rsidR="00A258DD" w:rsidRPr="00F17A1D" w:rsidRDefault="00A258DD" w:rsidP="00A258DD">
      <w:pPr>
        <w:pStyle w:val="Heading2"/>
        <w:spacing w:before="240" w:after="100" w:line="240" w:lineRule="auto"/>
        <w:rPr>
          <w:sz w:val="28"/>
          <w:szCs w:val="28"/>
        </w:rPr>
      </w:pPr>
      <w:r w:rsidRPr="00F17A1D">
        <w:rPr>
          <w:sz w:val="28"/>
          <w:szCs w:val="28"/>
        </w:rPr>
        <w:t>The outcome</w:t>
      </w:r>
    </w:p>
    <w:p w14:paraId="76CCF0E5" w14:textId="77777777" w:rsidR="00A258DD" w:rsidRPr="00F17A1D" w:rsidRDefault="00A258DD" w:rsidP="00A258DD">
      <w:pPr>
        <w:spacing w:after="140" w:line="283" w:lineRule="auto"/>
        <w:rPr>
          <w:sz w:val="22"/>
          <w:szCs w:val="24"/>
        </w:rPr>
      </w:pPr>
      <w:r>
        <w:t>Participants experience the difference between one-way instructions and two-way communication. Each person leaves with a practical reminder for their next handoff or conversation. No artistic ability, scoring, or follow-up is required.</w:t>
      </w:r>
    </w:p>
    <w:p w14:paraId="2F42733C" w14:textId="77777777" w:rsidR="00A258DD" w:rsidRPr="00F17A1D" w:rsidRDefault="00A258DD" w:rsidP="00A258DD">
      <w:pPr>
        <w:pStyle w:val="Heading2"/>
        <w:spacing w:before="240" w:after="100" w:line="240" w:lineRule="auto"/>
        <w:rPr>
          <w:sz w:val="28"/>
          <w:szCs w:val="28"/>
        </w:rPr>
      </w:pPr>
      <w:r>
        <w:t>Before the meeting | 5 minutes of preparation</w:t>
      </w:r>
    </w:p>
    <w:p w14:paraId="234B89F5" w14:textId="77777777" w:rsidR="00A258DD" w:rsidRPr="00F17A1D" w:rsidRDefault="00A258DD" w:rsidP="00A258DD">
      <w:pPr>
        <w:spacing w:after="140" w:line="283" w:lineRule="auto"/>
        <w:rPr>
          <w:sz w:val="22"/>
          <w:szCs w:val="24"/>
        </w:rPr>
      </w:pPr>
      <w:r>
        <w:t xml:space="preserve">Print or share the two drawing cards at the end of this activity. Keep the cards hidden from the person who will be drawing. Provide blank paper and pens. Pair </w:t>
      </w:r>
      <w:proofErr w:type="gramStart"/>
      <w:r>
        <w:t>participants, or</w:t>
      </w:r>
      <w:proofErr w:type="gramEnd"/>
      <w:r>
        <w:t xml:space="preserve"> use a trio with one observer if needed. Plan how partners will sit </w:t>
      </w:r>
      <w:proofErr w:type="gramStart"/>
      <w:r>
        <w:t>back to back</w:t>
      </w:r>
      <w:proofErr w:type="gramEnd"/>
      <w:r>
        <w:t xml:space="preserve"> or use separate screens.</w:t>
      </w:r>
    </w:p>
    <w:p w14:paraId="23F84895" w14:textId="77777777" w:rsidR="00A258DD" w:rsidRPr="009A4B2D" w:rsidRDefault="00A258DD" w:rsidP="00A258DD">
      <w:pPr>
        <w:pStyle w:val="Heading2"/>
        <w:spacing w:before="240" w:after="100" w:line="240" w:lineRule="auto"/>
        <w:rPr>
          <w:sz w:val="32"/>
          <w:szCs w:val="32"/>
        </w:rPr>
      </w:pPr>
      <w:r w:rsidRPr="009A4B2D">
        <w:rPr>
          <w:sz w:val="28"/>
          <w:szCs w:val="28"/>
        </w:rPr>
        <w:t>1. Set the stage | 5 minutes</w:t>
      </w:r>
    </w:p>
    <w:p w14:paraId="07054809" w14:textId="77777777" w:rsidR="00A258DD" w:rsidRPr="00F17A1D" w:rsidRDefault="00A258DD" w:rsidP="00A258DD">
      <w:pPr>
        <w:spacing w:after="140" w:line="283" w:lineRule="auto"/>
        <w:rPr>
          <w:sz w:val="22"/>
          <w:szCs w:val="24"/>
        </w:rPr>
      </w:pPr>
      <w:r w:rsidRPr="00F17A1D">
        <w:rPr>
          <w:sz w:val="22"/>
          <w:szCs w:val="24"/>
        </w:rPr>
        <w:t>Say: “</w:t>
      </w:r>
      <w:r w:rsidRPr="00A92196">
        <w:rPr>
          <w:i/>
          <w:iCs/>
          <w:sz w:val="22"/>
          <w:szCs w:val="24"/>
        </w:rPr>
        <w:t>Have you ever given instructions that seemed completely clear, only to discover the result was nothing like what you pictured? Today we are going to see how easily that happens, and what makes it better.</w:t>
      </w:r>
      <w:r w:rsidRPr="00F17A1D">
        <w:rPr>
          <w:sz w:val="22"/>
          <w:szCs w:val="24"/>
        </w:rPr>
        <w:t>”</w:t>
      </w:r>
    </w:p>
    <w:p w14:paraId="70A934D1" w14:textId="77777777" w:rsidR="00A258DD" w:rsidRPr="00F17A1D" w:rsidRDefault="00A258DD" w:rsidP="00A258DD">
      <w:pPr>
        <w:spacing w:after="140" w:line="283" w:lineRule="auto"/>
        <w:rPr>
          <w:sz w:val="22"/>
          <w:szCs w:val="24"/>
        </w:rPr>
      </w:pPr>
      <w:r w:rsidRPr="00F17A1D">
        <w:rPr>
          <w:sz w:val="22"/>
          <w:szCs w:val="24"/>
        </w:rPr>
        <w:t>Pair everyone up. Explain that the goal is not artistic talent. Each pair will attempt two drawings, and neither partner may look at the other person’s page until the round ends.</w:t>
      </w:r>
    </w:p>
    <w:p w14:paraId="265C34EE" w14:textId="77777777" w:rsidR="00A258DD" w:rsidRPr="009A4B2D" w:rsidRDefault="00A258DD" w:rsidP="00A258DD">
      <w:pPr>
        <w:pStyle w:val="Heading2"/>
        <w:spacing w:before="240" w:after="100" w:line="240" w:lineRule="auto"/>
        <w:rPr>
          <w:sz w:val="32"/>
          <w:szCs w:val="32"/>
        </w:rPr>
      </w:pPr>
      <w:r w:rsidRPr="009A4B2D">
        <w:rPr>
          <w:sz w:val="28"/>
          <w:szCs w:val="28"/>
        </w:rPr>
        <w:t>2. Round one: No questions allowed | 5 minutes</w:t>
      </w:r>
    </w:p>
    <w:p w14:paraId="3A6763CE" w14:textId="77777777" w:rsidR="00A258DD" w:rsidRPr="00F17A1D" w:rsidRDefault="00A258DD" w:rsidP="00A258DD">
      <w:pPr>
        <w:spacing w:after="140" w:line="283" w:lineRule="auto"/>
        <w:rPr>
          <w:sz w:val="22"/>
          <w:szCs w:val="24"/>
        </w:rPr>
      </w:pPr>
      <w:r w:rsidRPr="00A92196">
        <w:rPr>
          <w:b/>
          <w:bCs/>
          <w:sz w:val="22"/>
          <w:szCs w:val="24"/>
        </w:rPr>
        <w:t>Give Partner A the Shape Challenge card and Partner B a blank page.</w:t>
      </w:r>
      <w:r w:rsidRPr="00F17A1D">
        <w:rPr>
          <w:sz w:val="22"/>
          <w:szCs w:val="24"/>
        </w:rPr>
        <w:t xml:space="preserve"> Partner A has two minutes to describe the picture using only words. Partner B draws what they hear but cannot ask questions, gesture, or see the card. Call time, reveal the original, and invite everyone to compare the two drawings.</w:t>
      </w:r>
    </w:p>
    <w:p w14:paraId="2B6CAB68" w14:textId="77777777" w:rsidR="00A258DD" w:rsidRPr="00A92196" w:rsidRDefault="00A258DD" w:rsidP="00A258DD">
      <w:pPr>
        <w:spacing w:after="140" w:line="283" w:lineRule="auto"/>
        <w:rPr>
          <w:sz w:val="22"/>
          <w:szCs w:val="24"/>
        </w:rPr>
      </w:pPr>
      <w:r w:rsidRPr="003658C8">
        <w:rPr>
          <w:b/>
          <w:bCs/>
          <w:sz w:val="22"/>
          <w:szCs w:val="24"/>
        </w:rPr>
        <w:t xml:space="preserve">Leader cue: </w:t>
      </w:r>
      <w:r w:rsidRPr="00A92196">
        <w:rPr>
          <w:sz w:val="22"/>
          <w:szCs w:val="24"/>
        </w:rPr>
        <w:t>Let the room enjoy the differences. Do</w:t>
      </w:r>
      <w:r w:rsidR="00294F0D">
        <w:rPr>
          <w:sz w:val="22"/>
          <w:szCs w:val="24"/>
        </w:rPr>
        <w:t>n’t</w:t>
      </w:r>
      <w:r w:rsidRPr="00A92196">
        <w:rPr>
          <w:sz w:val="22"/>
          <w:szCs w:val="24"/>
        </w:rPr>
        <w:t xml:space="preserve"> award points or identify the “best” artist. Ask briefly: “</w:t>
      </w:r>
      <w:r w:rsidRPr="00A92196">
        <w:rPr>
          <w:i/>
          <w:iCs/>
          <w:sz w:val="22"/>
          <w:szCs w:val="24"/>
        </w:rPr>
        <w:t>What did your partner say that you interpreted differently than they intended?”</w:t>
      </w:r>
      <w:r>
        <w:rPr>
          <w:i/>
          <w:iCs/>
          <w:sz w:val="22"/>
          <w:szCs w:val="24"/>
        </w:rPr>
        <w:t xml:space="preserve"> </w:t>
      </w:r>
    </w:p>
    <w:p w14:paraId="02F878E5" w14:textId="77777777" w:rsidR="00A258DD" w:rsidRPr="009A4B2D" w:rsidRDefault="00A258DD" w:rsidP="00A258DD">
      <w:pPr>
        <w:pStyle w:val="Heading2"/>
        <w:spacing w:before="240" w:after="100" w:line="240" w:lineRule="auto"/>
        <w:rPr>
          <w:sz w:val="32"/>
          <w:szCs w:val="32"/>
        </w:rPr>
      </w:pPr>
      <w:r w:rsidRPr="009A4B2D">
        <w:rPr>
          <w:sz w:val="28"/>
          <w:szCs w:val="28"/>
        </w:rPr>
        <w:t>3. Round two: Questions welcome | 10 minutes</w:t>
      </w:r>
    </w:p>
    <w:p w14:paraId="1142A0F1" w14:textId="77777777" w:rsidR="00A258DD" w:rsidRPr="00AA770F" w:rsidRDefault="00A258DD" w:rsidP="00A258DD">
      <w:pPr>
        <w:spacing w:after="140" w:line="283" w:lineRule="auto"/>
        <w:rPr>
          <w:sz w:val="24"/>
          <w:szCs w:val="28"/>
        </w:rPr>
      </w:pPr>
      <w:r w:rsidRPr="00A92196">
        <w:rPr>
          <w:b/>
          <w:bCs/>
          <w:sz w:val="22"/>
          <w:szCs w:val="24"/>
        </w:rPr>
        <w:t>Switch roles. Give the new describer the Work Handoff card.</w:t>
      </w:r>
      <w:r w:rsidRPr="00AA770F">
        <w:rPr>
          <w:sz w:val="22"/>
          <w:szCs w:val="24"/>
        </w:rPr>
        <w:t xml:space="preserve"> This time the drawer may ask as many clarifying questions as needed, and the describer can check understanding, but the card must remain hidden. Allow four minutes to draw, then compare results. Ask pairs what changed when questions were allowed.</w:t>
      </w:r>
    </w:p>
    <w:p w14:paraId="4424F66C" w14:textId="77777777" w:rsidR="00A258DD" w:rsidRPr="00AA770F" w:rsidRDefault="00A258DD" w:rsidP="00A258DD">
      <w:pPr>
        <w:spacing w:after="140" w:line="283" w:lineRule="auto"/>
        <w:rPr>
          <w:sz w:val="24"/>
          <w:szCs w:val="28"/>
        </w:rPr>
      </w:pPr>
      <w:r w:rsidRPr="00AA770F">
        <w:rPr>
          <w:sz w:val="22"/>
          <w:szCs w:val="24"/>
        </w:rPr>
        <w:t xml:space="preserve">Keep the debrief practical: </w:t>
      </w:r>
      <w:r w:rsidRPr="00A92196">
        <w:rPr>
          <w:sz w:val="22"/>
          <w:szCs w:val="24"/>
        </w:rPr>
        <w:t>“What changed when you were allowed to ask questions and clarify instructions?</w:t>
      </w:r>
      <w:r w:rsidRPr="00AA770F">
        <w:rPr>
          <w:sz w:val="22"/>
          <w:szCs w:val="24"/>
        </w:rPr>
        <w:t xml:space="preserve">” </w:t>
      </w:r>
    </w:p>
    <w:p w14:paraId="590E78E8" w14:textId="77777777" w:rsidR="00A258DD" w:rsidRPr="009A4B2D" w:rsidRDefault="00A258DD" w:rsidP="00A258DD">
      <w:pPr>
        <w:pStyle w:val="Heading2"/>
        <w:spacing w:before="240" w:after="100" w:line="240" w:lineRule="auto"/>
        <w:rPr>
          <w:sz w:val="32"/>
          <w:szCs w:val="32"/>
        </w:rPr>
      </w:pPr>
      <w:r w:rsidRPr="009A4B2D">
        <w:rPr>
          <w:sz w:val="28"/>
          <w:szCs w:val="28"/>
        </w:rPr>
        <w:lastRenderedPageBreak/>
        <w:t>4. Bring it back to work | 5 minutes</w:t>
      </w:r>
    </w:p>
    <w:p w14:paraId="1B4136CC" w14:textId="77777777" w:rsidR="00A258DD" w:rsidRPr="00F17A1D" w:rsidRDefault="00A258DD" w:rsidP="00A258DD">
      <w:pPr>
        <w:spacing w:after="140" w:line="283" w:lineRule="auto"/>
        <w:rPr>
          <w:sz w:val="22"/>
          <w:szCs w:val="24"/>
        </w:rPr>
      </w:pPr>
      <w:r w:rsidRPr="00F17A1D">
        <w:rPr>
          <w:sz w:val="22"/>
          <w:szCs w:val="24"/>
        </w:rPr>
        <w:t>Ask: “</w:t>
      </w:r>
      <w:r w:rsidRPr="00A92196">
        <w:rPr>
          <w:i/>
          <w:iCs/>
          <w:sz w:val="22"/>
          <w:szCs w:val="24"/>
        </w:rPr>
        <w:t>Where do we give one-way instructions without realizing it?</w:t>
      </w:r>
      <w:r w:rsidRPr="00F17A1D">
        <w:rPr>
          <w:sz w:val="22"/>
          <w:szCs w:val="24"/>
        </w:rPr>
        <w:t>” and “</w:t>
      </w:r>
      <w:r w:rsidRPr="00A92196">
        <w:rPr>
          <w:i/>
          <w:iCs/>
          <w:sz w:val="22"/>
          <w:szCs w:val="24"/>
        </w:rPr>
        <w:t>What is one question we could ask more often to make expectations clearer?</w:t>
      </w:r>
      <w:r w:rsidRPr="00F17A1D">
        <w:rPr>
          <w:sz w:val="22"/>
          <w:szCs w:val="24"/>
        </w:rPr>
        <w:t>” Invite a few examples from everyday teamwork.</w:t>
      </w:r>
    </w:p>
    <w:p w14:paraId="2FDFF3C5" w14:textId="77777777" w:rsidR="00A258DD" w:rsidRPr="00F17A1D" w:rsidRDefault="00A258DD" w:rsidP="00A258DD">
      <w:pPr>
        <w:spacing w:after="140" w:line="283" w:lineRule="auto"/>
        <w:rPr>
          <w:sz w:val="22"/>
          <w:szCs w:val="24"/>
        </w:rPr>
      </w:pPr>
      <w:r w:rsidRPr="00F17A1D">
        <w:rPr>
          <w:sz w:val="22"/>
          <w:szCs w:val="24"/>
        </w:rPr>
        <w:t>Close by saying: “</w:t>
      </w:r>
      <w:r w:rsidRPr="00A92196">
        <w:rPr>
          <w:i/>
          <w:iCs/>
          <w:sz w:val="22"/>
          <w:szCs w:val="24"/>
        </w:rPr>
        <w:t>Clear communication is not just what we say. It is what the other person understands.</w:t>
      </w:r>
      <w:r w:rsidRPr="00F17A1D">
        <w:rPr>
          <w:sz w:val="22"/>
          <w:szCs w:val="24"/>
        </w:rPr>
        <w:t xml:space="preserve">” </w:t>
      </w:r>
    </w:p>
    <w:p w14:paraId="3D97A73B" w14:textId="77777777" w:rsidR="00FD78A1" w:rsidRDefault="00FD78A1" w:rsidP="00FD78A1">
      <w:pPr>
        <w:pStyle w:val="Title"/>
        <w:spacing w:before="240" w:after="220"/>
      </w:pPr>
      <w:r>
        <w:t>Facilitator Notes</w:t>
      </w:r>
    </w:p>
    <w:p w14:paraId="7DF75407" w14:textId="77777777" w:rsidR="00A258DD" w:rsidRDefault="00A258DD" w:rsidP="00A258DD">
      <w:pPr>
        <w:pStyle w:val="Heading2"/>
        <w:spacing w:before="240" w:after="100" w:line="240" w:lineRule="auto"/>
      </w:pPr>
      <w:r>
        <w:t>Leader’s insight</w:t>
      </w:r>
    </w:p>
    <w:p w14:paraId="145F8955" w14:textId="77777777" w:rsidR="00A258DD" w:rsidRPr="00AA770F" w:rsidRDefault="00A258DD" w:rsidP="00A258DD">
      <w:pPr>
        <w:spacing w:after="140" w:line="283" w:lineRule="auto"/>
        <w:rPr>
          <w:sz w:val="22"/>
          <w:szCs w:val="24"/>
        </w:rPr>
      </w:pPr>
      <w:r w:rsidRPr="00AA770F">
        <w:rPr>
          <w:sz w:val="22"/>
          <w:szCs w:val="24"/>
        </w:rPr>
        <w:t>An instruction may feel clear to the person giving it while the listener fills in missing details. Invite questions, confirm what success looks like, and ask people to explain the intended outcome in their own words. Clarity is a shared responsibility.</w:t>
      </w:r>
    </w:p>
    <w:p w14:paraId="30242DDD" w14:textId="77777777" w:rsidR="00A258DD" w:rsidRDefault="00A258DD" w:rsidP="00A258DD">
      <w:pPr>
        <w:pStyle w:val="Heading2"/>
        <w:spacing w:before="240" w:after="100" w:line="240" w:lineRule="auto"/>
      </w:pPr>
      <w:r>
        <w:t>What to watch for</w:t>
      </w:r>
    </w:p>
    <w:p w14:paraId="770042A9" w14:textId="77777777" w:rsidR="00A258DD" w:rsidRPr="00AA770F" w:rsidRDefault="00294F0D" w:rsidP="00A258DD">
      <w:pPr>
        <w:spacing w:after="140" w:line="283" w:lineRule="auto"/>
        <w:rPr>
          <w:sz w:val="22"/>
          <w:szCs w:val="24"/>
        </w:rPr>
      </w:pPr>
      <w:r>
        <w:rPr>
          <w:sz w:val="22"/>
          <w:szCs w:val="24"/>
        </w:rPr>
        <w:t>D</w:t>
      </w:r>
      <w:r w:rsidRPr="00294F0D">
        <w:rPr>
          <w:sz w:val="22"/>
          <w:szCs w:val="24"/>
        </w:rPr>
        <w:t xml:space="preserve">on’t </w:t>
      </w:r>
      <w:r w:rsidR="00A258DD" w:rsidRPr="00AA770F">
        <w:rPr>
          <w:sz w:val="22"/>
          <w:szCs w:val="24"/>
        </w:rPr>
        <w:t>blame the drawer. Notice vague words such as “above” or “near.” In round two, notice whether partners actively invite questions or merely allow them.</w:t>
      </w:r>
    </w:p>
    <w:p w14:paraId="600A4341" w14:textId="77777777" w:rsidR="00A258DD" w:rsidRDefault="00A258DD" w:rsidP="00A258DD">
      <w:pPr>
        <w:pStyle w:val="Heading2"/>
        <w:spacing w:before="240" w:after="100" w:line="240" w:lineRule="auto"/>
      </w:pPr>
      <w:r>
        <w:t>If the discussion stalls</w:t>
      </w:r>
    </w:p>
    <w:p w14:paraId="04C30A2E" w14:textId="77777777" w:rsidR="00A258DD" w:rsidRPr="00AA770F" w:rsidRDefault="00A258DD" w:rsidP="00A258DD">
      <w:pPr>
        <w:spacing w:after="140" w:line="283" w:lineRule="auto"/>
        <w:rPr>
          <w:sz w:val="22"/>
          <w:szCs w:val="24"/>
        </w:rPr>
      </w:pPr>
      <w:r w:rsidRPr="00AA770F">
        <w:rPr>
          <w:sz w:val="22"/>
          <w:szCs w:val="24"/>
        </w:rPr>
        <w:t>Ask: “</w:t>
      </w:r>
      <w:r w:rsidRPr="000F13A9">
        <w:rPr>
          <w:i/>
          <w:iCs/>
          <w:sz w:val="22"/>
          <w:szCs w:val="24"/>
        </w:rPr>
        <w:t>What did you picture when you heard ‘beside’?</w:t>
      </w:r>
      <w:r w:rsidRPr="00AA770F">
        <w:rPr>
          <w:sz w:val="22"/>
          <w:szCs w:val="24"/>
        </w:rPr>
        <w:t xml:space="preserve">” Share a harmless example of a </w:t>
      </w:r>
      <w:proofErr w:type="gramStart"/>
      <w:r w:rsidRPr="00AA770F">
        <w:rPr>
          <w:sz w:val="22"/>
          <w:szCs w:val="24"/>
        </w:rPr>
        <w:t>time</w:t>
      </w:r>
      <w:proofErr w:type="gramEnd"/>
      <w:r w:rsidRPr="00AA770F">
        <w:rPr>
          <w:sz w:val="22"/>
          <w:szCs w:val="24"/>
        </w:rPr>
        <w:t xml:space="preserve"> your own directions were unclear.</w:t>
      </w:r>
    </w:p>
    <w:p w14:paraId="496A39F6" w14:textId="77777777" w:rsidR="00A258DD" w:rsidRDefault="00A258DD" w:rsidP="00A258DD">
      <w:pPr>
        <w:pStyle w:val="Heading2"/>
        <w:spacing w:before="240" w:after="100" w:line="240" w:lineRule="auto"/>
      </w:pPr>
      <w:r>
        <w:t>Virtual adaptation</w:t>
      </w:r>
    </w:p>
    <w:p w14:paraId="0B3E7580" w14:textId="77777777" w:rsidR="00A258DD" w:rsidRPr="00AA770F" w:rsidRDefault="00A258DD" w:rsidP="00A258DD">
      <w:pPr>
        <w:spacing w:after="140" w:line="283" w:lineRule="auto"/>
        <w:rPr>
          <w:sz w:val="22"/>
          <w:szCs w:val="24"/>
        </w:rPr>
      </w:pPr>
      <w:r w:rsidRPr="00AA770F">
        <w:rPr>
          <w:sz w:val="22"/>
          <w:szCs w:val="24"/>
        </w:rPr>
        <w:t>Use breakout pairs. Send each describer the image privately. The drawer uses paper or a digital whiteboard and shares only when the round ends.</w:t>
      </w:r>
    </w:p>
    <w:p w14:paraId="762E6EE3" w14:textId="77777777" w:rsidR="00A258DD" w:rsidRDefault="00A258DD" w:rsidP="00A258DD">
      <w:pPr>
        <w:pStyle w:val="Heading2"/>
        <w:spacing w:before="240" w:after="100" w:line="240" w:lineRule="auto"/>
      </w:pPr>
      <w:r>
        <w:t>Success looks like</w:t>
      </w:r>
    </w:p>
    <w:p w14:paraId="6E60EDED" w14:textId="77777777" w:rsidR="00A258DD" w:rsidRPr="00AA770F" w:rsidRDefault="00A258DD" w:rsidP="00A258DD">
      <w:pPr>
        <w:spacing w:after="140" w:line="283" w:lineRule="auto"/>
        <w:rPr>
          <w:sz w:val="22"/>
          <w:szCs w:val="24"/>
        </w:rPr>
      </w:pPr>
      <w:r w:rsidRPr="00AA770F">
        <w:rPr>
          <w:sz w:val="22"/>
          <w:szCs w:val="24"/>
        </w:rPr>
        <w:t>Participants enjoy the reveal, notice how assumptions distort instructions, and identify a question that could improve their next handoff.</w:t>
      </w:r>
    </w:p>
    <w:p w14:paraId="179499DB" w14:textId="77777777" w:rsidR="00A258DD" w:rsidRDefault="00A258DD" w:rsidP="00A258DD">
      <w:pPr>
        <w:pStyle w:val="Heading2"/>
        <w:spacing w:before="240" w:after="100" w:line="240" w:lineRule="auto"/>
      </w:pPr>
      <w:r>
        <w:t>Illustrative example</w:t>
      </w:r>
    </w:p>
    <w:p w14:paraId="3ADF2AAB" w14:textId="77777777" w:rsidR="00A258DD" w:rsidRPr="00AA770F" w:rsidRDefault="00A258DD" w:rsidP="00A258DD">
      <w:pPr>
        <w:spacing w:after="140" w:line="283" w:lineRule="auto"/>
        <w:rPr>
          <w:sz w:val="22"/>
          <w:szCs w:val="24"/>
        </w:rPr>
      </w:pPr>
      <w:r>
        <w:t xml:space="preserve">Ana asks Ben to draw a square above a circle. Ben puts the two shapes touching, while Ana pictured a gap. Both followed what they thought were clear instructions. In round two, Ben asks whether the shapes touch and </w:t>
      </w:r>
      <w:proofErr w:type="gramStart"/>
      <w:r>
        <w:t>catches</w:t>
      </w:r>
      <w:proofErr w:type="gramEnd"/>
      <w:r>
        <w:t xml:space="preserve"> the difference before drawing.</w:t>
      </w:r>
    </w:p>
    <w:p w14:paraId="1E74C03C" w14:textId="77777777" w:rsidR="00A258DD" w:rsidRDefault="00A258DD" w:rsidP="00A258DD">
      <w:pPr>
        <w:pStyle w:val="Title"/>
        <w:pageBreakBefore/>
      </w:pPr>
      <w:r>
        <w:lastRenderedPageBreak/>
        <w:t>Lost in Translation: Drawing Cards</w:t>
      </w:r>
    </w:p>
    <w:p w14:paraId="7FFF76AA" w14:textId="77777777" w:rsidR="00A258DD" w:rsidRDefault="00A258DD" w:rsidP="00A258DD">
      <w:r>
        <w:t>Facilitator materials  •  Share each card privately with the describer. Keep the drawing hidden from the partner who is drawing.</w:t>
      </w:r>
    </w:p>
    <w:p w14:paraId="067852CB" w14:textId="77777777" w:rsidR="00A258DD" w:rsidRDefault="00A258DD" w:rsidP="00A258DD">
      <w:pPr>
        <w:pStyle w:val="Heading2"/>
        <w:spacing w:before="840"/>
      </w:pPr>
      <w:r>
        <w:t>ROUND ONE  |  SHAPE CHALLENGE</w:t>
      </w:r>
    </w:p>
    <w:p w14:paraId="510CF31D" w14:textId="77777777" w:rsidR="00A258DD" w:rsidRDefault="00A258DD" w:rsidP="00A258DD">
      <w:r>
        <w:t>The describer explains the shapes. The drawer cannot ask questions.</w:t>
      </w:r>
    </w:p>
    <w:p w14:paraId="78D7704E" w14:textId="77777777" w:rsidR="00A258DD" w:rsidRDefault="00A258DD" w:rsidP="00A258DD">
      <w:pPr>
        <w:jc w:val="center"/>
      </w:pPr>
      <w:r>
        <w:rPr>
          <w:noProof/>
        </w:rPr>
        <w:drawing>
          <wp:inline distT="0" distB="0" distL="0" distR="0" wp14:anchorId="3CB47C61" wp14:editId="73145C7E">
            <wp:extent cx="6330901" cy="1772652"/>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6330901" cy="1772652"/>
                    </a:xfrm>
                    <a:prstGeom prst="rect">
                      <a:avLst/>
                    </a:prstGeom>
                  </pic:spPr>
                </pic:pic>
              </a:graphicData>
            </a:graphic>
          </wp:inline>
        </w:drawing>
      </w:r>
    </w:p>
    <w:p w14:paraId="7BFC5931" w14:textId="77777777" w:rsidR="00A258DD" w:rsidRDefault="00A258DD" w:rsidP="00A258DD">
      <w:pPr>
        <w:pStyle w:val="Heading2"/>
        <w:spacing w:before="840"/>
      </w:pPr>
      <w:r>
        <w:t>ROUND TWO  |  WORK HANDOFF</w:t>
      </w:r>
    </w:p>
    <w:p w14:paraId="1AF6AC8E" w14:textId="77777777" w:rsidR="00A258DD" w:rsidRDefault="00A258DD" w:rsidP="00A258DD">
      <w:r>
        <w:t>Switch roles. The drawer may ask questions and confirm details.</w:t>
      </w:r>
    </w:p>
    <w:p w14:paraId="044691E4" w14:textId="77777777" w:rsidR="00A258DD" w:rsidRDefault="00A258DD" w:rsidP="00A258DD">
      <w:pPr>
        <w:jc w:val="center"/>
      </w:pPr>
      <w:r>
        <w:rPr>
          <w:noProof/>
        </w:rPr>
        <w:drawing>
          <wp:inline distT="0" distB="0" distL="0" distR="0" wp14:anchorId="6F2D4402" wp14:editId="3696F2D8">
            <wp:extent cx="6201989" cy="17365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6279924" cy="1758379"/>
                    </a:xfrm>
                    <a:prstGeom prst="rect">
                      <a:avLst/>
                    </a:prstGeom>
                  </pic:spPr>
                </pic:pic>
              </a:graphicData>
            </a:graphic>
          </wp:inline>
        </w:drawing>
      </w:r>
    </w:p>
    <w:p w14:paraId="22578430" w14:textId="77777777" w:rsidR="00A258DD" w:rsidRDefault="00A258DD">
      <w:pPr>
        <w:rPr>
          <w:b/>
          <w:color w:val="1A2744"/>
          <w:sz w:val="18"/>
        </w:rPr>
      </w:pPr>
      <w:r>
        <w:rPr>
          <w:b/>
          <w:color w:val="1A2744"/>
          <w:sz w:val="18"/>
        </w:rPr>
        <w:br w:type="page"/>
      </w:r>
    </w:p>
    <w:p w14:paraId="1276ED4C" w14:textId="77777777" w:rsidR="003F5D8C" w:rsidRDefault="003F5D8C" w:rsidP="003F5D8C">
      <w:pPr>
        <w:pStyle w:val="Title"/>
        <w:spacing w:after="220"/>
      </w:pPr>
      <w:r>
        <w:lastRenderedPageBreak/>
        <w:t>The Missing Piece</w:t>
      </w:r>
    </w:p>
    <w:p w14:paraId="777A3780" w14:textId="77777777" w:rsidR="003F5D8C" w:rsidRPr="00AA770F" w:rsidRDefault="003F5D8C" w:rsidP="003F5D8C">
      <w:pPr>
        <w:spacing w:after="140" w:line="283" w:lineRule="auto"/>
        <w:jc w:val="right"/>
        <w:rPr>
          <w:sz w:val="32"/>
          <w:szCs w:val="36"/>
        </w:rPr>
      </w:pPr>
      <w:r w:rsidRPr="00AA770F">
        <w:rPr>
          <w:sz w:val="24"/>
          <w:szCs w:val="32"/>
        </w:rPr>
        <w:t>Communication &amp; Collaboration  •  Team Decision-Making</w:t>
      </w:r>
    </w:p>
    <w:p w14:paraId="26B020DD" w14:textId="77777777" w:rsidR="003F5D8C" w:rsidRDefault="003F5D8C" w:rsidP="003F5D8C">
      <w:pPr>
        <w:spacing w:after="140" w:line="283" w:lineRule="auto"/>
        <w:jc w:val="right"/>
      </w:pPr>
      <w:r>
        <w:t>ACTIVITY TIME  |  30 minutes     PREPARATION  |  10 minutes</w:t>
      </w:r>
    </w:p>
    <w:p w14:paraId="4DE97F66" w14:textId="77777777" w:rsidR="003F5D8C" w:rsidRPr="00A85E25" w:rsidRDefault="003F5D8C" w:rsidP="003F5D8C">
      <w:pPr>
        <w:spacing w:after="140" w:line="283" w:lineRule="auto"/>
        <w:rPr>
          <w:b/>
          <w:bCs/>
          <w:sz w:val="24"/>
          <w:szCs w:val="28"/>
        </w:rPr>
      </w:pPr>
      <w:r w:rsidRPr="00A85E25">
        <w:rPr>
          <w:b/>
          <w:bCs/>
          <w:sz w:val="24"/>
          <w:szCs w:val="28"/>
        </w:rPr>
        <w:t>A quick decision challenge that reveals the value of different perspectives</w:t>
      </w:r>
    </w:p>
    <w:p w14:paraId="11C93FFA" w14:textId="77777777" w:rsidR="003F5D8C" w:rsidRPr="00F17A1D" w:rsidRDefault="003F5D8C" w:rsidP="003F5D8C">
      <w:pPr>
        <w:pStyle w:val="Heading2"/>
        <w:spacing w:before="240" w:after="100" w:line="240" w:lineRule="auto"/>
        <w:rPr>
          <w:sz w:val="28"/>
          <w:szCs w:val="28"/>
        </w:rPr>
      </w:pPr>
      <w:r w:rsidRPr="00F17A1D">
        <w:rPr>
          <w:sz w:val="28"/>
          <w:szCs w:val="28"/>
        </w:rPr>
        <w:t>Why this activity matters</w:t>
      </w:r>
    </w:p>
    <w:p w14:paraId="70A81E14" w14:textId="77777777" w:rsidR="003F5D8C" w:rsidRPr="00F17A1D" w:rsidRDefault="003F5D8C" w:rsidP="003F5D8C">
      <w:pPr>
        <w:spacing w:after="140" w:line="283" w:lineRule="auto"/>
        <w:rPr>
          <w:sz w:val="22"/>
          <w:szCs w:val="24"/>
        </w:rPr>
      </w:pPr>
      <w:r w:rsidRPr="00F17A1D">
        <w:rPr>
          <w:sz w:val="22"/>
          <w:szCs w:val="24"/>
        </w:rPr>
        <w:t>A group can reach a confident decision while overlooking information held by someone in the room. This activity creates a familiar workplace dilemma, adds a few surprises, and shows how better decisions often depend on asking, listening, and making room for different perspectives.</w:t>
      </w:r>
    </w:p>
    <w:p w14:paraId="7C96D14F" w14:textId="77777777" w:rsidR="003F5D8C" w:rsidRPr="00F17A1D" w:rsidRDefault="003F5D8C" w:rsidP="003F5D8C">
      <w:pPr>
        <w:pStyle w:val="Heading2"/>
        <w:spacing w:before="240" w:after="100" w:line="240" w:lineRule="auto"/>
        <w:rPr>
          <w:sz w:val="28"/>
          <w:szCs w:val="28"/>
        </w:rPr>
      </w:pPr>
      <w:r w:rsidRPr="00F17A1D">
        <w:rPr>
          <w:sz w:val="28"/>
          <w:szCs w:val="28"/>
        </w:rPr>
        <w:t>The outcome</w:t>
      </w:r>
    </w:p>
    <w:p w14:paraId="40E8C134" w14:textId="77777777" w:rsidR="003F5D8C" w:rsidRPr="00F17A1D" w:rsidRDefault="003F5D8C" w:rsidP="003F5D8C">
      <w:pPr>
        <w:spacing w:after="140" w:line="283" w:lineRule="auto"/>
        <w:rPr>
          <w:sz w:val="22"/>
          <w:szCs w:val="24"/>
        </w:rPr>
      </w:pPr>
      <w:r w:rsidRPr="00F17A1D">
        <w:rPr>
          <w:sz w:val="22"/>
          <w:szCs w:val="24"/>
        </w:rPr>
        <w:t>Participants make an initial choice, discover information that changes the picture, and work together to recommend a practical solution. The goal is to experience how an open discussion can improve a decision.</w:t>
      </w:r>
    </w:p>
    <w:p w14:paraId="3C48CB52" w14:textId="77777777" w:rsidR="003F5D8C" w:rsidRPr="00F17A1D" w:rsidRDefault="003F5D8C" w:rsidP="003F5D8C">
      <w:pPr>
        <w:pStyle w:val="Heading2"/>
        <w:spacing w:before="240" w:after="100" w:line="240" w:lineRule="auto"/>
        <w:rPr>
          <w:sz w:val="28"/>
          <w:szCs w:val="28"/>
        </w:rPr>
      </w:pPr>
      <w:r w:rsidRPr="00F17A1D">
        <w:rPr>
          <w:sz w:val="28"/>
          <w:szCs w:val="28"/>
        </w:rPr>
        <w:t>Before the meeting | 10 minutes of preparation</w:t>
      </w:r>
    </w:p>
    <w:p w14:paraId="4FACE40D" w14:textId="77777777" w:rsidR="003F5D8C" w:rsidRPr="00F17A1D" w:rsidRDefault="003F5D8C" w:rsidP="003F5D8C">
      <w:pPr>
        <w:spacing w:after="140" w:line="283" w:lineRule="auto"/>
        <w:rPr>
          <w:sz w:val="22"/>
          <w:szCs w:val="24"/>
        </w:rPr>
      </w:pPr>
      <w:r w:rsidRPr="00F17A1D">
        <w:rPr>
          <w:sz w:val="22"/>
          <w:szCs w:val="24"/>
        </w:rPr>
        <w:t>Print one set of six Evidence Cards for every group of four to six, then cut the cards apart. Keep the cards face down until Step 3. Prepare to display the scenario and three options below. For virtual teams, send each card privately when prompted. No specialized knowledge is needed.</w:t>
      </w:r>
    </w:p>
    <w:p w14:paraId="36B5A9B4" w14:textId="77777777" w:rsidR="003F5D8C" w:rsidRPr="00F17A1D" w:rsidRDefault="003F5D8C" w:rsidP="003F5D8C">
      <w:pPr>
        <w:pStyle w:val="Heading2"/>
        <w:spacing w:before="240" w:after="100" w:line="240" w:lineRule="auto"/>
        <w:rPr>
          <w:sz w:val="28"/>
          <w:szCs w:val="28"/>
        </w:rPr>
      </w:pPr>
      <w:r w:rsidRPr="00F17A1D">
        <w:rPr>
          <w:sz w:val="28"/>
          <w:szCs w:val="28"/>
        </w:rPr>
        <w:t>1. Set the stage | 5 minutes</w:t>
      </w:r>
    </w:p>
    <w:p w14:paraId="723C3634" w14:textId="77777777" w:rsidR="003F5D8C" w:rsidRDefault="003F5D8C" w:rsidP="003F5D8C">
      <w:pPr>
        <w:spacing w:after="140" w:line="283" w:lineRule="auto"/>
        <w:rPr>
          <w:sz w:val="22"/>
          <w:szCs w:val="24"/>
        </w:rPr>
      </w:pPr>
      <w:r w:rsidRPr="00F17A1D">
        <w:rPr>
          <w:sz w:val="22"/>
          <w:szCs w:val="24"/>
        </w:rPr>
        <w:t>Say: “</w:t>
      </w:r>
      <w:r w:rsidRPr="006E1150">
        <w:rPr>
          <w:i/>
          <w:iCs/>
          <w:sz w:val="22"/>
          <w:szCs w:val="24"/>
        </w:rPr>
        <w:t xml:space="preserve">We make decisions every day with the information we have. But what if a teammate knows something important that no one thinks to ask about? Today you will </w:t>
      </w:r>
      <w:r w:rsidR="00691EB2">
        <w:rPr>
          <w:i/>
          <w:iCs/>
          <w:sz w:val="22"/>
          <w:szCs w:val="24"/>
        </w:rPr>
        <w:t>choose a course of action</w:t>
      </w:r>
      <w:r w:rsidRPr="006E1150">
        <w:rPr>
          <w:i/>
          <w:iCs/>
          <w:sz w:val="22"/>
          <w:szCs w:val="24"/>
        </w:rPr>
        <w:t xml:space="preserve"> and </w:t>
      </w:r>
      <w:r w:rsidR="00C44424">
        <w:rPr>
          <w:i/>
          <w:iCs/>
          <w:sz w:val="22"/>
          <w:szCs w:val="24"/>
        </w:rPr>
        <w:t xml:space="preserve">determine what </w:t>
      </w:r>
      <w:r w:rsidRPr="006E1150">
        <w:rPr>
          <w:i/>
          <w:iCs/>
          <w:sz w:val="22"/>
          <w:szCs w:val="24"/>
        </w:rPr>
        <w:t>changes</w:t>
      </w:r>
      <w:r w:rsidR="00C44424">
        <w:rPr>
          <w:i/>
          <w:iCs/>
          <w:sz w:val="22"/>
          <w:szCs w:val="24"/>
        </w:rPr>
        <w:t xml:space="preserve"> as a </w:t>
      </w:r>
      <w:proofErr w:type="gramStart"/>
      <w:r w:rsidR="00C44424">
        <w:rPr>
          <w:i/>
          <w:iCs/>
          <w:sz w:val="22"/>
          <w:szCs w:val="24"/>
        </w:rPr>
        <w:t>result</w:t>
      </w:r>
      <w:r w:rsidRPr="006E1150">
        <w:rPr>
          <w:i/>
          <w:iCs/>
          <w:sz w:val="22"/>
          <w:szCs w:val="24"/>
        </w:rPr>
        <w:t>.</w:t>
      </w:r>
      <w:r w:rsidRPr="00F17A1D">
        <w:rPr>
          <w:sz w:val="22"/>
          <w:szCs w:val="24"/>
        </w:rPr>
        <w:t>”</w:t>
      </w:r>
      <w:proofErr w:type="gramEnd"/>
    </w:p>
    <w:p w14:paraId="0AF8649A" w14:textId="77777777" w:rsidR="003F5D8C" w:rsidRDefault="003F5D8C" w:rsidP="003F5D8C">
      <w:pPr>
        <w:spacing w:after="140" w:line="283" w:lineRule="auto"/>
        <w:rPr>
          <w:sz w:val="22"/>
          <w:szCs w:val="24"/>
        </w:rPr>
      </w:pPr>
      <w:r w:rsidRPr="00F17A1D">
        <w:rPr>
          <w:sz w:val="22"/>
          <w:szCs w:val="24"/>
        </w:rPr>
        <w:t>Read the scenario: “</w:t>
      </w:r>
      <w:r w:rsidRPr="006E1150">
        <w:rPr>
          <w:i/>
          <w:iCs/>
          <w:sz w:val="22"/>
          <w:szCs w:val="24"/>
        </w:rPr>
        <w:t xml:space="preserve">Your team is spending too much time correcting incomplete work after it has been passed from one employee or team to another. Your manager has asked you to choose ONE improvement to test next month. You can try (A) refresher training, (B) a daily ten-minute huddle, or (C) </w:t>
      </w:r>
      <w:r>
        <w:rPr>
          <w:i/>
          <w:iCs/>
          <w:sz w:val="22"/>
          <w:szCs w:val="24"/>
        </w:rPr>
        <w:t>a</w:t>
      </w:r>
      <w:r w:rsidRPr="006E1150">
        <w:rPr>
          <w:i/>
          <w:iCs/>
          <w:sz w:val="22"/>
          <w:szCs w:val="24"/>
        </w:rPr>
        <w:t xml:space="preserve"> standard </w:t>
      </w:r>
      <w:r>
        <w:rPr>
          <w:i/>
          <w:iCs/>
          <w:sz w:val="22"/>
          <w:szCs w:val="24"/>
        </w:rPr>
        <w:t>email to the team</w:t>
      </w:r>
      <w:r w:rsidRPr="006E1150">
        <w:rPr>
          <w:i/>
          <w:iCs/>
          <w:sz w:val="22"/>
          <w:szCs w:val="24"/>
        </w:rPr>
        <w:t xml:space="preserve"> with the key information needed to complete the work.</w:t>
      </w:r>
      <w:r w:rsidRPr="00F17A1D">
        <w:rPr>
          <w:sz w:val="22"/>
          <w:szCs w:val="24"/>
        </w:rPr>
        <w:t>”</w:t>
      </w:r>
    </w:p>
    <w:p w14:paraId="76381739" w14:textId="77777777" w:rsidR="003F5D8C" w:rsidRPr="00AC7BEE" w:rsidRDefault="003F5D8C" w:rsidP="003F5D8C">
      <w:pPr>
        <w:spacing w:after="140" w:line="283" w:lineRule="auto"/>
        <w:rPr>
          <w:rFonts w:asciiTheme="majorHAnsi" w:hAnsiTheme="majorHAnsi" w:cstheme="majorHAnsi"/>
          <w:b/>
          <w:bCs/>
          <w:color w:val="1A2744"/>
          <w:sz w:val="28"/>
          <w:szCs w:val="28"/>
        </w:rPr>
      </w:pPr>
      <w:r w:rsidRPr="00AC7BEE">
        <w:rPr>
          <w:rFonts w:asciiTheme="majorHAnsi" w:hAnsiTheme="majorHAnsi" w:cstheme="majorHAnsi"/>
          <w:b/>
          <w:bCs/>
          <w:color w:val="1A2744"/>
          <w:sz w:val="28"/>
          <w:szCs w:val="28"/>
        </w:rPr>
        <w:t>2. Make your first call | 5 minutes</w:t>
      </w:r>
    </w:p>
    <w:p w14:paraId="60DFD726" w14:textId="77777777" w:rsidR="003F5D8C" w:rsidRPr="00F17A1D" w:rsidRDefault="003F5D8C" w:rsidP="003F5D8C">
      <w:pPr>
        <w:spacing w:after="140" w:line="283" w:lineRule="auto"/>
        <w:rPr>
          <w:sz w:val="22"/>
          <w:szCs w:val="24"/>
        </w:rPr>
      </w:pPr>
      <w:r w:rsidRPr="00F17A1D">
        <w:rPr>
          <w:sz w:val="22"/>
          <w:szCs w:val="24"/>
        </w:rPr>
        <w:t xml:space="preserve">Have everyone choose A, B, or C privately and write down one reason. In groups of four to six, invite quick opinions, but </w:t>
      </w:r>
      <w:r w:rsidR="00294F0D" w:rsidRPr="00294F0D">
        <w:rPr>
          <w:sz w:val="22"/>
          <w:szCs w:val="24"/>
        </w:rPr>
        <w:t xml:space="preserve">don’t </w:t>
      </w:r>
      <w:r w:rsidRPr="00F17A1D">
        <w:rPr>
          <w:sz w:val="22"/>
          <w:szCs w:val="24"/>
        </w:rPr>
        <w:t>try to reach consensus yet. Ask for a show of hands to see which option is most popular. Keep the first choices visible.</w:t>
      </w:r>
    </w:p>
    <w:p w14:paraId="064DA6F3" w14:textId="77777777" w:rsidR="003F5D8C" w:rsidRPr="00F17A1D" w:rsidRDefault="003F5D8C" w:rsidP="003F5D8C">
      <w:pPr>
        <w:spacing w:after="140" w:line="283" w:lineRule="auto"/>
        <w:rPr>
          <w:sz w:val="22"/>
          <w:szCs w:val="24"/>
        </w:rPr>
      </w:pPr>
      <w:r w:rsidRPr="006E1150">
        <w:rPr>
          <w:b/>
          <w:sz w:val="22"/>
          <w:szCs w:val="24"/>
        </w:rPr>
        <w:t>Leader cue:</w:t>
      </w:r>
      <w:r w:rsidRPr="003658C8">
        <w:rPr>
          <w:bCs/>
          <w:sz w:val="22"/>
          <w:szCs w:val="24"/>
        </w:rPr>
        <w:t xml:space="preserve"> Resist explaining the options or guiding the choice. There is no trick answer to guess. The point is to notice what people assume when information is limited.</w:t>
      </w:r>
    </w:p>
    <w:p w14:paraId="6C0A5918" w14:textId="77777777" w:rsidR="003F5D8C" w:rsidRPr="00AC7BEE" w:rsidRDefault="003F5D8C" w:rsidP="003F5D8C">
      <w:pPr>
        <w:pStyle w:val="Heading2"/>
        <w:spacing w:before="240" w:after="100" w:line="240" w:lineRule="auto"/>
        <w:rPr>
          <w:sz w:val="28"/>
          <w:szCs w:val="28"/>
        </w:rPr>
      </w:pPr>
      <w:r w:rsidRPr="00AC7BEE">
        <w:rPr>
          <w:sz w:val="28"/>
          <w:szCs w:val="28"/>
        </w:rPr>
        <w:t>3. Reveal the missing pieces | 10 minutes</w:t>
      </w:r>
    </w:p>
    <w:p w14:paraId="6408DCFC" w14:textId="77777777" w:rsidR="003F5D8C" w:rsidRPr="009E556C" w:rsidRDefault="003F5D8C" w:rsidP="003F5D8C">
      <w:pPr>
        <w:spacing w:after="140" w:line="283" w:lineRule="auto"/>
        <w:rPr>
          <w:sz w:val="22"/>
          <w:szCs w:val="24"/>
        </w:rPr>
      </w:pPr>
      <w:r w:rsidRPr="009E556C">
        <w:rPr>
          <w:sz w:val="22"/>
          <w:szCs w:val="24"/>
        </w:rPr>
        <w:t>Explain that each participant will receive information the others may not have. Give everyone one Evidence Card</w:t>
      </w:r>
      <w:r w:rsidR="00E0703F">
        <w:rPr>
          <w:sz w:val="22"/>
          <w:szCs w:val="24"/>
        </w:rPr>
        <w:t>. I</w:t>
      </w:r>
      <w:r>
        <w:rPr>
          <w:sz w:val="22"/>
          <w:szCs w:val="24"/>
        </w:rPr>
        <w:t>n small groups some people may get two cards</w:t>
      </w:r>
      <w:r w:rsidRPr="009E556C">
        <w:rPr>
          <w:sz w:val="22"/>
          <w:szCs w:val="24"/>
        </w:rPr>
        <w:t>. Allow a minute to read silently.</w:t>
      </w:r>
    </w:p>
    <w:p w14:paraId="4312A5B5" w14:textId="77777777" w:rsidR="003F5D8C" w:rsidRPr="009E556C" w:rsidRDefault="003F5D8C" w:rsidP="003F5D8C">
      <w:pPr>
        <w:spacing w:after="140" w:line="283" w:lineRule="auto"/>
        <w:rPr>
          <w:sz w:val="22"/>
          <w:szCs w:val="24"/>
        </w:rPr>
      </w:pPr>
      <w:r w:rsidRPr="009E556C">
        <w:rPr>
          <w:sz w:val="22"/>
          <w:szCs w:val="24"/>
        </w:rPr>
        <w:lastRenderedPageBreak/>
        <w:t xml:space="preserve">Have participants share their information </w:t>
      </w:r>
      <w:r>
        <w:rPr>
          <w:sz w:val="22"/>
          <w:szCs w:val="24"/>
        </w:rPr>
        <w:t>with the group</w:t>
      </w:r>
      <w:r w:rsidRPr="009E556C">
        <w:rPr>
          <w:sz w:val="22"/>
          <w:szCs w:val="24"/>
        </w:rPr>
        <w:t>. Encourage questions and discussion about how these new facts might affect their original decision.</w:t>
      </w:r>
    </w:p>
    <w:p w14:paraId="3D6BFBC1" w14:textId="77777777" w:rsidR="003F5D8C" w:rsidRPr="00F17A1D" w:rsidRDefault="003F5D8C" w:rsidP="003F5D8C">
      <w:pPr>
        <w:spacing w:after="140" w:line="283" w:lineRule="auto"/>
        <w:rPr>
          <w:sz w:val="22"/>
          <w:szCs w:val="24"/>
        </w:rPr>
      </w:pPr>
      <w:r w:rsidRPr="008A60C9">
        <w:rPr>
          <w:b/>
          <w:bCs/>
          <w:sz w:val="22"/>
          <w:szCs w:val="24"/>
        </w:rPr>
        <w:t xml:space="preserve">Leader cue: </w:t>
      </w:r>
      <w:r w:rsidRPr="009E556C">
        <w:rPr>
          <w:sz w:val="22"/>
          <w:szCs w:val="24"/>
        </w:rPr>
        <w:t>Remind the group that the goal is not to defend their first choice, but to make the best decision with the information now available.</w:t>
      </w:r>
    </w:p>
    <w:p w14:paraId="72A5DD46" w14:textId="77777777" w:rsidR="003F5D8C" w:rsidRPr="00F17A1D" w:rsidRDefault="003F5D8C" w:rsidP="003F5D8C">
      <w:pPr>
        <w:pStyle w:val="Heading2"/>
        <w:spacing w:before="240" w:after="100" w:line="240" w:lineRule="auto"/>
        <w:rPr>
          <w:sz w:val="28"/>
          <w:szCs w:val="28"/>
        </w:rPr>
      </w:pPr>
      <w:r w:rsidRPr="00F17A1D">
        <w:rPr>
          <w:sz w:val="28"/>
          <w:szCs w:val="28"/>
        </w:rPr>
        <w:t>4. Make the better decision | 10 minutes</w:t>
      </w:r>
    </w:p>
    <w:p w14:paraId="6026AF2E" w14:textId="77777777" w:rsidR="003F5D8C" w:rsidRPr="008A60C9" w:rsidRDefault="003F5D8C" w:rsidP="003F5D8C">
      <w:pPr>
        <w:spacing w:after="140" w:line="283" w:lineRule="auto"/>
        <w:rPr>
          <w:sz w:val="22"/>
          <w:szCs w:val="24"/>
        </w:rPr>
      </w:pPr>
      <w:r w:rsidRPr="008A60C9">
        <w:rPr>
          <w:sz w:val="22"/>
          <w:szCs w:val="24"/>
        </w:rPr>
        <w:t>Ask each group to reconsider the three options and agree on a final recommendation. They should explain what they chose, what information influenced their decision, and what they would still need to confirm before acting.</w:t>
      </w:r>
    </w:p>
    <w:p w14:paraId="471B4F27" w14:textId="77777777" w:rsidR="003F5D8C" w:rsidRPr="008A60C9" w:rsidRDefault="003F5D8C" w:rsidP="003F5D8C">
      <w:pPr>
        <w:spacing w:after="140" w:line="283" w:lineRule="auto"/>
        <w:rPr>
          <w:sz w:val="22"/>
          <w:szCs w:val="24"/>
        </w:rPr>
      </w:pPr>
      <w:r w:rsidRPr="008A60C9">
        <w:rPr>
          <w:sz w:val="22"/>
          <w:szCs w:val="24"/>
        </w:rPr>
        <w:t xml:space="preserve">Invite each group to briefly share its </w:t>
      </w:r>
      <w:proofErr w:type="gramStart"/>
      <w:r w:rsidRPr="008A60C9">
        <w:rPr>
          <w:sz w:val="22"/>
          <w:szCs w:val="24"/>
        </w:rPr>
        <w:t>recommendation</w:t>
      </w:r>
      <w:proofErr w:type="gramEnd"/>
      <w:r w:rsidRPr="008A60C9">
        <w:rPr>
          <w:sz w:val="22"/>
          <w:szCs w:val="24"/>
        </w:rPr>
        <w:t>.</w:t>
      </w:r>
    </w:p>
    <w:p w14:paraId="7DB86408" w14:textId="77777777" w:rsidR="003F5D8C" w:rsidRDefault="003F5D8C" w:rsidP="003F5D8C">
      <w:pPr>
        <w:spacing w:after="140" w:line="283" w:lineRule="auto"/>
        <w:rPr>
          <w:sz w:val="22"/>
          <w:szCs w:val="24"/>
        </w:rPr>
      </w:pPr>
      <w:r w:rsidRPr="008A60C9">
        <w:rPr>
          <w:sz w:val="22"/>
          <w:szCs w:val="24"/>
        </w:rPr>
        <w:t>Ask: “</w:t>
      </w:r>
      <w:r w:rsidRPr="008A60C9">
        <w:rPr>
          <w:i/>
          <w:iCs/>
          <w:sz w:val="22"/>
          <w:szCs w:val="24"/>
        </w:rPr>
        <w:t>What information changed your thinking?</w:t>
      </w:r>
      <w:r w:rsidRPr="008A60C9">
        <w:rPr>
          <w:sz w:val="22"/>
          <w:szCs w:val="24"/>
        </w:rPr>
        <w:t>“ and “</w:t>
      </w:r>
      <w:r w:rsidRPr="008A60C9">
        <w:rPr>
          <w:i/>
          <w:iCs/>
          <w:sz w:val="22"/>
          <w:szCs w:val="24"/>
        </w:rPr>
        <w:t>Did anyone raise something the group might otherwise have overlooked?</w:t>
      </w:r>
      <w:r w:rsidRPr="008A60C9">
        <w:rPr>
          <w:sz w:val="22"/>
          <w:szCs w:val="24"/>
        </w:rPr>
        <w:t>“</w:t>
      </w:r>
    </w:p>
    <w:p w14:paraId="25E27115" w14:textId="77777777" w:rsidR="003F5D8C" w:rsidRPr="00AC7BEE" w:rsidRDefault="003F5D8C" w:rsidP="003F5D8C">
      <w:pPr>
        <w:spacing w:after="140" w:line="283" w:lineRule="auto"/>
        <w:rPr>
          <w:sz w:val="24"/>
          <w:szCs w:val="28"/>
        </w:rPr>
      </w:pPr>
      <w:r w:rsidRPr="00AC7BEE">
        <w:rPr>
          <w:b/>
          <w:bCs/>
          <w:sz w:val="22"/>
          <w:szCs w:val="24"/>
        </w:rPr>
        <w:t>Close by saying:</w:t>
      </w:r>
      <w:r w:rsidRPr="00AC7BEE">
        <w:rPr>
          <w:sz w:val="22"/>
          <w:szCs w:val="24"/>
        </w:rPr>
        <w:t xml:space="preserve"> “</w:t>
      </w:r>
      <w:r w:rsidRPr="008A60C9">
        <w:rPr>
          <w:i/>
          <w:iCs/>
          <w:sz w:val="22"/>
          <w:szCs w:val="24"/>
        </w:rPr>
        <w:t>The best decisions come after the facts are on the table and somebody has challenged the first assumption, which matters more than how quickly everyone agrees.</w:t>
      </w:r>
      <w:r w:rsidRPr="00AC7BEE">
        <w:rPr>
          <w:sz w:val="22"/>
          <w:szCs w:val="24"/>
        </w:rPr>
        <w:t>”</w:t>
      </w:r>
    </w:p>
    <w:p w14:paraId="7B18F4F0" w14:textId="77777777" w:rsidR="003F5D8C" w:rsidRDefault="003F5D8C" w:rsidP="00FD78A1">
      <w:pPr>
        <w:pStyle w:val="Title"/>
        <w:spacing w:before="240" w:after="220"/>
      </w:pPr>
      <w:r>
        <w:t>Facilitator Notes</w:t>
      </w:r>
    </w:p>
    <w:p w14:paraId="077991E1" w14:textId="77777777" w:rsidR="003F5D8C" w:rsidRDefault="003F5D8C" w:rsidP="003F5D8C">
      <w:pPr>
        <w:pStyle w:val="Heading2"/>
        <w:spacing w:before="240" w:after="100" w:line="240" w:lineRule="auto"/>
      </w:pPr>
      <w:r>
        <w:t>Leader’s insight</w:t>
      </w:r>
    </w:p>
    <w:p w14:paraId="5DDE0D6C" w14:textId="77777777" w:rsidR="003F5D8C" w:rsidRPr="00AA770F" w:rsidRDefault="003F5D8C" w:rsidP="003F5D8C">
      <w:pPr>
        <w:spacing w:after="140" w:line="283" w:lineRule="auto"/>
        <w:rPr>
          <w:sz w:val="22"/>
          <w:szCs w:val="24"/>
        </w:rPr>
      </w:pPr>
      <w:r w:rsidRPr="00AA770F">
        <w:rPr>
          <w:sz w:val="22"/>
          <w:szCs w:val="24"/>
        </w:rPr>
        <w:t>The best contribution in a meeting may come from someone who knows a detail others missed. Good leadership is not simply collecting votes or pushing for agreement. It is making sure important information reaches the table, asking what evidence is missing, and allowing the team to challenge its first conclusion.</w:t>
      </w:r>
    </w:p>
    <w:p w14:paraId="2AB5DA47" w14:textId="77777777" w:rsidR="003F5D8C" w:rsidRDefault="003F5D8C" w:rsidP="003F5D8C">
      <w:pPr>
        <w:pStyle w:val="Heading2"/>
        <w:spacing w:before="240" w:after="100" w:line="240" w:lineRule="auto"/>
      </w:pPr>
      <w:r>
        <w:t>What to watch for</w:t>
      </w:r>
    </w:p>
    <w:p w14:paraId="1D839ACE" w14:textId="77777777" w:rsidR="003F5D8C" w:rsidRPr="00AA770F" w:rsidRDefault="003F5D8C" w:rsidP="003F5D8C">
      <w:pPr>
        <w:spacing w:after="140" w:line="283" w:lineRule="auto"/>
        <w:rPr>
          <w:sz w:val="22"/>
          <w:szCs w:val="24"/>
        </w:rPr>
      </w:pPr>
      <w:r w:rsidRPr="00AA770F">
        <w:rPr>
          <w:sz w:val="22"/>
          <w:szCs w:val="24"/>
        </w:rPr>
        <w:t>Notice whether the group hears every card before deciding, whether someone changes their mind, and whether confident voices dominate the conversation. Different facts may favor different options. Do</w:t>
      </w:r>
      <w:r w:rsidR="00294F0D">
        <w:rPr>
          <w:sz w:val="22"/>
          <w:szCs w:val="24"/>
        </w:rPr>
        <w:t>n’t</w:t>
      </w:r>
      <w:r w:rsidRPr="00AA770F">
        <w:rPr>
          <w:sz w:val="22"/>
          <w:szCs w:val="24"/>
        </w:rPr>
        <w:t xml:space="preserve"> imply that a unanimous answer is necessarily the best answer.</w:t>
      </w:r>
    </w:p>
    <w:p w14:paraId="5CD68F79" w14:textId="77777777" w:rsidR="003F5D8C" w:rsidRDefault="003F5D8C" w:rsidP="003F5D8C">
      <w:pPr>
        <w:pStyle w:val="Heading2"/>
        <w:spacing w:before="240" w:after="100" w:line="240" w:lineRule="auto"/>
      </w:pPr>
      <w:r>
        <w:t>If the discussion stalls</w:t>
      </w:r>
    </w:p>
    <w:p w14:paraId="2E4B0F77" w14:textId="77777777" w:rsidR="003F5D8C" w:rsidRPr="00AA770F" w:rsidRDefault="003F5D8C" w:rsidP="003F5D8C">
      <w:pPr>
        <w:spacing w:after="140" w:line="283" w:lineRule="auto"/>
        <w:rPr>
          <w:sz w:val="22"/>
          <w:szCs w:val="24"/>
        </w:rPr>
      </w:pPr>
      <w:r w:rsidRPr="00AA770F">
        <w:rPr>
          <w:sz w:val="22"/>
          <w:szCs w:val="24"/>
        </w:rPr>
        <w:t>Ask: “</w:t>
      </w:r>
      <w:r w:rsidRPr="008A60C9">
        <w:rPr>
          <w:i/>
          <w:iCs/>
          <w:sz w:val="22"/>
          <w:szCs w:val="24"/>
        </w:rPr>
        <w:t>Which fact surprised you?</w:t>
      </w:r>
      <w:r w:rsidRPr="00AA770F">
        <w:rPr>
          <w:sz w:val="22"/>
          <w:szCs w:val="24"/>
        </w:rPr>
        <w:t>” or “</w:t>
      </w:r>
      <w:r w:rsidRPr="008A60C9">
        <w:rPr>
          <w:i/>
          <w:iCs/>
          <w:sz w:val="22"/>
          <w:szCs w:val="24"/>
        </w:rPr>
        <w:t>What would make one of these options fail?</w:t>
      </w:r>
      <w:r w:rsidRPr="00AA770F">
        <w:rPr>
          <w:sz w:val="22"/>
          <w:szCs w:val="24"/>
        </w:rPr>
        <w:t>” If the group divides, ask what each side is trying to protect. A thoughtful disagreement is useful evidence that people are examining the tradeoffs.</w:t>
      </w:r>
    </w:p>
    <w:p w14:paraId="109D2166" w14:textId="77777777" w:rsidR="003F5D8C" w:rsidRDefault="003F5D8C" w:rsidP="003F5D8C">
      <w:pPr>
        <w:pStyle w:val="Heading2"/>
        <w:spacing w:before="240" w:after="100" w:line="240" w:lineRule="auto"/>
      </w:pPr>
      <w:r>
        <w:t>Virtual adaptation</w:t>
      </w:r>
    </w:p>
    <w:p w14:paraId="7716FF5F" w14:textId="77777777" w:rsidR="003F5D8C" w:rsidRPr="00AA770F" w:rsidRDefault="003F5D8C" w:rsidP="003F5D8C">
      <w:pPr>
        <w:spacing w:after="140" w:line="283" w:lineRule="auto"/>
        <w:rPr>
          <w:sz w:val="22"/>
          <w:szCs w:val="24"/>
        </w:rPr>
      </w:pPr>
      <w:r w:rsidRPr="00AA770F">
        <w:rPr>
          <w:sz w:val="22"/>
          <w:szCs w:val="24"/>
        </w:rPr>
        <w:t>Use breakout rooms of four to six. Post the scenario and options for everyone, then send Evidence Cards in private messages or separate documents. Have each group report its recommendation and one piece of information that affected it.</w:t>
      </w:r>
    </w:p>
    <w:p w14:paraId="484FDDFE" w14:textId="77777777" w:rsidR="003F5D8C" w:rsidRDefault="003F5D8C" w:rsidP="003F5D8C">
      <w:pPr>
        <w:pStyle w:val="Heading2"/>
        <w:spacing w:before="240" w:after="100" w:line="240" w:lineRule="auto"/>
      </w:pPr>
      <w:r>
        <w:t>Optional follow-up</w:t>
      </w:r>
    </w:p>
    <w:p w14:paraId="3B042421" w14:textId="77777777" w:rsidR="003F5D8C" w:rsidRPr="00AA770F" w:rsidRDefault="003F5D8C" w:rsidP="003F5D8C">
      <w:pPr>
        <w:spacing w:after="140" w:line="283" w:lineRule="auto"/>
        <w:rPr>
          <w:sz w:val="22"/>
          <w:szCs w:val="24"/>
        </w:rPr>
      </w:pPr>
      <w:r w:rsidRPr="00AA770F">
        <w:rPr>
          <w:sz w:val="22"/>
          <w:szCs w:val="24"/>
        </w:rPr>
        <w:t>Before a real team decision, ask: “</w:t>
      </w:r>
      <w:r w:rsidRPr="008A60C9">
        <w:rPr>
          <w:i/>
          <w:iCs/>
          <w:sz w:val="22"/>
          <w:szCs w:val="24"/>
        </w:rPr>
        <w:t>What information might someone else have that we have not heard yet?</w:t>
      </w:r>
      <w:r w:rsidRPr="00AA770F">
        <w:rPr>
          <w:sz w:val="22"/>
          <w:szCs w:val="24"/>
        </w:rPr>
        <w:t xml:space="preserve">” </w:t>
      </w:r>
      <w:r w:rsidR="00AE2E53">
        <w:rPr>
          <w:sz w:val="22"/>
          <w:szCs w:val="24"/>
        </w:rPr>
        <w:t xml:space="preserve">Schedule an </w:t>
      </w:r>
      <w:r w:rsidRPr="00AA770F">
        <w:rPr>
          <w:sz w:val="22"/>
          <w:szCs w:val="24"/>
        </w:rPr>
        <w:t>additional meeting i</w:t>
      </w:r>
      <w:r w:rsidR="00AE2E53">
        <w:rPr>
          <w:sz w:val="22"/>
          <w:szCs w:val="24"/>
        </w:rPr>
        <w:t>f</w:t>
      </w:r>
      <w:r w:rsidRPr="00AA770F">
        <w:rPr>
          <w:sz w:val="22"/>
          <w:szCs w:val="24"/>
        </w:rPr>
        <w:t xml:space="preserve"> needed.</w:t>
      </w:r>
    </w:p>
    <w:p w14:paraId="28EACB13" w14:textId="77777777" w:rsidR="003F5D8C" w:rsidRDefault="003F5D8C" w:rsidP="003F5D8C">
      <w:pPr>
        <w:pStyle w:val="Heading2"/>
        <w:spacing w:before="240" w:after="100" w:line="240" w:lineRule="auto"/>
      </w:pPr>
      <w:r>
        <w:lastRenderedPageBreak/>
        <w:t>Success looks like</w:t>
      </w:r>
    </w:p>
    <w:p w14:paraId="527D5D83" w14:textId="77777777" w:rsidR="003F5D8C" w:rsidRPr="00AA770F" w:rsidRDefault="003F5D8C" w:rsidP="003F5D8C">
      <w:pPr>
        <w:spacing w:after="140" w:line="283" w:lineRule="auto"/>
        <w:rPr>
          <w:sz w:val="22"/>
          <w:szCs w:val="24"/>
        </w:rPr>
      </w:pPr>
      <w:r w:rsidRPr="00AA770F">
        <w:rPr>
          <w:sz w:val="22"/>
          <w:szCs w:val="24"/>
        </w:rPr>
        <w:t>People notice that their first choice rested on incomplete information, invite viewpoints they initially overlooked, and can explain why their final recommendation is better informed. Teams may reach different defensible conclusions.</w:t>
      </w:r>
    </w:p>
    <w:p w14:paraId="2E793A9D" w14:textId="77777777" w:rsidR="003F5D8C" w:rsidRDefault="003F5D8C" w:rsidP="003F5D8C">
      <w:pPr>
        <w:pStyle w:val="Heading2"/>
        <w:spacing w:before="240" w:after="100" w:line="240" w:lineRule="auto"/>
      </w:pPr>
      <w:r>
        <w:t>Illustrative example</w:t>
      </w:r>
    </w:p>
    <w:p w14:paraId="7BCA7292" w14:textId="77777777" w:rsidR="003F5D8C" w:rsidRPr="00AA770F" w:rsidRDefault="003F5D8C" w:rsidP="003F5D8C">
      <w:pPr>
        <w:spacing w:after="140" w:line="283" w:lineRule="auto"/>
        <w:rPr>
          <w:sz w:val="22"/>
          <w:szCs w:val="24"/>
        </w:rPr>
      </w:pPr>
      <w:r w:rsidRPr="00AA770F">
        <w:rPr>
          <w:sz w:val="22"/>
          <w:szCs w:val="24"/>
        </w:rPr>
        <w:t xml:space="preserve">Four colleagues initially vote for daily huddles because the problem sounds like poor communication. After hearing that shifts rarely overlap, one teammate asks how a huddle would reach the whole team. They choose a standard handoff </w:t>
      </w:r>
      <w:r>
        <w:rPr>
          <w:sz w:val="22"/>
          <w:szCs w:val="24"/>
        </w:rPr>
        <w:t>email</w:t>
      </w:r>
      <w:r w:rsidRPr="00AA770F">
        <w:rPr>
          <w:sz w:val="22"/>
          <w:szCs w:val="24"/>
        </w:rPr>
        <w:t xml:space="preserve"> instead, while recognizing that they still need to test whether it solves the problem.</w:t>
      </w:r>
      <w:r>
        <w:rPr>
          <w:sz w:val="22"/>
          <w:szCs w:val="24"/>
        </w:rPr>
        <w:t xml:space="preserve"> </w:t>
      </w:r>
    </w:p>
    <w:p w14:paraId="209A4D91" w14:textId="77777777" w:rsidR="003F5D8C" w:rsidRDefault="003F5D8C" w:rsidP="003F5D8C">
      <w:pPr>
        <w:pStyle w:val="Title"/>
        <w:pageBreakBefore/>
        <w:spacing w:after="220"/>
      </w:pPr>
      <w:r>
        <w:lastRenderedPageBreak/>
        <w:t>The Missing Piece: Evidence Cards</w:t>
      </w:r>
    </w:p>
    <w:p w14:paraId="5A9E7756" w14:textId="77777777" w:rsidR="003F5D8C" w:rsidRDefault="003F5D8C" w:rsidP="003F5D8C">
      <w:pPr>
        <w:spacing w:after="360" w:line="283" w:lineRule="auto"/>
        <w:rPr>
          <w:sz w:val="22"/>
          <w:szCs w:val="28"/>
        </w:rPr>
      </w:pPr>
      <w:r w:rsidRPr="0023426A">
        <w:rPr>
          <w:bCs/>
          <w:sz w:val="22"/>
          <w:szCs w:val="28"/>
        </w:rPr>
        <w:t>Facilitator materials  •  Give each participant one or two cards during Step 3. Do</w:t>
      </w:r>
      <w:r w:rsidR="00294F0D">
        <w:rPr>
          <w:bCs/>
          <w:sz w:val="22"/>
          <w:szCs w:val="28"/>
        </w:rPr>
        <w:t>n’t</w:t>
      </w:r>
      <w:r w:rsidRPr="0023426A">
        <w:rPr>
          <w:bCs/>
          <w:sz w:val="22"/>
          <w:szCs w:val="28"/>
        </w:rPr>
        <w:t xml:space="preserve"> distribute all the facts before the first decision.</w:t>
      </w:r>
    </w:p>
    <w:p w14:paraId="0C54F8E9" w14:textId="77777777" w:rsidR="003F5D8C" w:rsidRDefault="003F5D8C" w:rsidP="003F5D8C">
      <w:pPr>
        <w:pStyle w:val="Heading2"/>
        <w:spacing w:before="240" w:after="100" w:line="240" w:lineRule="auto"/>
      </w:pPr>
      <w:r>
        <w:t>THE SIX PIECES OF EVIDENCE</w:t>
      </w:r>
    </w:p>
    <w:tbl>
      <w:tblPr>
        <w:tblW w:w="0" w:type="auto"/>
        <w:jc w:val="center"/>
        <w:tblLayout w:type="fixed"/>
        <w:tblLook w:val="04A0" w:firstRow="1" w:lastRow="0" w:firstColumn="1" w:lastColumn="0" w:noHBand="0" w:noVBand="1"/>
      </w:tblPr>
      <w:tblGrid>
        <w:gridCol w:w="4680"/>
        <w:gridCol w:w="4680"/>
      </w:tblGrid>
      <w:tr w:rsidR="003F5D8C" w14:paraId="3DE2CC4A" w14:textId="77777777" w:rsidTr="00060B29">
        <w:trPr>
          <w:jc w:val="center"/>
        </w:trPr>
        <w:tc>
          <w:tcPr>
            <w:tcW w:w="4680" w:type="dxa"/>
            <w:tcBorders>
              <w:top w:val="single" w:sz="6" w:space="0" w:color="BFC7D4"/>
              <w:left w:val="single" w:sz="6" w:space="0" w:color="BFC7D4"/>
              <w:bottom w:val="single" w:sz="6" w:space="0" w:color="BFC7D4"/>
              <w:right w:val="single" w:sz="6" w:space="0" w:color="BFC7D4"/>
            </w:tcBorders>
            <w:vAlign w:val="center"/>
          </w:tcPr>
          <w:p w14:paraId="32DDADE1" w14:textId="77777777" w:rsidR="003F5D8C" w:rsidRPr="00AC7BEE" w:rsidRDefault="003F5D8C" w:rsidP="00060B29">
            <w:pPr>
              <w:pStyle w:val="Heading2"/>
              <w:spacing w:before="80" w:after="100"/>
              <w:rPr>
                <w:sz w:val="28"/>
                <w:szCs w:val="28"/>
              </w:rPr>
            </w:pPr>
            <w:r w:rsidRPr="00AC7BEE">
              <w:rPr>
                <w:sz w:val="28"/>
                <w:szCs w:val="28"/>
              </w:rPr>
              <w:t>CARD 1  |  WHERE ERRORS HAPPEN</w:t>
            </w:r>
          </w:p>
          <w:p w14:paraId="7D646328" w14:textId="77777777" w:rsidR="003F5D8C" w:rsidRPr="00AC7BEE" w:rsidRDefault="003F5D8C" w:rsidP="00060B29">
            <w:pPr>
              <w:spacing w:after="140"/>
              <w:rPr>
                <w:sz w:val="28"/>
                <w:szCs w:val="28"/>
              </w:rPr>
            </w:pPr>
            <w:r w:rsidRPr="00AC7BEE">
              <w:rPr>
                <w:sz w:val="28"/>
                <w:szCs w:val="28"/>
              </w:rPr>
              <w:t>Most corrections involve assignments handed from one shift to another, not work completed within the same shift.</w:t>
            </w:r>
          </w:p>
        </w:tc>
        <w:tc>
          <w:tcPr>
            <w:tcW w:w="4680" w:type="dxa"/>
            <w:tcBorders>
              <w:top w:val="single" w:sz="6" w:space="0" w:color="BFC7D4"/>
              <w:left w:val="single" w:sz="6" w:space="0" w:color="BFC7D4"/>
              <w:bottom w:val="single" w:sz="6" w:space="0" w:color="BFC7D4"/>
              <w:right w:val="single" w:sz="6" w:space="0" w:color="BFC7D4"/>
            </w:tcBorders>
            <w:vAlign w:val="center"/>
          </w:tcPr>
          <w:p w14:paraId="0F3CEE3E" w14:textId="77777777" w:rsidR="003F5D8C" w:rsidRPr="00AC7BEE" w:rsidRDefault="003F5D8C" w:rsidP="00060B29">
            <w:pPr>
              <w:pStyle w:val="Heading2"/>
              <w:spacing w:before="80" w:after="100"/>
              <w:rPr>
                <w:sz w:val="28"/>
                <w:szCs w:val="28"/>
              </w:rPr>
            </w:pPr>
            <w:r w:rsidRPr="00AC7BEE">
              <w:rPr>
                <w:sz w:val="28"/>
                <w:szCs w:val="28"/>
              </w:rPr>
              <w:t>CARD 2  |  PROCESS KNOWLEDGE</w:t>
            </w:r>
          </w:p>
          <w:p w14:paraId="2F8C8BFA" w14:textId="77777777" w:rsidR="003F5D8C" w:rsidRPr="00AC7BEE" w:rsidRDefault="003F5D8C" w:rsidP="00060B29">
            <w:pPr>
              <w:spacing w:after="140"/>
              <w:rPr>
                <w:sz w:val="28"/>
                <w:szCs w:val="28"/>
              </w:rPr>
            </w:pPr>
            <w:r w:rsidRPr="00AC7BEE">
              <w:rPr>
                <w:sz w:val="28"/>
                <w:szCs w:val="28"/>
              </w:rPr>
              <w:t>In a recent check-in, most team members could accurately explain the handoff process. A few steps were still interpreted differently.</w:t>
            </w:r>
          </w:p>
        </w:tc>
      </w:tr>
      <w:tr w:rsidR="003F5D8C" w14:paraId="0CBA8DAD" w14:textId="77777777" w:rsidTr="00060B29">
        <w:trPr>
          <w:jc w:val="center"/>
        </w:trPr>
        <w:tc>
          <w:tcPr>
            <w:tcW w:w="4680" w:type="dxa"/>
            <w:tcBorders>
              <w:top w:val="single" w:sz="6" w:space="0" w:color="BFC7D4"/>
              <w:left w:val="single" w:sz="6" w:space="0" w:color="BFC7D4"/>
              <w:bottom w:val="single" w:sz="6" w:space="0" w:color="BFC7D4"/>
              <w:right w:val="single" w:sz="6" w:space="0" w:color="BFC7D4"/>
            </w:tcBorders>
            <w:vAlign w:val="center"/>
          </w:tcPr>
          <w:p w14:paraId="40C3FDE3" w14:textId="77777777" w:rsidR="003F5D8C" w:rsidRPr="00AC7BEE" w:rsidRDefault="003F5D8C" w:rsidP="00060B29">
            <w:pPr>
              <w:pStyle w:val="Heading2"/>
              <w:spacing w:before="80" w:after="100"/>
              <w:rPr>
                <w:sz w:val="28"/>
                <w:szCs w:val="28"/>
              </w:rPr>
            </w:pPr>
            <w:r w:rsidRPr="00AC7BEE">
              <w:rPr>
                <w:sz w:val="28"/>
                <w:szCs w:val="28"/>
              </w:rPr>
              <w:t>CARD 3  |  MISSING DETAILS</w:t>
            </w:r>
          </w:p>
          <w:p w14:paraId="39EFC07C" w14:textId="77777777" w:rsidR="003F5D8C" w:rsidRPr="00AC7BEE" w:rsidRDefault="003F5D8C" w:rsidP="00060B29">
            <w:pPr>
              <w:spacing w:after="140"/>
              <w:rPr>
                <w:sz w:val="28"/>
                <w:szCs w:val="28"/>
              </w:rPr>
            </w:pPr>
            <w:r w:rsidRPr="00AC7BEE">
              <w:rPr>
                <w:sz w:val="28"/>
                <w:szCs w:val="28"/>
              </w:rPr>
              <w:t xml:space="preserve">Many incomplete handoffs are </w:t>
            </w:r>
            <w:proofErr w:type="gramStart"/>
            <w:r w:rsidRPr="00AC7BEE">
              <w:rPr>
                <w:sz w:val="28"/>
                <w:szCs w:val="28"/>
              </w:rPr>
              <w:t>missing</w:t>
            </w:r>
            <w:proofErr w:type="gramEnd"/>
            <w:r w:rsidRPr="00AC7BEE">
              <w:rPr>
                <w:sz w:val="28"/>
                <w:szCs w:val="28"/>
              </w:rPr>
              <w:t xml:space="preserve"> the person responsible, the requested deadline, or which task matters most.</w:t>
            </w:r>
          </w:p>
        </w:tc>
        <w:tc>
          <w:tcPr>
            <w:tcW w:w="4680" w:type="dxa"/>
            <w:tcBorders>
              <w:top w:val="single" w:sz="6" w:space="0" w:color="BFC7D4"/>
              <w:left w:val="single" w:sz="6" w:space="0" w:color="BFC7D4"/>
              <w:bottom w:val="single" w:sz="6" w:space="0" w:color="BFC7D4"/>
              <w:right w:val="single" w:sz="6" w:space="0" w:color="BFC7D4"/>
            </w:tcBorders>
            <w:vAlign w:val="center"/>
          </w:tcPr>
          <w:p w14:paraId="3DB838C7" w14:textId="77777777" w:rsidR="003F5D8C" w:rsidRPr="00AC7BEE" w:rsidRDefault="003F5D8C" w:rsidP="00060B29">
            <w:pPr>
              <w:pStyle w:val="Heading2"/>
              <w:spacing w:before="80" w:after="100"/>
              <w:rPr>
                <w:sz w:val="28"/>
                <w:szCs w:val="28"/>
              </w:rPr>
            </w:pPr>
            <w:r w:rsidRPr="00AC7BEE">
              <w:rPr>
                <w:sz w:val="28"/>
                <w:szCs w:val="28"/>
              </w:rPr>
              <w:t>CARD 4  |  SCHEDULE REALITY</w:t>
            </w:r>
          </w:p>
          <w:p w14:paraId="5F66FB10" w14:textId="77777777" w:rsidR="003F5D8C" w:rsidRPr="00AC7BEE" w:rsidRDefault="003F5D8C" w:rsidP="00060B29">
            <w:pPr>
              <w:spacing w:after="140"/>
              <w:rPr>
                <w:sz w:val="28"/>
                <w:szCs w:val="28"/>
              </w:rPr>
            </w:pPr>
            <w:r w:rsidRPr="00AC7BEE">
              <w:rPr>
                <w:sz w:val="28"/>
                <w:szCs w:val="28"/>
              </w:rPr>
              <w:t xml:space="preserve">Only about four in ten employees are available at the same time. The rest work different hours or </w:t>
            </w:r>
            <w:r>
              <w:rPr>
                <w:sz w:val="28"/>
                <w:szCs w:val="28"/>
              </w:rPr>
              <w:t xml:space="preserve">work </w:t>
            </w:r>
            <w:r w:rsidRPr="00AC7BEE">
              <w:rPr>
                <w:sz w:val="28"/>
                <w:szCs w:val="28"/>
              </w:rPr>
              <w:t>remotely.</w:t>
            </w:r>
          </w:p>
        </w:tc>
      </w:tr>
      <w:tr w:rsidR="003F5D8C" w14:paraId="2F5FA6C5" w14:textId="77777777" w:rsidTr="00060B29">
        <w:trPr>
          <w:jc w:val="center"/>
        </w:trPr>
        <w:tc>
          <w:tcPr>
            <w:tcW w:w="4680" w:type="dxa"/>
            <w:tcBorders>
              <w:top w:val="single" w:sz="6" w:space="0" w:color="BFC7D4"/>
              <w:left w:val="single" w:sz="6" w:space="0" w:color="BFC7D4"/>
              <w:bottom w:val="single" w:sz="6" w:space="0" w:color="BFC7D4"/>
              <w:right w:val="single" w:sz="6" w:space="0" w:color="BFC7D4"/>
            </w:tcBorders>
            <w:vAlign w:val="center"/>
          </w:tcPr>
          <w:p w14:paraId="6BD9D8CC" w14:textId="77777777" w:rsidR="003F5D8C" w:rsidRPr="00AC7BEE" w:rsidRDefault="003F5D8C" w:rsidP="00060B29">
            <w:pPr>
              <w:pStyle w:val="Heading2"/>
              <w:spacing w:before="80" w:after="100"/>
              <w:rPr>
                <w:sz w:val="28"/>
                <w:szCs w:val="28"/>
              </w:rPr>
            </w:pPr>
            <w:r w:rsidRPr="00AC7BEE">
              <w:rPr>
                <w:sz w:val="28"/>
                <w:szCs w:val="28"/>
              </w:rPr>
              <w:t>CARD 5  |  AN OLD CHECKLIST</w:t>
            </w:r>
          </w:p>
          <w:p w14:paraId="1F5EF7BB" w14:textId="77777777" w:rsidR="003F5D8C" w:rsidRPr="00AC7BEE" w:rsidRDefault="003F5D8C" w:rsidP="00060B29">
            <w:pPr>
              <w:spacing w:after="140"/>
              <w:rPr>
                <w:sz w:val="28"/>
                <w:szCs w:val="28"/>
              </w:rPr>
            </w:pPr>
            <w:r w:rsidRPr="00AC7BEE">
              <w:rPr>
                <w:sz w:val="28"/>
                <w:szCs w:val="28"/>
              </w:rPr>
              <w:t>The team tried a two-page checklist last year. People stopped using it because it took too long and included details they rarely needed.</w:t>
            </w:r>
          </w:p>
        </w:tc>
        <w:tc>
          <w:tcPr>
            <w:tcW w:w="4680" w:type="dxa"/>
            <w:tcBorders>
              <w:top w:val="single" w:sz="6" w:space="0" w:color="BFC7D4"/>
              <w:left w:val="single" w:sz="6" w:space="0" w:color="BFC7D4"/>
              <w:bottom w:val="single" w:sz="6" w:space="0" w:color="BFC7D4"/>
              <w:right w:val="single" w:sz="6" w:space="0" w:color="BFC7D4"/>
            </w:tcBorders>
            <w:vAlign w:val="center"/>
          </w:tcPr>
          <w:p w14:paraId="195290E3" w14:textId="77777777" w:rsidR="003F5D8C" w:rsidRPr="00AC7BEE" w:rsidRDefault="003F5D8C" w:rsidP="00060B29">
            <w:pPr>
              <w:pStyle w:val="Heading2"/>
              <w:spacing w:before="80" w:after="100"/>
              <w:rPr>
                <w:sz w:val="28"/>
                <w:szCs w:val="28"/>
              </w:rPr>
            </w:pPr>
            <w:r w:rsidRPr="00AC7BEE">
              <w:rPr>
                <w:sz w:val="28"/>
                <w:szCs w:val="28"/>
              </w:rPr>
              <w:t>CARD 6  |  RECENT CHANGES</w:t>
            </w:r>
          </w:p>
          <w:p w14:paraId="0F8D00AD" w14:textId="77777777" w:rsidR="003F5D8C" w:rsidRPr="00AC7BEE" w:rsidRDefault="003F5D8C" w:rsidP="00060B29">
            <w:pPr>
              <w:spacing w:after="140"/>
              <w:rPr>
                <w:sz w:val="28"/>
                <w:szCs w:val="28"/>
              </w:rPr>
            </w:pPr>
            <w:r w:rsidRPr="00AC7BEE">
              <w:rPr>
                <w:sz w:val="28"/>
                <w:szCs w:val="28"/>
              </w:rPr>
              <w:t>Priorities have been changing midweek. Teammates often know an assignment changed, but the next person in the handoff does not.</w:t>
            </w:r>
          </w:p>
        </w:tc>
      </w:tr>
    </w:tbl>
    <w:p w14:paraId="038D96B5" w14:textId="77777777" w:rsidR="003F5D8C" w:rsidRPr="00AC7BEE" w:rsidRDefault="003F5D8C" w:rsidP="00876423">
      <w:pPr>
        <w:spacing w:before="360"/>
        <w:rPr>
          <w:sz w:val="22"/>
          <w:szCs w:val="24"/>
        </w:rPr>
      </w:pPr>
      <w:r w:rsidRPr="00AC7BEE">
        <w:rPr>
          <w:b/>
          <w:bCs/>
          <w:sz w:val="22"/>
          <w:szCs w:val="24"/>
        </w:rPr>
        <w:t>Facilitator reminder:</w:t>
      </w:r>
      <w:r w:rsidRPr="00AC7BEE">
        <w:rPr>
          <w:sz w:val="22"/>
          <w:szCs w:val="24"/>
        </w:rPr>
        <w:t xml:space="preserve"> There is no official answer key. Each option has benefits and limitations. Listen </w:t>
      </w:r>
      <w:proofErr w:type="gramStart"/>
      <w:r w:rsidRPr="00AC7BEE">
        <w:rPr>
          <w:sz w:val="22"/>
          <w:szCs w:val="24"/>
        </w:rPr>
        <w:t>for</w:t>
      </w:r>
      <w:proofErr w:type="gramEnd"/>
      <w:r w:rsidRPr="00AC7BEE">
        <w:rPr>
          <w:sz w:val="22"/>
          <w:szCs w:val="24"/>
        </w:rPr>
        <w:t xml:space="preserve"> how the group uses evidence, not whether it chooses a particular letter.</w:t>
      </w:r>
    </w:p>
    <w:p w14:paraId="69DB47A3" w14:textId="77777777" w:rsidR="00876423" w:rsidRDefault="00876423">
      <w:pPr>
        <w:rPr>
          <w:b/>
          <w:color w:val="1A2744"/>
          <w:sz w:val="18"/>
        </w:rPr>
      </w:pPr>
      <w:r>
        <w:rPr>
          <w:b/>
          <w:color w:val="1A2744"/>
          <w:sz w:val="18"/>
        </w:rPr>
        <w:br w:type="page"/>
      </w:r>
    </w:p>
    <w:p w14:paraId="1C5826A9" w14:textId="77777777" w:rsidR="005371ED" w:rsidRDefault="005371ED" w:rsidP="005371ED">
      <w:pPr>
        <w:pStyle w:val="Title"/>
        <w:spacing w:after="220"/>
      </w:pPr>
      <w:proofErr w:type="gramStart"/>
      <w:r>
        <w:lastRenderedPageBreak/>
        <w:t>What Went</w:t>
      </w:r>
      <w:proofErr w:type="gramEnd"/>
      <w:r>
        <w:t xml:space="preserve"> Wrong?</w:t>
      </w:r>
    </w:p>
    <w:p w14:paraId="7CCFF131" w14:textId="77777777" w:rsidR="005371ED" w:rsidRPr="00AA770F" w:rsidRDefault="005371ED" w:rsidP="005371ED">
      <w:pPr>
        <w:spacing w:after="140" w:line="283" w:lineRule="auto"/>
        <w:jc w:val="right"/>
        <w:rPr>
          <w:sz w:val="32"/>
          <w:szCs w:val="36"/>
        </w:rPr>
      </w:pPr>
      <w:r w:rsidRPr="00AA770F">
        <w:rPr>
          <w:sz w:val="24"/>
          <w:szCs w:val="32"/>
        </w:rPr>
        <w:t>Problem Solving &amp; Creativity</w:t>
      </w:r>
    </w:p>
    <w:p w14:paraId="5064CFCC" w14:textId="77777777" w:rsidR="005371ED" w:rsidRDefault="005371ED" w:rsidP="005371ED">
      <w:pPr>
        <w:spacing w:after="140" w:line="283" w:lineRule="auto"/>
        <w:jc w:val="right"/>
      </w:pPr>
      <w:r>
        <w:t>ACTIVITY TIME  |  25 minutes     PREPARATION  |  5 to 10 minutes</w:t>
      </w:r>
    </w:p>
    <w:p w14:paraId="4684ADA2" w14:textId="77777777" w:rsidR="005371ED" w:rsidRPr="00695453" w:rsidRDefault="005371ED" w:rsidP="005371ED">
      <w:pPr>
        <w:spacing w:after="140" w:line="283" w:lineRule="auto"/>
        <w:rPr>
          <w:b/>
          <w:bCs/>
          <w:sz w:val="24"/>
          <w:szCs w:val="28"/>
        </w:rPr>
      </w:pPr>
      <w:r w:rsidRPr="00695453">
        <w:rPr>
          <w:b/>
          <w:bCs/>
          <w:sz w:val="24"/>
          <w:szCs w:val="28"/>
        </w:rPr>
        <w:t xml:space="preserve">Imagine </w:t>
      </w:r>
      <w:proofErr w:type="gramStart"/>
      <w:r w:rsidRPr="00695453">
        <w:rPr>
          <w:b/>
          <w:bCs/>
          <w:sz w:val="24"/>
          <w:szCs w:val="28"/>
        </w:rPr>
        <w:t>the failure</w:t>
      </w:r>
      <w:proofErr w:type="gramEnd"/>
      <w:r w:rsidRPr="00695453">
        <w:rPr>
          <w:b/>
          <w:bCs/>
          <w:sz w:val="24"/>
          <w:szCs w:val="28"/>
        </w:rPr>
        <w:t>, then discover how to prevent it</w:t>
      </w:r>
    </w:p>
    <w:p w14:paraId="6B060899" w14:textId="77777777" w:rsidR="005371ED" w:rsidRPr="00F17A1D" w:rsidRDefault="005371ED" w:rsidP="005371ED">
      <w:pPr>
        <w:pStyle w:val="Heading2"/>
        <w:spacing w:before="240" w:after="100" w:line="240" w:lineRule="auto"/>
        <w:rPr>
          <w:sz w:val="28"/>
          <w:szCs w:val="28"/>
        </w:rPr>
      </w:pPr>
      <w:r w:rsidRPr="00F17A1D">
        <w:rPr>
          <w:sz w:val="28"/>
          <w:szCs w:val="28"/>
        </w:rPr>
        <w:t>Why this activity matters</w:t>
      </w:r>
    </w:p>
    <w:p w14:paraId="6184D33C" w14:textId="77777777" w:rsidR="005371ED" w:rsidRPr="00F17A1D" w:rsidRDefault="005371ED" w:rsidP="005371ED">
      <w:pPr>
        <w:spacing w:after="140" w:line="283" w:lineRule="auto"/>
        <w:rPr>
          <w:sz w:val="22"/>
          <w:szCs w:val="24"/>
        </w:rPr>
      </w:pPr>
      <w:r w:rsidRPr="00F17A1D">
        <w:rPr>
          <w:sz w:val="22"/>
          <w:szCs w:val="24"/>
        </w:rPr>
        <w:t xml:space="preserve">Teams are usually encouraged to </w:t>
      </w:r>
      <w:r>
        <w:rPr>
          <w:sz w:val="22"/>
          <w:szCs w:val="24"/>
        </w:rPr>
        <w:t xml:space="preserve">be positive and embrace tough challenges with a “can do” spirit, </w:t>
      </w:r>
      <w:r w:rsidRPr="00F17A1D">
        <w:rPr>
          <w:sz w:val="22"/>
          <w:szCs w:val="24"/>
        </w:rPr>
        <w:t>so people sometimes hesitate to raise concerns about a new plan. This activity turns that hesitation into a creative challenge: imagine that a project has already gone wrong, then uncover what the team can do now to improve its chances of success.</w:t>
      </w:r>
    </w:p>
    <w:p w14:paraId="3FA8962A" w14:textId="77777777" w:rsidR="005371ED" w:rsidRPr="00F17A1D" w:rsidRDefault="005371ED" w:rsidP="005371ED">
      <w:pPr>
        <w:pStyle w:val="Heading2"/>
        <w:spacing w:before="240" w:after="100" w:line="240" w:lineRule="auto"/>
        <w:rPr>
          <w:sz w:val="28"/>
          <w:szCs w:val="28"/>
        </w:rPr>
      </w:pPr>
      <w:r w:rsidRPr="00F17A1D">
        <w:rPr>
          <w:sz w:val="28"/>
          <w:szCs w:val="28"/>
        </w:rPr>
        <w:t>The outcome</w:t>
      </w:r>
    </w:p>
    <w:p w14:paraId="41959C47" w14:textId="77777777" w:rsidR="005371ED" w:rsidRPr="00F17A1D" w:rsidRDefault="005371ED" w:rsidP="005371ED">
      <w:pPr>
        <w:spacing w:after="140" w:line="283" w:lineRule="auto"/>
        <w:rPr>
          <w:sz w:val="22"/>
          <w:szCs w:val="24"/>
        </w:rPr>
      </w:pPr>
      <w:r w:rsidRPr="00F17A1D">
        <w:rPr>
          <w:sz w:val="22"/>
          <w:szCs w:val="24"/>
        </w:rPr>
        <w:t xml:space="preserve">Participants identify overlooked risks and choose one or two practical ways to prevent them. </w:t>
      </w:r>
      <w:proofErr w:type="gramStart"/>
      <w:r w:rsidRPr="00F17A1D">
        <w:rPr>
          <w:sz w:val="22"/>
          <w:szCs w:val="24"/>
        </w:rPr>
        <w:t>The exercise</w:t>
      </w:r>
      <w:proofErr w:type="gramEnd"/>
      <w:r w:rsidRPr="00F17A1D">
        <w:rPr>
          <w:sz w:val="22"/>
          <w:szCs w:val="24"/>
        </w:rPr>
        <w:t xml:space="preserve"> makes it easier to discuss concerns without blaming people or predicting that failure is inevitable.</w:t>
      </w:r>
    </w:p>
    <w:p w14:paraId="23993386" w14:textId="77777777" w:rsidR="005371ED" w:rsidRPr="00F17A1D" w:rsidRDefault="005371ED" w:rsidP="005371ED">
      <w:pPr>
        <w:pStyle w:val="Heading2"/>
        <w:spacing w:before="240" w:after="100" w:line="240" w:lineRule="auto"/>
        <w:rPr>
          <w:sz w:val="28"/>
          <w:szCs w:val="28"/>
        </w:rPr>
      </w:pPr>
      <w:r w:rsidRPr="00F17A1D">
        <w:rPr>
          <w:sz w:val="28"/>
          <w:szCs w:val="28"/>
        </w:rPr>
        <w:t>Before the meeting | 5 to 10 minutes of preparation</w:t>
      </w:r>
    </w:p>
    <w:p w14:paraId="475A6C74" w14:textId="77777777" w:rsidR="005371ED" w:rsidRPr="00F17A1D" w:rsidRDefault="005371ED" w:rsidP="005371ED">
      <w:pPr>
        <w:spacing w:after="140" w:line="283" w:lineRule="auto"/>
        <w:rPr>
          <w:sz w:val="22"/>
          <w:szCs w:val="24"/>
        </w:rPr>
      </w:pPr>
      <w:r w:rsidRPr="00F17A1D">
        <w:rPr>
          <w:sz w:val="22"/>
          <w:szCs w:val="24"/>
        </w:rPr>
        <w:t xml:space="preserve">Choose an upcoming project, event, or change the team knows enough about to discuss. Keep it specific, such as launching a </w:t>
      </w:r>
      <w:r>
        <w:rPr>
          <w:sz w:val="22"/>
          <w:szCs w:val="24"/>
        </w:rPr>
        <w:t xml:space="preserve">new </w:t>
      </w:r>
      <w:r w:rsidRPr="00F17A1D">
        <w:rPr>
          <w:sz w:val="22"/>
          <w:szCs w:val="24"/>
        </w:rPr>
        <w:t xml:space="preserve">service, reorganizing a work process, or hosting a customer event. Prepare a whiteboard or shared document for ideas. A printable worksheet is included at the </w:t>
      </w:r>
      <w:proofErr w:type="gramStart"/>
      <w:r w:rsidRPr="00F17A1D">
        <w:rPr>
          <w:sz w:val="22"/>
          <w:szCs w:val="24"/>
        </w:rPr>
        <w:t>end, but</w:t>
      </w:r>
      <w:proofErr w:type="gramEnd"/>
      <w:r w:rsidRPr="00F17A1D">
        <w:rPr>
          <w:sz w:val="22"/>
          <w:szCs w:val="24"/>
        </w:rPr>
        <w:t xml:space="preserve"> is optional.</w:t>
      </w:r>
    </w:p>
    <w:p w14:paraId="72FF70A2" w14:textId="77777777" w:rsidR="005371ED" w:rsidRPr="00F17A1D" w:rsidRDefault="005371ED" w:rsidP="005371ED">
      <w:pPr>
        <w:pStyle w:val="Heading2"/>
        <w:spacing w:before="240" w:after="100" w:line="240" w:lineRule="auto"/>
        <w:rPr>
          <w:sz w:val="28"/>
          <w:szCs w:val="28"/>
        </w:rPr>
      </w:pPr>
      <w:r w:rsidRPr="00F17A1D">
        <w:rPr>
          <w:sz w:val="28"/>
          <w:szCs w:val="28"/>
        </w:rPr>
        <w:t>1. Deliver the bad news | 5 minutes</w:t>
      </w:r>
    </w:p>
    <w:p w14:paraId="4C90F687" w14:textId="77777777" w:rsidR="005371ED" w:rsidRPr="00F17A1D" w:rsidRDefault="00893944" w:rsidP="005371ED">
      <w:pPr>
        <w:spacing w:after="140" w:line="283" w:lineRule="auto"/>
        <w:rPr>
          <w:sz w:val="22"/>
          <w:szCs w:val="24"/>
        </w:rPr>
      </w:pPr>
      <w:r>
        <w:rPr>
          <w:sz w:val="22"/>
          <w:szCs w:val="24"/>
        </w:rPr>
        <w:t xml:space="preserve">Regarding the </w:t>
      </w:r>
      <w:r w:rsidR="00E63E5C">
        <w:rPr>
          <w:sz w:val="22"/>
          <w:szCs w:val="24"/>
        </w:rPr>
        <w:t>upcoming</w:t>
      </w:r>
      <w:r>
        <w:rPr>
          <w:sz w:val="22"/>
          <w:szCs w:val="24"/>
        </w:rPr>
        <w:t xml:space="preserve"> project</w:t>
      </w:r>
      <w:r w:rsidR="005371ED">
        <w:rPr>
          <w:sz w:val="22"/>
          <w:szCs w:val="24"/>
        </w:rPr>
        <w:t>, a</w:t>
      </w:r>
      <w:r w:rsidR="005371ED" w:rsidRPr="00F17A1D">
        <w:rPr>
          <w:sz w:val="22"/>
          <w:szCs w:val="24"/>
        </w:rPr>
        <w:t>nnounce dramatically: “</w:t>
      </w:r>
      <w:r w:rsidR="005371ED" w:rsidRPr="00695453">
        <w:rPr>
          <w:i/>
          <w:iCs/>
          <w:sz w:val="22"/>
          <w:szCs w:val="24"/>
        </w:rPr>
        <w:t>I have some terrible news. We have jumped six months into the future, and our project was a complete disaster!</w:t>
      </w:r>
      <w:r w:rsidR="005371ED" w:rsidRPr="00F17A1D">
        <w:rPr>
          <w:sz w:val="22"/>
          <w:szCs w:val="24"/>
        </w:rPr>
        <w:t>” Pause for reactions, then ask: “</w:t>
      </w:r>
      <w:r w:rsidR="005371ED" w:rsidRPr="00695453">
        <w:rPr>
          <w:i/>
          <w:iCs/>
          <w:sz w:val="22"/>
          <w:szCs w:val="24"/>
        </w:rPr>
        <w:t>What happened?</w:t>
      </w:r>
      <w:r w:rsidR="005371ED" w:rsidRPr="00F17A1D">
        <w:rPr>
          <w:sz w:val="22"/>
          <w:szCs w:val="24"/>
        </w:rPr>
        <w:t xml:space="preserve">” Let the group </w:t>
      </w:r>
      <w:r w:rsidR="005371ED">
        <w:rPr>
          <w:sz w:val="22"/>
          <w:szCs w:val="24"/>
        </w:rPr>
        <w:t>sit with</w:t>
      </w:r>
      <w:r w:rsidR="005371ED" w:rsidRPr="00F17A1D">
        <w:rPr>
          <w:sz w:val="22"/>
          <w:szCs w:val="24"/>
        </w:rPr>
        <w:t xml:space="preserve"> the imaginary headlines before moving to the next step.</w:t>
      </w:r>
    </w:p>
    <w:p w14:paraId="704E86A9" w14:textId="77777777" w:rsidR="005371ED" w:rsidRPr="00F17A1D" w:rsidRDefault="005371ED" w:rsidP="005371ED">
      <w:pPr>
        <w:pStyle w:val="Heading2"/>
        <w:spacing w:before="240" w:after="100" w:line="240" w:lineRule="auto"/>
        <w:rPr>
          <w:sz w:val="28"/>
          <w:szCs w:val="28"/>
        </w:rPr>
      </w:pPr>
      <w:r w:rsidRPr="00F17A1D">
        <w:rPr>
          <w:sz w:val="28"/>
          <w:szCs w:val="28"/>
        </w:rPr>
        <w:t>2. Invent the disaster | 5 minutes</w:t>
      </w:r>
    </w:p>
    <w:p w14:paraId="0F90F7A2" w14:textId="77777777" w:rsidR="005371ED" w:rsidRPr="00F17A1D" w:rsidRDefault="005371ED" w:rsidP="005371ED">
      <w:pPr>
        <w:spacing w:after="140" w:line="283" w:lineRule="auto"/>
        <w:rPr>
          <w:sz w:val="22"/>
          <w:szCs w:val="24"/>
        </w:rPr>
      </w:pPr>
      <w:r w:rsidRPr="00F17A1D">
        <w:rPr>
          <w:sz w:val="22"/>
          <w:szCs w:val="24"/>
        </w:rPr>
        <w:t xml:space="preserve">Give everyone two minutes to privately list possible </w:t>
      </w:r>
      <w:r w:rsidR="00E63E5C" w:rsidRPr="00F17A1D">
        <w:rPr>
          <w:sz w:val="22"/>
          <w:szCs w:val="24"/>
        </w:rPr>
        <w:t>reasons for</w:t>
      </w:r>
      <w:r w:rsidRPr="00F17A1D">
        <w:rPr>
          <w:sz w:val="22"/>
          <w:szCs w:val="24"/>
        </w:rPr>
        <w:t xml:space="preserve"> the project fail</w:t>
      </w:r>
      <w:r w:rsidR="00E63E5C">
        <w:rPr>
          <w:sz w:val="22"/>
          <w:szCs w:val="24"/>
        </w:rPr>
        <w:t>ing</w:t>
      </w:r>
      <w:r w:rsidRPr="00F17A1D">
        <w:rPr>
          <w:sz w:val="22"/>
          <w:szCs w:val="24"/>
        </w:rPr>
        <w:t>. Encourage realistic problems</w:t>
      </w:r>
      <w:r>
        <w:rPr>
          <w:sz w:val="22"/>
          <w:szCs w:val="24"/>
        </w:rPr>
        <w:t>, unforeseen barriers,</w:t>
      </w:r>
      <w:r w:rsidRPr="00F17A1D">
        <w:rPr>
          <w:sz w:val="22"/>
          <w:szCs w:val="24"/>
        </w:rPr>
        <w:t xml:space="preserve"> and a few outrageous ones to get ideas flowing. Then invite quick examples from around the room. Record the reasons without debating or assigning blame.</w:t>
      </w:r>
    </w:p>
    <w:p w14:paraId="4778CD9B" w14:textId="77777777" w:rsidR="005371ED" w:rsidRPr="00F17A1D" w:rsidRDefault="005371ED" w:rsidP="005371ED">
      <w:pPr>
        <w:pStyle w:val="Heading2"/>
        <w:spacing w:before="240" w:after="100" w:line="240" w:lineRule="auto"/>
        <w:rPr>
          <w:sz w:val="28"/>
          <w:szCs w:val="28"/>
        </w:rPr>
      </w:pPr>
      <w:r w:rsidRPr="00F17A1D">
        <w:rPr>
          <w:sz w:val="28"/>
          <w:szCs w:val="28"/>
        </w:rPr>
        <w:t>3. Look for the warning signs | 10 minutes</w:t>
      </w:r>
    </w:p>
    <w:p w14:paraId="00747F4A" w14:textId="77777777" w:rsidR="005371ED" w:rsidRPr="00F17A1D" w:rsidRDefault="005371ED" w:rsidP="005371ED">
      <w:pPr>
        <w:spacing w:after="140" w:line="283" w:lineRule="auto"/>
        <w:rPr>
          <w:sz w:val="22"/>
          <w:szCs w:val="24"/>
        </w:rPr>
      </w:pPr>
      <w:r w:rsidRPr="00F17A1D">
        <w:rPr>
          <w:sz w:val="22"/>
          <w:szCs w:val="24"/>
        </w:rPr>
        <w:t>Group similar reasons. Ask: “</w:t>
      </w:r>
      <w:r w:rsidRPr="00695453">
        <w:rPr>
          <w:i/>
          <w:iCs/>
          <w:sz w:val="22"/>
          <w:szCs w:val="24"/>
        </w:rPr>
        <w:t xml:space="preserve">Which </w:t>
      </w:r>
      <w:r>
        <w:rPr>
          <w:i/>
          <w:iCs/>
          <w:sz w:val="22"/>
          <w:szCs w:val="24"/>
        </w:rPr>
        <w:t xml:space="preserve">of these issues </w:t>
      </w:r>
      <w:r w:rsidRPr="00695453">
        <w:rPr>
          <w:i/>
          <w:iCs/>
          <w:sz w:val="22"/>
          <w:szCs w:val="24"/>
        </w:rPr>
        <w:t>could really happen?</w:t>
      </w:r>
      <w:r w:rsidRPr="00F17A1D">
        <w:rPr>
          <w:sz w:val="22"/>
          <w:szCs w:val="24"/>
        </w:rPr>
        <w:t>” and “</w:t>
      </w:r>
      <w:r w:rsidRPr="00695453">
        <w:rPr>
          <w:i/>
          <w:iCs/>
          <w:sz w:val="22"/>
          <w:szCs w:val="24"/>
        </w:rPr>
        <w:t>What warning sign might appear first?</w:t>
      </w:r>
      <w:r w:rsidRPr="00F17A1D">
        <w:rPr>
          <w:sz w:val="22"/>
          <w:szCs w:val="24"/>
        </w:rPr>
        <w:t>” Circle the top two or three risks. Focus on problems, not people.</w:t>
      </w:r>
    </w:p>
    <w:p w14:paraId="1043F468" w14:textId="77777777" w:rsidR="005371ED" w:rsidRPr="00F17A1D" w:rsidRDefault="005371ED" w:rsidP="005371ED">
      <w:pPr>
        <w:pStyle w:val="Heading2"/>
        <w:spacing w:before="240" w:after="100" w:line="240" w:lineRule="auto"/>
        <w:rPr>
          <w:sz w:val="28"/>
          <w:szCs w:val="28"/>
        </w:rPr>
      </w:pPr>
      <w:r w:rsidRPr="00F17A1D">
        <w:rPr>
          <w:sz w:val="28"/>
          <w:szCs w:val="28"/>
        </w:rPr>
        <w:t>4. Rewrite the ending | 5 minutes</w:t>
      </w:r>
    </w:p>
    <w:p w14:paraId="1A03E7F1" w14:textId="77777777" w:rsidR="005371ED" w:rsidRPr="00F17A1D" w:rsidRDefault="005371ED" w:rsidP="005371ED">
      <w:pPr>
        <w:spacing w:after="140" w:line="283" w:lineRule="auto"/>
        <w:rPr>
          <w:sz w:val="22"/>
          <w:szCs w:val="24"/>
        </w:rPr>
      </w:pPr>
      <w:r w:rsidRPr="00F17A1D">
        <w:rPr>
          <w:sz w:val="22"/>
          <w:szCs w:val="24"/>
        </w:rPr>
        <w:t>For the top risks, ask: “</w:t>
      </w:r>
      <w:r w:rsidRPr="00695453">
        <w:rPr>
          <w:i/>
          <w:iCs/>
          <w:sz w:val="22"/>
          <w:szCs w:val="24"/>
        </w:rPr>
        <w:t>What could we do now to make this less likely</w:t>
      </w:r>
      <w:r w:rsidRPr="00F17A1D">
        <w:rPr>
          <w:sz w:val="22"/>
          <w:szCs w:val="24"/>
        </w:rPr>
        <w:t>?” Identify one or two realistic precautions the team can use. Close with: “</w:t>
      </w:r>
      <w:r w:rsidRPr="00695453">
        <w:rPr>
          <w:i/>
          <w:iCs/>
          <w:sz w:val="22"/>
          <w:szCs w:val="24"/>
        </w:rPr>
        <w:t>We cannot predict every problem, but we can spot some early enough to change the ending.</w:t>
      </w:r>
      <w:r w:rsidRPr="00F17A1D">
        <w:rPr>
          <w:sz w:val="22"/>
          <w:szCs w:val="24"/>
        </w:rPr>
        <w:t>” No formal tracking exercise is required.</w:t>
      </w:r>
    </w:p>
    <w:p w14:paraId="22E5C356" w14:textId="77777777" w:rsidR="005371ED" w:rsidRDefault="005371ED" w:rsidP="00FD78A1">
      <w:pPr>
        <w:pStyle w:val="Title"/>
        <w:spacing w:before="240" w:after="220"/>
      </w:pPr>
      <w:r>
        <w:lastRenderedPageBreak/>
        <w:t>Facilitator Notes</w:t>
      </w:r>
    </w:p>
    <w:p w14:paraId="63836D9B" w14:textId="77777777" w:rsidR="005371ED" w:rsidRPr="00F17A1D" w:rsidRDefault="005371ED" w:rsidP="005371ED">
      <w:pPr>
        <w:pStyle w:val="Heading2"/>
        <w:spacing w:before="240" w:after="100" w:line="240" w:lineRule="auto"/>
        <w:rPr>
          <w:sz w:val="28"/>
          <w:szCs w:val="28"/>
        </w:rPr>
      </w:pPr>
      <w:r w:rsidRPr="00F17A1D">
        <w:rPr>
          <w:sz w:val="28"/>
          <w:szCs w:val="28"/>
        </w:rPr>
        <w:t>Leader’s insight</w:t>
      </w:r>
    </w:p>
    <w:p w14:paraId="4410ADB6" w14:textId="77777777" w:rsidR="005371ED" w:rsidRPr="00F17A1D" w:rsidRDefault="005371ED" w:rsidP="005371ED">
      <w:pPr>
        <w:spacing w:after="140" w:line="283" w:lineRule="auto"/>
        <w:rPr>
          <w:sz w:val="22"/>
          <w:szCs w:val="24"/>
        </w:rPr>
      </w:pPr>
      <w:r w:rsidRPr="00F17A1D">
        <w:rPr>
          <w:sz w:val="22"/>
          <w:szCs w:val="24"/>
        </w:rPr>
        <w:t>This exercise adapts the pre-mortem technique popularized by psychologist Gary Klein. Imagining failure gives people permission to voice concerns without appearing negative about the plan. Strong leaders welcome those concerns early, when the team can still act on them. Credit: Gary Klein, “Performing a Project Premortem,” Harvard Business Review (2007).</w:t>
      </w:r>
    </w:p>
    <w:p w14:paraId="4EE4EB8B" w14:textId="77777777" w:rsidR="005371ED" w:rsidRPr="00F17A1D" w:rsidRDefault="005371ED" w:rsidP="005371ED">
      <w:pPr>
        <w:pStyle w:val="Heading2"/>
        <w:spacing w:before="240" w:after="100" w:line="240" w:lineRule="auto"/>
        <w:rPr>
          <w:sz w:val="28"/>
          <w:szCs w:val="28"/>
        </w:rPr>
      </w:pPr>
      <w:r w:rsidRPr="00F17A1D">
        <w:rPr>
          <w:sz w:val="28"/>
          <w:szCs w:val="28"/>
        </w:rPr>
        <w:t>What to watch for</w:t>
      </w:r>
    </w:p>
    <w:p w14:paraId="3F2D17D3" w14:textId="77777777" w:rsidR="005371ED" w:rsidRPr="00F17A1D" w:rsidRDefault="005371ED" w:rsidP="005371ED">
      <w:pPr>
        <w:spacing w:after="140" w:line="283" w:lineRule="auto"/>
        <w:rPr>
          <w:sz w:val="22"/>
          <w:szCs w:val="24"/>
        </w:rPr>
      </w:pPr>
      <w:r w:rsidRPr="00F17A1D">
        <w:rPr>
          <w:sz w:val="22"/>
          <w:szCs w:val="24"/>
        </w:rPr>
        <w:t>Invite quieter participants to offer ideas without requiring anyone to speak. Avoid dismissing an unlikely suggestion too quickly; it may point to a real weakness. Keep the humor focused on the imaginary situation, never on a coworker.</w:t>
      </w:r>
    </w:p>
    <w:p w14:paraId="3FF7DBCF" w14:textId="77777777" w:rsidR="005371ED" w:rsidRPr="00F17A1D" w:rsidRDefault="005371ED" w:rsidP="005371ED">
      <w:pPr>
        <w:pStyle w:val="Heading2"/>
        <w:spacing w:before="240" w:after="100" w:line="240" w:lineRule="auto"/>
        <w:rPr>
          <w:sz w:val="28"/>
          <w:szCs w:val="28"/>
        </w:rPr>
      </w:pPr>
      <w:r w:rsidRPr="00F17A1D">
        <w:rPr>
          <w:sz w:val="28"/>
          <w:szCs w:val="28"/>
        </w:rPr>
        <w:t>If the discussion stalls</w:t>
      </w:r>
    </w:p>
    <w:p w14:paraId="22B86C18" w14:textId="77777777" w:rsidR="005371ED" w:rsidRPr="00F17A1D" w:rsidRDefault="005371ED" w:rsidP="005371ED">
      <w:pPr>
        <w:spacing w:after="140" w:line="283" w:lineRule="auto"/>
        <w:rPr>
          <w:sz w:val="22"/>
          <w:szCs w:val="24"/>
        </w:rPr>
      </w:pPr>
      <w:r w:rsidRPr="00F17A1D">
        <w:rPr>
          <w:sz w:val="22"/>
          <w:szCs w:val="24"/>
        </w:rPr>
        <w:t>Offer a playful prompt</w:t>
      </w:r>
      <w:r>
        <w:rPr>
          <w:sz w:val="22"/>
          <w:szCs w:val="24"/>
        </w:rPr>
        <w:t xml:space="preserve"> such as </w:t>
      </w:r>
      <w:r w:rsidRPr="00F17A1D">
        <w:rPr>
          <w:sz w:val="22"/>
          <w:szCs w:val="24"/>
        </w:rPr>
        <w:t>“</w:t>
      </w:r>
      <w:r w:rsidRPr="00695453">
        <w:rPr>
          <w:i/>
          <w:iCs/>
          <w:sz w:val="22"/>
          <w:szCs w:val="24"/>
        </w:rPr>
        <w:t>The customer event had five guests instead of fifty. What went wrong?</w:t>
      </w:r>
      <w:r w:rsidRPr="00F17A1D">
        <w:rPr>
          <w:sz w:val="22"/>
          <w:szCs w:val="24"/>
        </w:rPr>
        <w:t>” Then broaden the conversation to communication, resources, timing, customer expectations, or decisions the team did not make.</w:t>
      </w:r>
    </w:p>
    <w:p w14:paraId="18178AAB" w14:textId="77777777" w:rsidR="005371ED" w:rsidRPr="00F17A1D" w:rsidRDefault="005371ED" w:rsidP="005371ED">
      <w:pPr>
        <w:pStyle w:val="Heading2"/>
        <w:spacing w:before="240" w:after="100" w:line="240" w:lineRule="auto"/>
        <w:rPr>
          <w:sz w:val="28"/>
          <w:szCs w:val="28"/>
        </w:rPr>
      </w:pPr>
      <w:r w:rsidRPr="00F17A1D">
        <w:rPr>
          <w:sz w:val="28"/>
          <w:szCs w:val="28"/>
        </w:rPr>
        <w:t>Virtual adaptation</w:t>
      </w:r>
    </w:p>
    <w:p w14:paraId="5A2F9391" w14:textId="77777777" w:rsidR="005371ED" w:rsidRPr="00F17A1D" w:rsidRDefault="005371ED" w:rsidP="005371ED">
      <w:pPr>
        <w:spacing w:after="140" w:line="283" w:lineRule="auto"/>
        <w:rPr>
          <w:sz w:val="22"/>
          <w:szCs w:val="24"/>
        </w:rPr>
      </w:pPr>
      <w:r w:rsidRPr="00F17A1D">
        <w:rPr>
          <w:sz w:val="22"/>
          <w:szCs w:val="24"/>
        </w:rPr>
        <w:t>Let everyone write their imaginary failure reasons privately first. Collect them in the meeting chat or a shared document. Group similar suggestions on screen before choosing the risks to address.</w:t>
      </w:r>
    </w:p>
    <w:p w14:paraId="6E3D0C85" w14:textId="77777777" w:rsidR="005371ED" w:rsidRPr="00F17A1D" w:rsidRDefault="005371ED" w:rsidP="005371ED">
      <w:pPr>
        <w:pStyle w:val="Heading2"/>
        <w:spacing w:before="240" w:after="100" w:line="240" w:lineRule="auto"/>
        <w:rPr>
          <w:sz w:val="28"/>
          <w:szCs w:val="28"/>
        </w:rPr>
      </w:pPr>
      <w:r w:rsidRPr="00F17A1D">
        <w:rPr>
          <w:sz w:val="28"/>
          <w:szCs w:val="28"/>
        </w:rPr>
        <w:t>Optional follow-up</w:t>
      </w:r>
    </w:p>
    <w:p w14:paraId="37164B45" w14:textId="77777777" w:rsidR="005371ED" w:rsidRPr="00F17A1D" w:rsidRDefault="005371ED" w:rsidP="005371ED">
      <w:pPr>
        <w:spacing w:after="140" w:line="283" w:lineRule="auto"/>
        <w:rPr>
          <w:sz w:val="22"/>
          <w:szCs w:val="24"/>
        </w:rPr>
      </w:pPr>
      <w:r w:rsidRPr="00F17A1D">
        <w:rPr>
          <w:sz w:val="22"/>
          <w:szCs w:val="24"/>
        </w:rPr>
        <w:t>If one of the identified risks becomes relevant later, remind the team of the precaution they suggested. Otherwise, there is no separate assignment or required review.</w:t>
      </w:r>
    </w:p>
    <w:p w14:paraId="6D5260C4" w14:textId="77777777" w:rsidR="005371ED" w:rsidRPr="00F17A1D" w:rsidRDefault="005371ED" w:rsidP="005371ED">
      <w:pPr>
        <w:pStyle w:val="Heading2"/>
        <w:spacing w:before="240" w:after="100" w:line="240" w:lineRule="auto"/>
        <w:rPr>
          <w:sz w:val="28"/>
          <w:szCs w:val="28"/>
        </w:rPr>
      </w:pPr>
      <w:r w:rsidRPr="00F17A1D">
        <w:rPr>
          <w:sz w:val="28"/>
          <w:szCs w:val="28"/>
        </w:rPr>
        <w:t>Success looks like</w:t>
      </w:r>
    </w:p>
    <w:p w14:paraId="0C574315" w14:textId="77777777" w:rsidR="005371ED" w:rsidRPr="00F17A1D" w:rsidRDefault="005371ED" w:rsidP="005371ED">
      <w:pPr>
        <w:spacing w:after="140" w:line="283" w:lineRule="auto"/>
        <w:rPr>
          <w:sz w:val="22"/>
          <w:szCs w:val="24"/>
        </w:rPr>
      </w:pPr>
      <w:r w:rsidRPr="00F17A1D">
        <w:rPr>
          <w:sz w:val="22"/>
          <w:szCs w:val="24"/>
        </w:rPr>
        <w:t xml:space="preserve">People have fun imagining what could go wrong, </w:t>
      </w:r>
      <w:proofErr w:type="gramStart"/>
      <w:r w:rsidRPr="00F17A1D">
        <w:rPr>
          <w:sz w:val="22"/>
          <w:szCs w:val="24"/>
        </w:rPr>
        <w:t>share</w:t>
      </w:r>
      <w:proofErr w:type="gramEnd"/>
      <w:r w:rsidRPr="00F17A1D">
        <w:rPr>
          <w:sz w:val="22"/>
          <w:szCs w:val="24"/>
        </w:rPr>
        <w:t xml:space="preserve"> concerns that might not surface in an ordinary planning </w:t>
      </w:r>
      <w:proofErr w:type="gramStart"/>
      <w:r w:rsidRPr="00F17A1D">
        <w:rPr>
          <w:sz w:val="22"/>
          <w:szCs w:val="24"/>
        </w:rPr>
        <w:t>meeting, and</w:t>
      </w:r>
      <w:proofErr w:type="gramEnd"/>
      <w:r w:rsidRPr="00F17A1D">
        <w:rPr>
          <w:sz w:val="22"/>
          <w:szCs w:val="24"/>
        </w:rPr>
        <w:t xml:space="preserve"> </w:t>
      </w:r>
      <w:proofErr w:type="gramStart"/>
      <w:r w:rsidRPr="00F17A1D">
        <w:rPr>
          <w:sz w:val="22"/>
          <w:szCs w:val="24"/>
        </w:rPr>
        <w:t>leave</w:t>
      </w:r>
      <w:proofErr w:type="gramEnd"/>
      <w:r w:rsidRPr="00F17A1D">
        <w:rPr>
          <w:sz w:val="22"/>
          <w:szCs w:val="24"/>
        </w:rPr>
        <w:t xml:space="preserve"> with at least one useful preventive idea.</w:t>
      </w:r>
    </w:p>
    <w:p w14:paraId="0AB5241F" w14:textId="77777777" w:rsidR="005371ED" w:rsidRDefault="005371ED" w:rsidP="005371ED">
      <w:pPr>
        <w:pStyle w:val="Title"/>
        <w:pageBreakBefore/>
        <w:spacing w:after="220"/>
      </w:pPr>
      <w:proofErr w:type="gramStart"/>
      <w:r>
        <w:lastRenderedPageBreak/>
        <w:t>What Went</w:t>
      </w:r>
      <w:proofErr w:type="gramEnd"/>
      <w:r>
        <w:t xml:space="preserve"> Wrong? | Team Worksheet</w:t>
      </w:r>
    </w:p>
    <w:p w14:paraId="6237622C" w14:textId="77777777" w:rsidR="005371ED" w:rsidRPr="00F17A1D" w:rsidRDefault="005371ED" w:rsidP="005371ED">
      <w:pPr>
        <w:spacing w:after="140" w:line="283" w:lineRule="auto"/>
        <w:rPr>
          <w:sz w:val="22"/>
          <w:szCs w:val="24"/>
        </w:rPr>
      </w:pPr>
      <w:r w:rsidRPr="00F17A1D">
        <w:rPr>
          <w:sz w:val="22"/>
          <w:szCs w:val="24"/>
        </w:rPr>
        <w:t>Optional participant or team worksheet  •  Type into the fields or print a copy. Use one sheet per group.</w:t>
      </w:r>
    </w:p>
    <w:p w14:paraId="01BE1292" w14:textId="77777777" w:rsidR="005371ED" w:rsidRPr="00F17A1D" w:rsidRDefault="005371ED" w:rsidP="005371ED">
      <w:pPr>
        <w:pStyle w:val="Heading2"/>
        <w:spacing w:before="240" w:after="100" w:line="240" w:lineRule="auto"/>
        <w:rPr>
          <w:sz w:val="28"/>
          <w:szCs w:val="28"/>
        </w:rPr>
      </w:pPr>
      <w:r w:rsidRPr="00F17A1D">
        <w:rPr>
          <w:sz w:val="28"/>
          <w:szCs w:val="28"/>
        </w:rPr>
        <w:t>Our project or event</w:t>
      </w:r>
    </w:p>
    <w:tbl>
      <w:tblPr>
        <w:tblW w:w="0" w:type="auto"/>
        <w:tblLayout w:type="fixed"/>
        <w:tblLook w:val="04A0" w:firstRow="1" w:lastRow="0" w:firstColumn="1" w:lastColumn="0" w:noHBand="0" w:noVBand="1"/>
      </w:tblPr>
      <w:tblGrid>
        <w:gridCol w:w="9792"/>
      </w:tblGrid>
      <w:tr w:rsidR="005371ED" w14:paraId="23DD97FA" w14:textId="77777777" w:rsidTr="00060B29">
        <w:tc>
          <w:tcPr>
            <w:tcW w:w="9792" w:type="dxa"/>
            <w:tcBorders>
              <w:top w:val="single" w:sz="6" w:space="0" w:color="BFC7D4"/>
              <w:left w:val="single" w:sz="6" w:space="0" w:color="BFC7D4"/>
              <w:bottom w:val="single" w:sz="6" w:space="0" w:color="BFC7D4"/>
              <w:right w:val="single" w:sz="6" w:space="0" w:color="BFC7D4"/>
            </w:tcBorders>
            <w:shd w:val="clear" w:color="auto" w:fill="FFF8E7"/>
            <w:vAlign w:val="center"/>
          </w:tcPr>
          <w:p w14:paraId="73DB23AF" w14:textId="77777777" w:rsidR="005371ED" w:rsidRDefault="005371ED" w:rsidP="00060B29">
            <w:pPr>
              <w:spacing w:before="160" w:after="160"/>
            </w:pPr>
            <w:r>
              <w:t xml:space="preserve"> </w:t>
            </w:r>
          </w:p>
          <w:p w14:paraId="38F4D6B4" w14:textId="77777777" w:rsidR="00262621" w:rsidRDefault="00262621" w:rsidP="00060B29">
            <w:pPr>
              <w:spacing w:before="160" w:after="160"/>
            </w:pPr>
          </w:p>
        </w:tc>
      </w:tr>
    </w:tbl>
    <w:p w14:paraId="071C0A78" w14:textId="77777777" w:rsidR="005371ED" w:rsidRPr="00F17A1D" w:rsidRDefault="005371ED" w:rsidP="005371ED">
      <w:pPr>
        <w:pStyle w:val="Heading2"/>
        <w:spacing w:before="240" w:after="100" w:line="240" w:lineRule="auto"/>
        <w:rPr>
          <w:sz w:val="28"/>
          <w:szCs w:val="28"/>
        </w:rPr>
      </w:pPr>
      <w:r w:rsidRPr="00F17A1D">
        <w:rPr>
          <w:sz w:val="28"/>
          <w:szCs w:val="28"/>
        </w:rPr>
        <w:t>Our imaginary failure headline</w:t>
      </w:r>
    </w:p>
    <w:tbl>
      <w:tblPr>
        <w:tblW w:w="0" w:type="auto"/>
        <w:tblLayout w:type="fixed"/>
        <w:tblLook w:val="04A0" w:firstRow="1" w:lastRow="0" w:firstColumn="1" w:lastColumn="0" w:noHBand="0" w:noVBand="1"/>
      </w:tblPr>
      <w:tblGrid>
        <w:gridCol w:w="9792"/>
      </w:tblGrid>
      <w:tr w:rsidR="005371ED" w14:paraId="2F125414" w14:textId="77777777" w:rsidTr="00060B29">
        <w:tc>
          <w:tcPr>
            <w:tcW w:w="9792" w:type="dxa"/>
            <w:tcBorders>
              <w:top w:val="single" w:sz="6" w:space="0" w:color="BFC7D4"/>
              <w:left w:val="single" w:sz="6" w:space="0" w:color="BFC7D4"/>
              <w:bottom w:val="single" w:sz="6" w:space="0" w:color="BFC7D4"/>
              <w:right w:val="single" w:sz="6" w:space="0" w:color="BFC7D4"/>
            </w:tcBorders>
            <w:shd w:val="clear" w:color="auto" w:fill="FFF8E7"/>
            <w:vAlign w:val="center"/>
          </w:tcPr>
          <w:p w14:paraId="59CA5D5B" w14:textId="77777777" w:rsidR="005371ED" w:rsidRDefault="005371ED" w:rsidP="00060B29">
            <w:pPr>
              <w:spacing w:before="160" w:after="160"/>
            </w:pPr>
            <w:r>
              <w:t xml:space="preserve"> </w:t>
            </w:r>
          </w:p>
          <w:p w14:paraId="436C5C00" w14:textId="77777777" w:rsidR="00262621" w:rsidRDefault="00262621" w:rsidP="00060B29">
            <w:pPr>
              <w:spacing w:before="160" w:after="160"/>
            </w:pPr>
          </w:p>
        </w:tc>
      </w:tr>
    </w:tbl>
    <w:p w14:paraId="6D304234" w14:textId="77777777" w:rsidR="005371ED" w:rsidRPr="00F17A1D" w:rsidRDefault="005371ED" w:rsidP="005371ED">
      <w:pPr>
        <w:pStyle w:val="Heading2"/>
        <w:spacing w:before="240" w:after="100" w:line="240" w:lineRule="auto"/>
        <w:rPr>
          <w:sz w:val="28"/>
          <w:szCs w:val="28"/>
        </w:rPr>
      </w:pPr>
      <w:r w:rsidRPr="00F17A1D">
        <w:rPr>
          <w:sz w:val="28"/>
          <w:szCs w:val="28"/>
        </w:rPr>
        <w:t>What might have caused it?</w:t>
      </w:r>
    </w:p>
    <w:tbl>
      <w:tblPr>
        <w:tblW w:w="0" w:type="auto"/>
        <w:tblLayout w:type="fixed"/>
        <w:tblLook w:val="04A0" w:firstRow="1" w:lastRow="0" w:firstColumn="1" w:lastColumn="0" w:noHBand="0" w:noVBand="1"/>
      </w:tblPr>
      <w:tblGrid>
        <w:gridCol w:w="9792"/>
      </w:tblGrid>
      <w:tr w:rsidR="005371ED" w14:paraId="221B8C48" w14:textId="77777777" w:rsidTr="00060B29">
        <w:tc>
          <w:tcPr>
            <w:tcW w:w="9792" w:type="dxa"/>
            <w:tcBorders>
              <w:top w:val="single" w:sz="6" w:space="0" w:color="BFC7D4"/>
              <w:left w:val="single" w:sz="6" w:space="0" w:color="BFC7D4"/>
              <w:bottom w:val="single" w:sz="6" w:space="0" w:color="BFC7D4"/>
              <w:right w:val="single" w:sz="6" w:space="0" w:color="BFC7D4"/>
            </w:tcBorders>
            <w:shd w:val="clear" w:color="auto" w:fill="FFF8E7"/>
            <w:vAlign w:val="center"/>
          </w:tcPr>
          <w:p w14:paraId="6F68B4E8" w14:textId="77777777" w:rsidR="005371ED" w:rsidRDefault="005371ED" w:rsidP="00060B29">
            <w:pPr>
              <w:spacing w:before="160" w:after="160"/>
            </w:pPr>
            <w:r>
              <w:t xml:space="preserve"> </w:t>
            </w:r>
          </w:p>
          <w:p w14:paraId="1EF11767" w14:textId="77777777" w:rsidR="00262621" w:rsidRDefault="00262621" w:rsidP="00060B29">
            <w:pPr>
              <w:spacing w:before="160" w:after="160"/>
            </w:pPr>
          </w:p>
        </w:tc>
      </w:tr>
    </w:tbl>
    <w:p w14:paraId="15E17309" w14:textId="77777777" w:rsidR="005371ED" w:rsidRPr="00F17A1D" w:rsidRDefault="005371ED" w:rsidP="005371ED">
      <w:pPr>
        <w:pStyle w:val="Heading2"/>
        <w:spacing w:before="240" w:after="100" w:line="240" w:lineRule="auto"/>
        <w:rPr>
          <w:sz w:val="28"/>
          <w:szCs w:val="28"/>
        </w:rPr>
      </w:pPr>
      <w:r w:rsidRPr="00F17A1D">
        <w:rPr>
          <w:sz w:val="28"/>
          <w:szCs w:val="28"/>
        </w:rPr>
        <w:t>Which warning signs should we watch for?</w:t>
      </w:r>
    </w:p>
    <w:tbl>
      <w:tblPr>
        <w:tblW w:w="0" w:type="auto"/>
        <w:tblLayout w:type="fixed"/>
        <w:tblLook w:val="04A0" w:firstRow="1" w:lastRow="0" w:firstColumn="1" w:lastColumn="0" w:noHBand="0" w:noVBand="1"/>
      </w:tblPr>
      <w:tblGrid>
        <w:gridCol w:w="9792"/>
      </w:tblGrid>
      <w:tr w:rsidR="005371ED" w14:paraId="282EC081" w14:textId="77777777" w:rsidTr="00060B29">
        <w:tc>
          <w:tcPr>
            <w:tcW w:w="9792" w:type="dxa"/>
            <w:tcBorders>
              <w:top w:val="single" w:sz="6" w:space="0" w:color="BFC7D4"/>
              <w:left w:val="single" w:sz="6" w:space="0" w:color="BFC7D4"/>
              <w:bottom w:val="single" w:sz="6" w:space="0" w:color="BFC7D4"/>
              <w:right w:val="single" w:sz="6" w:space="0" w:color="BFC7D4"/>
            </w:tcBorders>
            <w:shd w:val="clear" w:color="auto" w:fill="FFF8E7"/>
            <w:vAlign w:val="center"/>
          </w:tcPr>
          <w:p w14:paraId="0506E1B0" w14:textId="77777777" w:rsidR="005371ED" w:rsidRDefault="005371ED" w:rsidP="00060B29">
            <w:pPr>
              <w:spacing w:before="160" w:after="160"/>
            </w:pPr>
            <w:r>
              <w:t xml:space="preserve"> </w:t>
            </w:r>
          </w:p>
          <w:p w14:paraId="740CC000" w14:textId="77777777" w:rsidR="00262621" w:rsidRDefault="00262621" w:rsidP="00060B29">
            <w:pPr>
              <w:spacing w:before="160" w:after="160"/>
            </w:pPr>
          </w:p>
        </w:tc>
      </w:tr>
    </w:tbl>
    <w:p w14:paraId="249BDC1F" w14:textId="77777777" w:rsidR="005371ED" w:rsidRPr="00F17A1D" w:rsidRDefault="005371ED" w:rsidP="005371ED">
      <w:pPr>
        <w:pStyle w:val="Heading2"/>
        <w:spacing w:before="240" w:after="100" w:line="240" w:lineRule="auto"/>
        <w:rPr>
          <w:sz w:val="28"/>
          <w:szCs w:val="28"/>
        </w:rPr>
      </w:pPr>
      <w:r w:rsidRPr="00F17A1D">
        <w:rPr>
          <w:sz w:val="28"/>
          <w:szCs w:val="28"/>
        </w:rPr>
        <w:t>One or two ways we could prevent the problem</w:t>
      </w:r>
    </w:p>
    <w:tbl>
      <w:tblPr>
        <w:tblW w:w="0" w:type="auto"/>
        <w:tblLayout w:type="fixed"/>
        <w:tblLook w:val="04A0" w:firstRow="1" w:lastRow="0" w:firstColumn="1" w:lastColumn="0" w:noHBand="0" w:noVBand="1"/>
      </w:tblPr>
      <w:tblGrid>
        <w:gridCol w:w="9792"/>
      </w:tblGrid>
      <w:tr w:rsidR="005371ED" w14:paraId="5C23D2D4" w14:textId="77777777" w:rsidTr="00060B29">
        <w:tc>
          <w:tcPr>
            <w:tcW w:w="9792" w:type="dxa"/>
            <w:tcBorders>
              <w:top w:val="single" w:sz="6" w:space="0" w:color="BFC7D4"/>
              <w:left w:val="single" w:sz="6" w:space="0" w:color="BFC7D4"/>
              <w:bottom w:val="single" w:sz="6" w:space="0" w:color="BFC7D4"/>
              <w:right w:val="single" w:sz="6" w:space="0" w:color="BFC7D4"/>
            </w:tcBorders>
            <w:shd w:val="clear" w:color="auto" w:fill="FFF8E7"/>
            <w:vAlign w:val="center"/>
          </w:tcPr>
          <w:p w14:paraId="0A586124" w14:textId="77777777" w:rsidR="005371ED" w:rsidRDefault="005371ED" w:rsidP="00060B29">
            <w:pPr>
              <w:spacing w:before="160" w:after="160"/>
            </w:pPr>
            <w:r>
              <w:t xml:space="preserve"> </w:t>
            </w:r>
          </w:p>
          <w:p w14:paraId="7B934750" w14:textId="77777777" w:rsidR="00262621" w:rsidRDefault="00262621" w:rsidP="00060B29">
            <w:pPr>
              <w:spacing w:before="160" w:after="160"/>
            </w:pPr>
          </w:p>
        </w:tc>
      </w:tr>
    </w:tbl>
    <w:p w14:paraId="655BF823" w14:textId="77777777" w:rsidR="00A24BD8" w:rsidRDefault="00A24BD8">
      <w:pPr>
        <w:rPr>
          <w:b/>
          <w:color w:val="1A2744"/>
          <w:sz w:val="18"/>
        </w:rPr>
      </w:pPr>
    </w:p>
    <w:p w14:paraId="144B50DA" w14:textId="77777777" w:rsidR="00A24BD8" w:rsidRDefault="00A24BD8">
      <w:pPr>
        <w:rPr>
          <w:b/>
          <w:color w:val="1A2744"/>
          <w:sz w:val="18"/>
        </w:rPr>
      </w:pPr>
      <w:r>
        <w:rPr>
          <w:b/>
          <w:color w:val="1A2744"/>
          <w:sz w:val="18"/>
        </w:rPr>
        <w:br w:type="page"/>
      </w:r>
    </w:p>
    <w:p w14:paraId="28697185" w14:textId="77777777" w:rsidR="001925A1" w:rsidRDefault="001925A1" w:rsidP="001925A1">
      <w:pPr>
        <w:pStyle w:val="Title"/>
        <w:spacing w:after="220"/>
      </w:pPr>
      <w:r>
        <w:lastRenderedPageBreak/>
        <w:t>Crazy Enough to Work?</w:t>
      </w:r>
    </w:p>
    <w:p w14:paraId="7034C93D" w14:textId="77777777" w:rsidR="001925A1" w:rsidRPr="00AA770F" w:rsidRDefault="001925A1" w:rsidP="001925A1">
      <w:pPr>
        <w:spacing w:after="140" w:line="283" w:lineRule="auto"/>
        <w:jc w:val="right"/>
        <w:rPr>
          <w:sz w:val="32"/>
          <w:szCs w:val="36"/>
        </w:rPr>
      </w:pPr>
      <w:r w:rsidRPr="00AA770F">
        <w:rPr>
          <w:sz w:val="24"/>
          <w:szCs w:val="32"/>
        </w:rPr>
        <w:t>Problem Solving &amp; Creativity</w:t>
      </w:r>
    </w:p>
    <w:p w14:paraId="341925C4" w14:textId="77777777" w:rsidR="001925A1" w:rsidRDefault="001925A1" w:rsidP="001925A1">
      <w:pPr>
        <w:spacing w:after="140" w:line="283" w:lineRule="auto"/>
        <w:jc w:val="right"/>
      </w:pPr>
      <w:r>
        <w:t>ACTIVITY TIME  |  25 minutes     PREPARATION  |  5 minutes</w:t>
      </w:r>
    </w:p>
    <w:p w14:paraId="43CAACBD" w14:textId="77777777" w:rsidR="001925A1" w:rsidRPr="0094760C" w:rsidRDefault="001925A1" w:rsidP="001925A1">
      <w:pPr>
        <w:spacing w:after="140" w:line="283" w:lineRule="auto"/>
        <w:rPr>
          <w:b/>
          <w:bCs/>
          <w:sz w:val="24"/>
          <w:szCs w:val="28"/>
        </w:rPr>
      </w:pPr>
      <w:r w:rsidRPr="0094760C">
        <w:rPr>
          <w:b/>
          <w:bCs/>
          <w:sz w:val="24"/>
          <w:szCs w:val="28"/>
        </w:rPr>
        <w:t>Find a practical idea hiding inside an outrageous one</w:t>
      </w:r>
    </w:p>
    <w:p w14:paraId="5151B503" w14:textId="77777777" w:rsidR="001925A1" w:rsidRPr="00F17A1D" w:rsidRDefault="001925A1" w:rsidP="001925A1">
      <w:pPr>
        <w:pStyle w:val="Heading2"/>
        <w:spacing w:before="240" w:after="100" w:line="240" w:lineRule="auto"/>
        <w:rPr>
          <w:sz w:val="28"/>
          <w:szCs w:val="28"/>
        </w:rPr>
      </w:pPr>
      <w:r w:rsidRPr="00F17A1D">
        <w:rPr>
          <w:sz w:val="28"/>
          <w:szCs w:val="28"/>
        </w:rPr>
        <w:t>Why this activity matters</w:t>
      </w:r>
    </w:p>
    <w:p w14:paraId="469A1293" w14:textId="77777777" w:rsidR="001925A1" w:rsidRPr="00F17A1D" w:rsidRDefault="001925A1" w:rsidP="001925A1">
      <w:pPr>
        <w:spacing w:after="140" w:line="283" w:lineRule="auto"/>
        <w:rPr>
          <w:sz w:val="22"/>
          <w:szCs w:val="24"/>
        </w:rPr>
      </w:pPr>
      <w:r w:rsidRPr="00F17A1D">
        <w:rPr>
          <w:sz w:val="22"/>
          <w:szCs w:val="24"/>
        </w:rPr>
        <w:t>Teams often return to familiar solutions because unusual ideas get dismissed before anyone explores them. This playful challenge gives people permission to think beyond the obvious, then discover what a seemingly ridiculous suggestion might teach them about a real problem.</w:t>
      </w:r>
    </w:p>
    <w:p w14:paraId="1FC76D1E" w14:textId="77777777" w:rsidR="001925A1" w:rsidRPr="00F17A1D" w:rsidRDefault="001925A1" w:rsidP="001925A1">
      <w:pPr>
        <w:pStyle w:val="Heading2"/>
        <w:spacing w:before="240" w:after="100" w:line="240" w:lineRule="auto"/>
        <w:rPr>
          <w:sz w:val="28"/>
          <w:szCs w:val="28"/>
        </w:rPr>
      </w:pPr>
      <w:r w:rsidRPr="00F17A1D">
        <w:rPr>
          <w:sz w:val="28"/>
          <w:szCs w:val="28"/>
        </w:rPr>
        <w:t>The outcome</w:t>
      </w:r>
    </w:p>
    <w:p w14:paraId="40B1D7F6" w14:textId="77777777" w:rsidR="001925A1" w:rsidRPr="00F17A1D" w:rsidRDefault="001925A1" w:rsidP="001925A1">
      <w:pPr>
        <w:spacing w:after="140" w:line="283" w:lineRule="auto"/>
        <w:rPr>
          <w:sz w:val="22"/>
          <w:szCs w:val="24"/>
        </w:rPr>
      </w:pPr>
      <w:r w:rsidRPr="00F17A1D">
        <w:rPr>
          <w:sz w:val="22"/>
          <w:szCs w:val="24"/>
        </w:rPr>
        <w:t>The team uncovers fresh possibilities for a familiar challenge and identifies one practical idea worth considering. The goal is creative thinking, not promising to implement a new project.</w:t>
      </w:r>
    </w:p>
    <w:p w14:paraId="01B6DDD3" w14:textId="77777777" w:rsidR="001925A1" w:rsidRPr="00F17A1D" w:rsidRDefault="001925A1" w:rsidP="001925A1">
      <w:pPr>
        <w:pStyle w:val="Heading2"/>
        <w:spacing w:before="240" w:after="100" w:line="240" w:lineRule="auto"/>
        <w:rPr>
          <w:sz w:val="28"/>
          <w:szCs w:val="28"/>
        </w:rPr>
      </w:pPr>
      <w:r w:rsidRPr="00F17A1D">
        <w:rPr>
          <w:sz w:val="28"/>
          <w:szCs w:val="28"/>
        </w:rPr>
        <w:t>Before the meeting | 5 minutes of preparation</w:t>
      </w:r>
    </w:p>
    <w:p w14:paraId="5F6898E1" w14:textId="77777777" w:rsidR="001925A1" w:rsidRPr="00F17A1D" w:rsidRDefault="001925A1" w:rsidP="001925A1">
      <w:pPr>
        <w:spacing w:after="140" w:line="283" w:lineRule="auto"/>
        <w:rPr>
          <w:sz w:val="22"/>
          <w:szCs w:val="24"/>
        </w:rPr>
      </w:pPr>
      <w:r w:rsidRPr="00F17A1D">
        <w:rPr>
          <w:sz w:val="22"/>
          <w:szCs w:val="24"/>
        </w:rPr>
        <w:t xml:space="preserve">Choose one specific, manageable workplace challenge, such as reducing unnecessary meetings, shortening customer </w:t>
      </w:r>
      <w:proofErr w:type="gramStart"/>
      <w:r w:rsidRPr="00F17A1D">
        <w:rPr>
          <w:sz w:val="22"/>
          <w:szCs w:val="24"/>
        </w:rPr>
        <w:t>wait</w:t>
      </w:r>
      <w:proofErr w:type="gramEnd"/>
      <w:r w:rsidRPr="00F17A1D">
        <w:rPr>
          <w:sz w:val="22"/>
          <w:szCs w:val="24"/>
        </w:rPr>
        <w:t xml:space="preserve"> times, or improving a repetitive process. Write it where everyone can see it. Bring paper or use a whiteboard. No special props are needed.</w:t>
      </w:r>
    </w:p>
    <w:p w14:paraId="4ABDD68B" w14:textId="77777777" w:rsidR="001925A1" w:rsidRPr="00F17A1D" w:rsidRDefault="001925A1" w:rsidP="001925A1">
      <w:pPr>
        <w:pStyle w:val="Heading2"/>
        <w:spacing w:before="240" w:after="100" w:line="240" w:lineRule="auto"/>
        <w:rPr>
          <w:sz w:val="28"/>
          <w:szCs w:val="28"/>
        </w:rPr>
      </w:pPr>
      <w:r w:rsidRPr="00F17A1D">
        <w:rPr>
          <w:sz w:val="28"/>
          <w:szCs w:val="28"/>
        </w:rPr>
        <w:t>1. Start with the obvious | 5 minutes</w:t>
      </w:r>
    </w:p>
    <w:p w14:paraId="6FDC6511" w14:textId="77777777" w:rsidR="001925A1" w:rsidRPr="00F17A1D" w:rsidRDefault="001925A1" w:rsidP="001925A1">
      <w:pPr>
        <w:spacing w:after="140" w:line="283" w:lineRule="auto"/>
        <w:rPr>
          <w:sz w:val="22"/>
          <w:szCs w:val="24"/>
        </w:rPr>
      </w:pPr>
      <w:r w:rsidRPr="00F17A1D">
        <w:rPr>
          <w:sz w:val="22"/>
          <w:szCs w:val="24"/>
        </w:rPr>
        <w:t>Present the challenge and ask: “</w:t>
      </w:r>
      <w:r w:rsidRPr="0094760C">
        <w:rPr>
          <w:i/>
          <w:iCs/>
          <w:sz w:val="22"/>
          <w:szCs w:val="24"/>
        </w:rPr>
        <w:t>What are the usual ways we would solve this?</w:t>
      </w:r>
      <w:r w:rsidRPr="00F17A1D">
        <w:rPr>
          <w:sz w:val="22"/>
          <w:szCs w:val="24"/>
        </w:rPr>
        <w:t>” Capture three or four familiar ideas. Keep the discussion brief; this round is simply a starting point.</w:t>
      </w:r>
    </w:p>
    <w:p w14:paraId="751E1D75" w14:textId="77777777" w:rsidR="001925A1" w:rsidRPr="00F17A1D" w:rsidRDefault="001925A1" w:rsidP="001925A1">
      <w:pPr>
        <w:pStyle w:val="Heading2"/>
        <w:spacing w:before="240" w:after="100" w:line="240" w:lineRule="auto"/>
        <w:rPr>
          <w:sz w:val="28"/>
          <w:szCs w:val="28"/>
        </w:rPr>
      </w:pPr>
      <w:r w:rsidRPr="00F17A1D">
        <w:rPr>
          <w:sz w:val="28"/>
          <w:szCs w:val="28"/>
        </w:rPr>
        <w:t>2. Get a little ridiculous | 5 minutes</w:t>
      </w:r>
    </w:p>
    <w:p w14:paraId="1F5CFB15" w14:textId="77777777" w:rsidR="001925A1" w:rsidRPr="00F17A1D" w:rsidRDefault="001925A1" w:rsidP="001925A1">
      <w:pPr>
        <w:spacing w:after="140" w:line="283" w:lineRule="auto"/>
        <w:rPr>
          <w:sz w:val="22"/>
          <w:szCs w:val="24"/>
        </w:rPr>
      </w:pPr>
      <w:r w:rsidRPr="00F17A1D">
        <w:rPr>
          <w:sz w:val="22"/>
          <w:szCs w:val="24"/>
        </w:rPr>
        <w:t>Announce: “</w:t>
      </w:r>
      <w:r w:rsidRPr="0094760C">
        <w:rPr>
          <w:i/>
          <w:iCs/>
          <w:sz w:val="22"/>
          <w:szCs w:val="24"/>
        </w:rPr>
        <w:t>Those are sensible ideas. Now let’s come up with ideas nobody would normally suggest.</w:t>
      </w:r>
      <w:r w:rsidRPr="00F17A1D">
        <w:rPr>
          <w:sz w:val="22"/>
          <w:szCs w:val="24"/>
        </w:rPr>
        <w:t>” For three minutes, invite outrageous, funny, or wildly impractical solutions. Imagine unlimited time, money, or technology, but keep suggestions respectful and safe. Do</w:t>
      </w:r>
      <w:r w:rsidR="00294F0D">
        <w:rPr>
          <w:sz w:val="22"/>
          <w:szCs w:val="24"/>
        </w:rPr>
        <w:t>n’t</w:t>
      </w:r>
      <w:r w:rsidRPr="00F17A1D">
        <w:rPr>
          <w:sz w:val="22"/>
          <w:szCs w:val="24"/>
        </w:rPr>
        <w:t xml:space="preserve"> critique or explain away an idea yet.</w:t>
      </w:r>
    </w:p>
    <w:p w14:paraId="4D19058E" w14:textId="77777777" w:rsidR="001925A1" w:rsidRPr="00F17A1D" w:rsidRDefault="001925A1" w:rsidP="001925A1">
      <w:pPr>
        <w:spacing w:after="140" w:line="283" w:lineRule="auto"/>
        <w:rPr>
          <w:sz w:val="22"/>
          <w:szCs w:val="24"/>
        </w:rPr>
      </w:pPr>
      <w:r w:rsidRPr="0094760C">
        <w:rPr>
          <w:b/>
          <w:bCs/>
          <w:sz w:val="22"/>
          <w:szCs w:val="24"/>
        </w:rPr>
        <w:t>Leader cue:</w:t>
      </w:r>
      <w:r w:rsidRPr="00F17A1D">
        <w:rPr>
          <w:sz w:val="22"/>
          <w:szCs w:val="24"/>
        </w:rPr>
        <w:t xml:space="preserve"> Offer the first silly suggestion if the room hesitates. Laugh with the group, never at the person who suggested an idea.</w:t>
      </w:r>
    </w:p>
    <w:p w14:paraId="53F709E0" w14:textId="77777777" w:rsidR="001925A1" w:rsidRPr="00F17A1D" w:rsidRDefault="001925A1" w:rsidP="001925A1">
      <w:pPr>
        <w:pStyle w:val="Heading2"/>
        <w:spacing w:before="240" w:after="100" w:line="240" w:lineRule="auto"/>
        <w:rPr>
          <w:sz w:val="28"/>
          <w:szCs w:val="28"/>
        </w:rPr>
      </w:pPr>
      <w:r w:rsidRPr="00F17A1D">
        <w:rPr>
          <w:sz w:val="28"/>
          <w:szCs w:val="28"/>
        </w:rPr>
        <w:t>3. Find the useful part | 10 minutes</w:t>
      </w:r>
    </w:p>
    <w:p w14:paraId="4742C8CA" w14:textId="77777777" w:rsidR="001925A1" w:rsidRPr="00F17A1D" w:rsidRDefault="001925A1" w:rsidP="001925A1">
      <w:pPr>
        <w:spacing w:after="140" w:line="283" w:lineRule="auto"/>
        <w:rPr>
          <w:sz w:val="22"/>
          <w:szCs w:val="24"/>
        </w:rPr>
      </w:pPr>
      <w:r w:rsidRPr="00F17A1D">
        <w:rPr>
          <w:sz w:val="22"/>
          <w:szCs w:val="24"/>
        </w:rPr>
        <w:t>Pick two or three unusual ideas and ask: “</w:t>
      </w:r>
      <w:r w:rsidRPr="0094760C">
        <w:rPr>
          <w:i/>
          <w:iCs/>
          <w:sz w:val="22"/>
          <w:szCs w:val="24"/>
        </w:rPr>
        <w:t>What problem is this idea really trying to solve?</w:t>
      </w:r>
      <w:r w:rsidRPr="00F17A1D">
        <w:rPr>
          <w:sz w:val="22"/>
          <w:szCs w:val="24"/>
        </w:rPr>
        <w:t>” and “</w:t>
      </w:r>
      <w:r w:rsidRPr="0094760C">
        <w:rPr>
          <w:i/>
          <w:iCs/>
          <w:sz w:val="22"/>
          <w:szCs w:val="24"/>
        </w:rPr>
        <w:t>Is there a smaller, realistic version of it?</w:t>
      </w:r>
      <w:r w:rsidRPr="00F17A1D">
        <w:rPr>
          <w:sz w:val="22"/>
          <w:szCs w:val="24"/>
        </w:rPr>
        <w:t>” Let teammates build on one another’s suggestions. Capture any practical possibilities next to the original ideas.</w:t>
      </w:r>
    </w:p>
    <w:p w14:paraId="681DD53B" w14:textId="77777777" w:rsidR="001925A1" w:rsidRPr="00F17A1D" w:rsidRDefault="001925A1" w:rsidP="001925A1">
      <w:pPr>
        <w:pStyle w:val="Heading2"/>
        <w:spacing w:before="240" w:after="100" w:line="240" w:lineRule="auto"/>
        <w:rPr>
          <w:sz w:val="28"/>
          <w:szCs w:val="28"/>
        </w:rPr>
      </w:pPr>
      <w:r w:rsidRPr="00F17A1D">
        <w:rPr>
          <w:sz w:val="28"/>
          <w:szCs w:val="28"/>
        </w:rPr>
        <w:t>4. Bring it back to work | 5 minutes</w:t>
      </w:r>
    </w:p>
    <w:p w14:paraId="5B8A2F32" w14:textId="77777777" w:rsidR="001925A1" w:rsidRPr="0094760C" w:rsidRDefault="001925A1" w:rsidP="001925A1">
      <w:pPr>
        <w:spacing w:after="140" w:line="283" w:lineRule="auto"/>
        <w:rPr>
          <w:sz w:val="22"/>
          <w:szCs w:val="24"/>
        </w:rPr>
      </w:pPr>
      <w:r w:rsidRPr="0094760C">
        <w:rPr>
          <w:sz w:val="22"/>
          <w:szCs w:val="24"/>
        </w:rPr>
        <w:t>Ask the group which practical idea deserves a closer look and why. If one stands out, note it for future consideration. If not, acknowledge the creative thinking that came from approaching the problem differently.</w:t>
      </w:r>
    </w:p>
    <w:p w14:paraId="5F41672E" w14:textId="77777777" w:rsidR="001925A1" w:rsidRPr="0094760C" w:rsidRDefault="001925A1" w:rsidP="001925A1">
      <w:pPr>
        <w:spacing w:after="140" w:line="283" w:lineRule="auto"/>
        <w:rPr>
          <w:sz w:val="22"/>
          <w:szCs w:val="24"/>
        </w:rPr>
      </w:pPr>
      <w:r w:rsidRPr="0094760C">
        <w:rPr>
          <w:sz w:val="22"/>
          <w:szCs w:val="24"/>
        </w:rPr>
        <w:lastRenderedPageBreak/>
        <w:t>Ask: “</w:t>
      </w:r>
      <w:r w:rsidRPr="0094760C">
        <w:rPr>
          <w:i/>
          <w:iCs/>
          <w:sz w:val="22"/>
          <w:szCs w:val="24"/>
        </w:rPr>
        <w:t>Which unusual idea surprised you by revealing a practical solution?</w:t>
      </w:r>
      <w:r w:rsidRPr="0094760C">
        <w:rPr>
          <w:sz w:val="22"/>
          <w:szCs w:val="24"/>
        </w:rPr>
        <w:t>”</w:t>
      </w:r>
    </w:p>
    <w:p w14:paraId="6B203DA1" w14:textId="77777777" w:rsidR="001925A1" w:rsidRPr="00F17A1D" w:rsidRDefault="001925A1" w:rsidP="001925A1">
      <w:pPr>
        <w:spacing w:after="140" w:line="283" w:lineRule="auto"/>
        <w:rPr>
          <w:sz w:val="22"/>
          <w:szCs w:val="24"/>
        </w:rPr>
      </w:pPr>
      <w:r w:rsidRPr="0094760C">
        <w:rPr>
          <w:sz w:val="22"/>
          <w:szCs w:val="24"/>
        </w:rPr>
        <w:t>Close by saying: “</w:t>
      </w:r>
      <w:r w:rsidRPr="0094760C">
        <w:rPr>
          <w:i/>
          <w:iCs/>
          <w:sz w:val="22"/>
          <w:szCs w:val="24"/>
        </w:rPr>
        <w:t>Not every idea has to be practical to be valuable. Sometimes thinking a little outside the box helps us discover solutions we might otherwise overlook.</w:t>
      </w:r>
      <w:r w:rsidRPr="0094760C">
        <w:rPr>
          <w:sz w:val="22"/>
          <w:szCs w:val="24"/>
        </w:rPr>
        <w:t>”</w:t>
      </w:r>
    </w:p>
    <w:p w14:paraId="4EE9353C" w14:textId="77777777" w:rsidR="001925A1" w:rsidRDefault="001925A1" w:rsidP="001925A1">
      <w:pPr>
        <w:pStyle w:val="Title"/>
        <w:spacing w:after="220"/>
      </w:pPr>
      <w:r>
        <w:t>Facilitator Notes</w:t>
      </w:r>
    </w:p>
    <w:p w14:paraId="63AC206D" w14:textId="77777777" w:rsidR="001925A1" w:rsidRPr="00F17A1D" w:rsidRDefault="001925A1" w:rsidP="001925A1">
      <w:pPr>
        <w:pStyle w:val="Heading2"/>
        <w:spacing w:before="240" w:after="100" w:line="240" w:lineRule="auto"/>
        <w:rPr>
          <w:sz w:val="28"/>
          <w:szCs w:val="28"/>
        </w:rPr>
      </w:pPr>
      <w:r w:rsidRPr="00F17A1D">
        <w:rPr>
          <w:sz w:val="28"/>
          <w:szCs w:val="28"/>
        </w:rPr>
        <w:t>Leader’s insight</w:t>
      </w:r>
    </w:p>
    <w:p w14:paraId="5D64E96F" w14:textId="77777777" w:rsidR="001925A1" w:rsidRPr="00F17A1D" w:rsidRDefault="001925A1" w:rsidP="001925A1">
      <w:pPr>
        <w:spacing w:after="140" w:line="283" w:lineRule="auto"/>
        <w:rPr>
          <w:sz w:val="22"/>
          <w:szCs w:val="24"/>
        </w:rPr>
      </w:pPr>
      <w:r w:rsidRPr="00F17A1D">
        <w:rPr>
          <w:sz w:val="22"/>
          <w:szCs w:val="24"/>
        </w:rPr>
        <w:t xml:space="preserve">When a leader dismisses an unusual suggestion too quickly, people learn to keep their thinking to </w:t>
      </w:r>
      <w:proofErr w:type="gramStart"/>
      <w:r w:rsidRPr="00F17A1D">
        <w:rPr>
          <w:sz w:val="22"/>
          <w:szCs w:val="24"/>
        </w:rPr>
        <w:t>themselve</w:t>
      </w:r>
      <w:r>
        <w:rPr>
          <w:sz w:val="22"/>
          <w:szCs w:val="24"/>
        </w:rPr>
        <w:t>s</w:t>
      </w:r>
      <w:proofErr w:type="gramEnd"/>
      <w:r>
        <w:rPr>
          <w:sz w:val="22"/>
          <w:szCs w:val="24"/>
        </w:rPr>
        <w:t xml:space="preserve"> and the group </w:t>
      </w:r>
      <w:r w:rsidRPr="000B0D26">
        <w:rPr>
          <w:sz w:val="22"/>
          <w:szCs w:val="24"/>
        </w:rPr>
        <w:t xml:space="preserve">may overlook opportunities for creative solutions. </w:t>
      </w:r>
      <w:r w:rsidRPr="00F17A1D">
        <w:rPr>
          <w:sz w:val="22"/>
          <w:szCs w:val="24"/>
        </w:rPr>
        <w:t>Give ideas room to develop, then apply good judgment about what is realistic. Both creativity and discipline matter.</w:t>
      </w:r>
    </w:p>
    <w:p w14:paraId="035C407D" w14:textId="77777777" w:rsidR="001925A1" w:rsidRPr="00F17A1D" w:rsidRDefault="001925A1" w:rsidP="001925A1">
      <w:pPr>
        <w:pStyle w:val="Heading2"/>
        <w:spacing w:before="240" w:after="100" w:line="240" w:lineRule="auto"/>
        <w:rPr>
          <w:sz w:val="28"/>
          <w:szCs w:val="28"/>
        </w:rPr>
      </w:pPr>
      <w:r w:rsidRPr="00F17A1D">
        <w:rPr>
          <w:sz w:val="28"/>
          <w:szCs w:val="28"/>
        </w:rPr>
        <w:t>What to watch for</w:t>
      </w:r>
    </w:p>
    <w:p w14:paraId="0522A3E0" w14:textId="77777777" w:rsidR="001925A1" w:rsidRPr="00F17A1D" w:rsidRDefault="001925A1" w:rsidP="001925A1">
      <w:pPr>
        <w:spacing w:after="140" w:line="283" w:lineRule="auto"/>
        <w:rPr>
          <w:sz w:val="22"/>
          <w:szCs w:val="24"/>
        </w:rPr>
      </w:pPr>
      <w:r w:rsidRPr="00F17A1D">
        <w:rPr>
          <w:sz w:val="22"/>
          <w:szCs w:val="24"/>
        </w:rPr>
        <w:t>Avoid letting the loudest or funniest person dominate. Invite quieter people to contribute an idea or build on someone else’s, without putting anyone on the spot. Do</w:t>
      </w:r>
      <w:r w:rsidR="00294F0D">
        <w:rPr>
          <w:sz w:val="22"/>
          <w:szCs w:val="24"/>
        </w:rPr>
        <w:t>n’t</w:t>
      </w:r>
      <w:r w:rsidRPr="00F17A1D">
        <w:rPr>
          <w:sz w:val="22"/>
          <w:szCs w:val="24"/>
        </w:rPr>
        <w:t xml:space="preserve"> allow humor aimed at customers or coworkers.</w:t>
      </w:r>
    </w:p>
    <w:p w14:paraId="1CF57F26" w14:textId="77777777" w:rsidR="001925A1" w:rsidRPr="00F17A1D" w:rsidRDefault="001925A1" w:rsidP="001925A1">
      <w:pPr>
        <w:pStyle w:val="Heading2"/>
        <w:spacing w:before="240" w:after="100" w:line="240" w:lineRule="auto"/>
        <w:rPr>
          <w:sz w:val="28"/>
          <w:szCs w:val="28"/>
        </w:rPr>
      </w:pPr>
      <w:r w:rsidRPr="00F17A1D">
        <w:rPr>
          <w:sz w:val="28"/>
          <w:szCs w:val="28"/>
        </w:rPr>
        <w:t>If the discussion stalls</w:t>
      </w:r>
    </w:p>
    <w:p w14:paraId="111BA62E" w14:textId="77777777" w:rsidR="001925A1" w:rsidRPr="00F17A1D" w:rsidRDefault="001925A1" w:rsidP="001925A1">
      <w:pPr>
        <w:spacing w:after="140" w:line="283" w:lineRule="auto"/>
        <w:rPr>
          <w:sz w:val="22"/>
          <w:szCs w:val="24"/>
        </w:rPr>
      </w:pPr>
      <w:r w:rsidRPr="00F17A1D">
        <w:rPr>
          <w:sz w:val="22"/>
          <w:szCs w:val="24"/>
        </w:rPr>
        <w:t>Try a playful question: “</w:t>
      </w:r>
      <w:r w:rsidRPr="000B0D26">
        <w:rPr>
          <w:i/>
          <w:iCs/>
          <w:sz w:val="22"/>
          <w:szCs w:val="24"/>
        </w:rPr>
        <w:t>How would we solve this if we had a million dollars?</w:t>
      </w:r>
      <w:r w:rsidRPr="00F17A1D">
        <w:rPr>
          <w:sz w:val="22"/>
          <w:szCs w:val="24"/>
        </w:rPr>
        <w:t>” or “</w:t>
      </w:r>
      <w:r w:rsidRPr="000B0D26">
        <w:rPr>
          <w:i/>
          <w:iCs/>
          <w:sz w:val="22"/>
          <w:szCs w:val="24"/>
        </w:rPr>
        <w:t>What would a ten-year-old suggest?</w:t>
      </w:r>
      <w:r w:rsidRPr="00F17A1D">
        <w:rPr>
          <w:sz w:val="22"/>
          <w:szCs w:val="24"/>
        </w:rPr>
        <w:t>” Then ask what useful principle sits underneath the answer.</w:t>
      </w:r>
    </w:p>
    <w:p w14:paraId="6CC2F03A" w14:textId="77777777" w:rsidR="001925A1" w:rsidRPr="00F17A1D" w:rsidRDefault="001925A1" w:rsidP="001925A1">
      <w:pPr>
        <w:pStyle w:val="Heading2"/>
        <w:spacing w:before="240" w:after="100" w:line="240" w:lineRule="auto"/>
        <w:rPr>
          <w:sz w:val="28"/>
          <w:szCs w:val="28"/>
        </w:rPr>
      </w:pPr>
      <w:r w:rsidRPr="00F17A1D">
        <w:rPr>
          <w:sz w:val="28"/>
          <w:szCs w:val="28"/>
        </w:rPr>
        <w:t>Virtual adaptation</w:t>
      </w:r>
    </w:p>
    <w:p w14:paraId="0D86BFC8" w14:textId="77777777" w:rsidR="001925A1" w:rsidRPr="00F17A1D" w:rsidRDefault="001925A1" w:rsidP="001925A1">
      <w:pPr>
        <w:spacing w:after="140" w:line="283" w:lineRule="auto"/>
        <w:rPr>
          <w:sz w:val="22"/>
          <w:szCs w:val="24"/>
        </w:rPr>
      </w:pPr>
      <w:r w:rsidRPr="00F17A1D">
        <w:rPr>
          <w:sz w:val="22"/>
          <w:szCs w:val="24"/>
        </w:rPr>
        <w:t>Use a shared screen or meeting chat for both rounds. Invite a minute of silent idea generation before asking volunteers to share. Keep the unusual ideas visible while the group searches for realistic versions.</w:t>
      </w:r>
    </w:p>
    <w:p w14:paraId="057825EA" w14:textId="77777777" w:rsidR="001925A1" w:rsidRPr="00F17A1D" w:rsidRDefault="001925A1" w:rsidP="001925A1">
      <w:pPr>
        <w:pStyle w:val="Heading2"/>
        <w:spacing w:before="240" w:after="100" w:line="240" w:lineRule="auto"/>
        <w:rPr>
          <w:sz w:val="28"/>
          <w:szCs w:val="28"/>
        </w:rPr>
      </w:pPr>
      <w:r w:rsidRPr="00F17A1D">
        <w:rPr>
          <w:sz w:val="28"/>
          <w:szCs w:val="28"/>
        </w:rPr>
        <w:t>Optional follow-up</w:t>
      </w:r>
    </w:p>
    <w:p w14:paraId="6D5335B5" w14:textId="77777777" w:rsidR="001925A1" w:rsidRPr="00F17A1D" w:rsidRDefault="001925A1" w:rsidP="001925A1">
      <w:pPr>
        <w:spacing w:after="140" w:line="283" w:lineRule="auto"/>
        <w:rPr>
          <w:sz w:val="22"/>
          <w:szCs w:val="24"/>
        </w:rPr>
      </w:pPr>
      <w:r w:rsidRPr="00F17A1D">
        <w:rPr>
          <w:sz w:val="22"/>
          <w:szCs w:val="24"/>
        </w:rPr>
        <w:t>If an idea seems worth testing, raise it during ordinary planning or improvement discussions. No additional assignment or formal review is required.</w:t>
      </w:r>
    </w:p>
    <w:p w14:paraId="2C404755" w14:textId="77777777" w:rsidR="001925A1" w:rsidRPr="00F17A1D" w:rsidRDefault="001925A1" w:rsidP="001925A1">
      <w:pPr>
        <w:pStyle w:val="Heading2"/>
        <w:spacing w:before="240" w:after="100" w:line="240" w:lineRule="auto"/>
        <w:rPr>
          <w:sz w:val="28"/>
          <w:szCs w:val="28"/>
        </w:rPr>
      </w:pPr>
      <w:r w:rsidRPr="00F17A1D">
        <w:rPr>
          <w:sz w:val="28"/>
          <w:szCs w:val="28"/>
        </w:rPr>
        <w:t>Success looks like</w:t>
      </w:r>
    </w:p>
    <w:p w14:paraId="38FD54FB" w14:textId="77777777" w:rsidR="001925A1" w:rsidRPr="00F17A1D" w:rsidRDefault="001925A1" w:rsidP="001925A1">
      <w:pPr>
        <w:spacing w:after="140" w:line="283" w:lineRule="auto"/>
        <w:rPr>
          <w:sz w:val="22"/>
          <w:szCs w:val="24"/>
        </w:rPr>
      </w:pPr>
      <w:r w:rsidRPr="00F17A1D">
        <w:rPr>
          <w:sz w:val="22"/>
          <w:szCs w:val="24"/>
        </w:rPr>
        <w:t>People laugh, offer ideas they might normally withhold, and discover at least one new way to think about the challenge. Finding a feasible improvement is a bonus, not a requirement.</w:t>
      </w:r>
    </w:p>
    <w:p w14:paraId="69B1F780" w14:textId="77777777" w:rsidR="001925A1" w:rsidRDefault="001925A1" w:rsidP="001925A1">
      <w:pPr>
        <w:pStyle w:val="Title"/>
        <w:pageBreakBefore/>
        <w:spacing w:after="220"/>
      </w:pPr>
      <w:r>
        <w:lastRenderedPageBreak/>
        <w:t>Crazy Enough to Work? | Idea Sheet</w:t>
      </w:r>
    </w:p>
    <w:p w14:paraId="6B70CCED" w14:textId="77777777" w:rsidR="001925A1" w:rsidRPr="00F17A1D" w:rsidRDefault="001925A1" w:rsidP="001925A1">
      <w:pPr>
        <w:spacing w:after="140" w:line="283" w:lineRule="auto"/>
        <w:rPr>
          <w:sz w:val="22"/>
          <w:szCs w:val="24"/>
        </w:rPr>
      </w:pPr>
      <w:r w:rsidRPr="00F17A1D">
        <w:rPr>
          <w:sz w:val="22"/>
          <w:szCs w:val="24"/>
        </w:rPr>
        <w:t xml:space="preserve">Optional group </w:t>
      </w:r>
      <w:proofErr w:type="gramStart"/>
      <w:r w:rsidRPr="00F17A1D">
        <w:rPr>
          <w:sz w:val="22"/>
          <w:szCs w:val="24"/>
        </w:rPr>
        <w:t xml:space="preserve">worksheet  • </w:t>
      </w:r>
      <w:proofErr w:type="gramEnd"/>
      <w:r w:rsidRPr="00F17A1D">
        <w:rPr>
          <w:sz w:val="22"/>
          <w:szCs w:val="24"/>
        </w:rPr>
        <w:t xml:space="preserve"> Type into the fields or print a copy. One sheet per group is enough.</w:t>
      </w:r>
    </w:p>
    <w:p w14:paraId="6172A1B9" w14:textId="77777777" w:rsidR="001925A1" w:rsidRPr="00F17A1D" w:rsidRDefault="001925A1" w:rsidP="001925A1">
      <w:pPr>
        <w:pStyle w:val="Heading2"/>
        <w:spacing w:before="240" w:after="100" w:line="240" w:lineRule="auto"/>
        <w:rPr>
          <w:sz w:val="28"/>
          <w:szCs w:val="28"/>
        </w:rPr>
      </w:pPr>
      <w:r w:rsidRPr="00F17A1D">
        <w:rPr>
          <w:sz w:val="28"/>
          <w:szCs w:val="28"/>
        </w:rPr>
        <w:t>Our workplace challenge</w:t>
      </w:r>
    </w:p>
    <w:tbl>
      <w:tblPr>
        <w:tblW w:w="0" w:type="auto"/>
        <w:tblLayout w:type="fixed"/>
        <w:tblLook w:val="04A0" w:firstRow="1" w:lastRow="0" w:firstColumn="1" w:lastColumn="0" w:noHBand="0" w:noVBand="1"/>
      </w:tblPr>
      <w:tblGrid>
        <w:gridCol w:w="9792"/>
      </w:tblGrid>
      <w:tr w:rsidR="001925A1" w14:paraId="21544CBD"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vAlign w:val="center"/>
          </w:tcPr>
          <w:p w14:paraId="05B31957" w14:textId="77777777" w:rsidR="001925A1" w:rsidRDefault="001925A1" w:rsidP="00060B29">
            <w:pPr>
              <w:spacing w:before="240" w:after="240"/>
            </w:pPr>
            <w:r>
              <w:t xml:space="preserve"> </w:t>
            </w:r>
          </w:p>
          <w:p w14:paraId="42DFDDFF" w14:textId="77777777" w:rsidR="001925A1" w:rsidRDefault="001925A1" w:rsidP="00060B29">
            <w:pPr>
              <w:spacing w:before="240" w:after="240"/>
            </w:pPr>
          </w:p>
        </w:tc>
      </w:tr>
    </w:tbl>
    <w:p w14:paraId="3A10C4FA" w14:textId="77777777" w:rsidR="001925A1" w:rsidRPr="00F17A1D" w:rsidRDefault="001925A1" w:rsidP="001925A1">
      <w:pPr>
        <w:pStyle w:val="Heading2"/>
        <w:spacing w:before="240" w:after="100" w:line="240" w:lineRule="auto"/>
        <w:rPr>
          <w:sz w:val="28"/>
          <w:szCs w:val="28"/>
        </w:rPr>
      </w:pPr>
      <w:r w:rsidRPr="00F17A1D">
        <w:rPr>
          <w:sz w:val="28"/>
          <w:szCs w:val="28"/>
        </w:rPr>
        <w:t>Our usual solutions</w:t>
      </w:r>
    </w:p>
    <w:tbl>
      <w:tblPr>
        <w:tblW w:w="0" w:type="auto"/>
        <w:tblLayout w:type="fixed"/>
        <w:tblLook w:val="04A0" w:firstRow="1" w:lastRow="0" w:firstColumn="1" w:lastColumn="0" w:noHBand="0" w:noVBand="1"/>
      </w:tblPr>
      <w:tblGrid>
        <w:gridCol w:w="9792"/>
      </w:tblGrid>
      <w:tr w:rsidR="001925A1" w14:paraId="3BA26C92"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vAlign w:val="center"/>
          </w:tcPr>
          <w:p w14:paraId="30618E40" w14:textId="77777777" w:rsidR="001925A1" w:rsidRDefault="001925A1" w:rsidP="00060B29">
            <w:pPr>
              <w:spacing w:before="240" w:after="240"/>
            </w:pPr>
            <w:r>
              <w:t xml:space="preserve"> </w:t>
            </w:r>
          </w:p>
          <w:p w14:paraId="299B0884" w14:textId="77777777" w:rsidR="001925A1" w:rsidRDefault="001925A1" w:rsidP="00060B29">
            <w:pPr>
              <w:spacing w:before="240" w:after="240"/>
            </w:pPr>
          </w:p>
        </w:tc>
      </w:tr>
    </w:tbl>
    <w:p w14:paraId="612BF4DA" w14:textId="77777777" w:rsidR="001925A1" w:rsidRPr="00F17A1D" w:rsidRDefault="001925A1" w:rsidP="001925A1">
      <w:pPr>
        <w:pStyle w:val="Heading2"/>
        <w:spacing w:before="240" w:after="100" w:line="240" w:lineRule="auto"/>
        <w:rPr>
          <w:sz w:val="28"/>
          <w:szCs w:val="28"/>
        </w:rPr>
      </w:pPr>
      <w:r w:rsidRPr="00F17A1D">
        <w:rPr>
          <w:sz w:val="28"/>
          <w:szCs w:val="28"/>
        </w:rPr>
        <w:t>Our most outrageous ideas</w:t>
      </w:r>
    </w:p>
    <w:tbl>
      <w:tblPr>
        <w:tblW w:w="0" w:type="auto"/>
        <w:tblLayout w:type="fixed"/>
        <w:tblLook w:val="04A0" w:firstRow="1" w:lastRow="0" w:firstColumn="1" w:lastColumn="0" w:noHBand="0" w:noVBand="1"/>
      </w:tblPr>
      <w:tblGrid>
        <w:gridCol w:w="9792"/>
      </w:tblGrid>
      <w:tr w:rsidR="001925A1" w14:paraId="434F60AC"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vAlign w:val="center"/>
          </w:tcPr>
          <w:p w14:paraId="6E5D4AE6" w14:textId="77777777" w:rsidR="001925A1" w:rsidRDefault="001925A1" w:rsidP="00060B29">
            <w:pPr>
              <w:spacing w:before="240" w:after="240"/>
            </w:pPr>
            <w:r>
              <w:t xml:space="preserve"> </w:t>
            </w:r>
          </w:p>
          <w:p w14:paraId="0C0F557D" w14:textId="77777777" w:rsidR="001925A1" w:rsidRDefault="001925A1" w:rsidP="00060B29">
            <w:pPr>
              <w:spacing w:before="240" w:after="240"/>
            </w:pPr>
          </w:p>
        </w:tc>
      </w:tr>
    </w:tbl>
    <w:p w14:paraId="573C6C2B" w14:textId="77777777" w:rsidR="001925A1" w:rsidRPr="00F17A1D" w:rsidRDefault="001925A1" w:rsidP="001925A1">
      <w:pPr>
        <w:pStyle w:val="Heading2"/>
        <w:spacing w:before="240" w:after="100" w:line="240" w:lineRule="auto"/>
        <w:rPr>
          <w:sz w:val="28"/>
          <w:szCs w:val="28"/>
        </w:rPr>
      </w:pPr>
      <w:r w:rsidRPr="00F17A1D">
        <w:rPr>
          <w:sz w:val="28"/>
          <w:szCs w:val="28"/>
        </w:rPr>
        <w:t>The useful insight hiding inside one idea</w:t>
      </w:r>
    </w:p>
    <w:tbl>
      <w:tblPr>
        <w:tblW w:w="0" w:type="auto"/>
        <w:tblLayout w:type="fixed"/>
        <w:tblLook w:val="04A0" w:firstRow="1" w:lastRow="0" w:firstColumn="1" w:lastColumn="0" w:noHBand="0" w:noVBand="1"/>
      </w:tblPr>
      <w:tblGrid>
        <w:gridCol w:w="9792"/>
      </w:tblGrid>
      <w:tr w:rsidR="001925A1" w14:paraId="7FD54EAC"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vAlign w:val="center"/>
          </w:tcPr>
          <w:p w14:paraId="440E849D" w14:textId="77777777" w:rsidR="001925A1" w:rsidRDefault="001925A1" w:rsidP="00060B29">
            <w:pPr>
              <w:spacing w:before="240" w:after="240"/>
            </w:pPr>
            <w:r>
              <w:t xml:space="preserve"> </w:t>
            </w:r>
          </w:p>
          <w:p w14:paraId="7C025073" w14:textId="77777777" w:rsidR="001925A1" w:rsidRDefault="001925A1" w:rsidP="00060B29">
            <w:pPr>
              <w:spacing w:before="240" w:after="240"/>
            </w:pPr>
          </w:p>
        </w:tc>
      </w:tr>
    </w:tbl>
    <w:p w14:paraId="35382947" w14:textId="77777777" w:rsidR="001925A1" w:rsidRPr="00F17A1D" w:rsidRDefault="001925A1" w:rsidP="001925A1">
      <w:pPr>
        <w:pStyle w:val="Heading2"/>
        <w:spacing w:before="240" w:after="100" w:line="240" w:lineRule="auto"/>
        <w:rPr>
          <w:sz w:val="28"/>
          <w:szCs w:val="28"/>
        </w:rPr>
      </w:pPr>
      <w:r w:rsidRPr="00F17A1D">
        <w:rPr>
          <w:sz w:val="28"/>
          <w:szCs w:val="28"/>
        </w:rPr>
        <w:t>One realistic possibility worth considering</w:t>
      </w:r>
    </w:p>
    <w:tbl>
      <w:tblPr>
        <w:tblW w:w="0" w:type="auto"/>
        <w:tblLayout w:type="fixed"/>
        <w:tblLook w:val="04A0" w:firstRow="1" w:lastRow="0" w:firstColumn="1" w:lastColumn="0" w:noHBand="0" w:noVBand="1"/>
      </w:tblPr>
      <w:tblGrid>
        <w:gridCol w:w="9792"/>
      </w:tblGrid>
      <w:tr w:rsidR="001925A1" w14:paraId="341A56FE"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vAlign w:val="center"/>
          </w:tcPr>
          <w:p w14:paraId="469447F5" w14:textId="77777777" w:rsidR="001925A1" w:rsidRDefault="001925A1" w:rsidP="00060B29">
            <w:pPr>
              <w:spacing w:before="240" w:after="240"/>
            </w:pPr>
            <w:r>
              <w:t xml:space="preserve"> </w:t>
            </w:r>
          </w:p>
          <w:p w14:paraId="41996090" w14:textId="77777777" w:rsidR="001925A1" w:rsidRDefault="001925A1" w:rsidP="00060B29">
            <w:pPr>
              <w:spacing w:before="240" w:after="240"/>
            </w:pPr>
          </w:p>
        </w:tc>
      </w:tr>
    </w:tbl>
    <w:p w14:paraId="71883094" w14:textId="77777777" w:rsidR="00E10B19" w:rsidRDefault="00EB4D04">
      <w:r>
        <w:br w:type="page"/>
      </w:r>
    </w:p>
    <w:p w14:paraId="10BC8399" w14:textId="77777777" w:rsidR="00AB4942" w:rsidRDefault="00AB4942" w:rsidP="00AB4942">
      <w:pPr>
        <w:pStyle w:val="Title"/>
        <w:spacing w:after="220"/>
      </w:pPr>
      <w:r>
        <w:lastRenderedPageBreak/>
        <w:t>Who’s All-In?</w:t>
      </w:r>
    </w:p>
    <w:p w14:paraId="2B11325D" w14:textId="77777777" w:rsidR="00AB4942" w:rsidRPr="00AA770F" w:rsidRDefault="00AB4942" w:rsidP="00AB4942">
      <w:pPr>
        <w:spacing w:after="140" w:line="283" w:lineRule="auto"/>
        <w:jc w:val="right"/>
        <w:rPr>
          <w:sz w:val="32"/>
          <w:szCs w:val="36"/>
        </w:rPr>
      </w:pPr>
      <w:r w:rsidRPr="00AA770F">
        <w:rPr>
          <w:sz w:val="24"/>
          <w:szCs w:val="32"/>
        </w:rPr>
        <w:t>Accountability &amp; Execution</w:t>
      </w:r>
    </w:p>
    <w:p w14:paraId="4DC5F2F3" w14:textId="77777777" w:rsidR="00AB4942" w:rsidRDefault="00AB4942" w:rsidP="00AB4942">
      <w:pPr>
        <w:spacing w:after="140" w:line="283" w:lineRule="auto"/>
        <w:jc w:val="right"/>
      </w:pPr>
      <w:r>
        <w:t>ACTIVITY TIME  |  25 minutes     PREPARATION  |  5 minutes</w:t>
      </w:r>
    </w:p>
    <w:p w14:paraId="3E0633F6" w14:textId="77777777" w:rsidR="00AB4942" w:rsidRPr="0028007C" w:rsidRDefault="00AB4942" w:rsidP="00AB4942">
      <w:pPr>
        <w:spacing w:after="140" w:line="283" w:lineRule="auto"/>
        <w:rPr>
          <w:b/>
          <w:bCs/>
          <w:sz w:val="24"/>
          <w:szCs w:val="28"/>
        </w:rPr>
      </w:pPr>
      <w:r w:rsidRPr="0028007C">
        <w:rPr>
          <w:b/>
          <w:bCs/>
          <w:sz w:val="24"/>
          <w:szCs w:val="28"/>
        </w:rPr>
        <w:t>Recognize the strengths around you and choose one way to grow</w:t>
      </w:r>
    </w:p>
    <w:p w14:paraId="0F043C7C" w14:textId="77777777" w:rsidR="00AB4942" w:rsidRPr="00F17A1D" w:rsidRDefault="00AB4942" w:rsidP="00AB4942">
      <w:pPr>
        <w:pStyle w:val="Heading2"/>
        <w:spacing w:before="240" w:after="100" w:line="240" w:lineRule="auto"/>
        <w:rPr>
          <w:sz w:val="28"/>
          <w:szCs w:val="28"/>
        </w:rPr>
      </w:pPr>
      <w:r w:rsidRPr="00F17A1D">
        <w:rPr>
          <w:sz w:val="28"/>
          <w:szCs w:val="28"/>
        </w:rPr>
        <w:t>Why this activity matters</w:t>
      </w:r>
    </w:p>
    <w:p w14:paraId="30912BE7" w14:textId="77777777" w:rsidR="00AB4942" w:rsidRPr="00F17A1D" w:rsidRDefault="00AB4942" w:rsidP="00AB4942">
      <w:pPr>
        <w:spacing w:after="140" w:line="283" w:lineRule="auto"/>
        <w:rPr>
          <w:sz w:val="22"/>
          <w:szCs w:val="24"/>
        </w:rPr>
      </w:pPr>
      <w:r w:rsidRPr="00F17A1D">
        <w:rPr>
          <w:sz w:val="22"/>
          <w:szCs w:val="24"/>
        </w:rPr>
        <w:t>Strong teams notice the everyday contributions that make working together easier. This activity gives teammates a chance to recognize those strengths while each person privately considers one habit to improve.</w:t>
      </w:r>
    </w:p>
    <w:p w14:paraId="4C4E0200" w14:textId="77777777" w:rsidR="00AB4942" w:rsidRPr="00F17A1D" w:rsidRDefault="00AB4942" w:rsidP="00AB4942">
      <w:pPr>
        <w:pStyle w:val="Heading2"/>
        <w:spacing w:before="240" w:after="100" w:line="240" w:lineRule="auto"/>
        <w:rPr>
          <w:sz w:val="28"/>
          <w:szCs w:val="28"/>
        </w:rPr>
      </w:pPr>
      <w:r w:rsidRPr="00F17A1D">
        <w:rPr>
          <w:sz w:val="28"/>
          <w:szCs w:val="28"/>
        </w:rPr>
        <w:t>The outcome</w:t>
      </w:r>
    </w:p>
    <w:p w14:paraId="67AFA5F8" w14:textId="77777777" w:rsidR="00AB4942" w:rsidRPr="00F17A1D" w:rsidRDefault="00AB4942" w:rsidP="00AB4942">
      <w:pPr>
        <w:spacing w:after="140" w:line="283" w:lineRule="auto"/>
        <w:rPr>
          <w:sz w:val="22"/>
          <w:szCs w:val="24"/>
        </w:rPr>
      </w:pPr>
      <w:r w:rsidRPr="00F17A1D">
        <w:rPr>
          <w:sz w:val="22"/>
          <w:szCs w:val="24"/>
        </w:rPr>
        <w:t>Teammates hear specific appreciation for what they bring to the team. Each person identifies one behavior to strengthen, with no pressure to share a private rating or commitment.</w:t>
      </w:r>
    </w:p>
    <w:p w14:paraId="587F117B" w14:textId="77777777" w:rsidR="00AB4942" w:rsidRPr="00F17A1D" w:rsidRDefault="00AB4942" w:rsidP="00AB4942">
      <w:pPr>
        <w:pStyle w:val="Heading2"/>
        <w:spacing w:before="240" w:after="100" w:line="240" w:lineRule="auto"/>
        <w:rPr>
          <w:sz w:val="28"/>
          <w:szCs w:val="28"/>
        </w:rPr>
      </w:pPr>
      <w:r w:rsidRPr="00F17A1D">
        <w:rPr>
          <w:sz w:val="28"/>
          <w:szCs w:val="28"/>
        </w:rPr>
        <w:t>Before the meeting | 5 minutes of preparation</w:t>
      </w:r>
    </w:p>
    <w:p w14:paraId="1DCE753A" w14:textId="77777777" w:rsidR="00AB4942" w:rsidRPr="00F17A1D" w:rsidRDefault="00AB4942" w:rsidP="00AB4942">
      <w:pPr>
        <w:spacing w:after="140" w:line="283" w:lineRule="auto"/>
        <w:rPr>
          <w:sz w:val="22"/>
          <w:szCs w:val="24"/>
        </w:rPr>
      </w:pPr>
      <w:r w:rsidRPr="00F17A1D">
        <w:rPr>
          <w:sz w:val="22"/>
          <w:szCs w:val="24"/>
        </w:rPr>
        <w:t>Give everyone a copy of the Team Habits Self-Check page. Review the statements and prepare a genuine example of a strength you appreciate in a teammate. Participants keep their worksheets.</w:t>
      </w:r>
    </w:p>
    <w:p w14:paraId="1473E7DF" w14:textId="77777777" w:rsidR="00AB4942" w:rsidRPr="00F17A1D" w:rsidRDefault="00AB4942" w:rsidP="00AB4942">
      <w:pPr>
        <w:pStyle w:val="Heading2"/>
        <w:spacing w:before="240" w:after="100" w:line="240" w:lineRule="auto"/>
        <w:rPr>
          <w:sz w:val="28"/>
          <w:szCs w:val="28"/>
        </w:rPr>
      </w:pPr>
      <w:r w:rsidRPr="00F17A1D">
        <w:rPr>
          <w:sz w:val="28"/>
          <w:szCs w:val="28"/>
        </w:rPr>
        <w:t>1. Take a private look | 5 minutes</w:t>
      </w:r>
    </w:p>
    <w:p w14:paraId="3D931986" w14:textId="77777777" w:rsidR="00AB4942" w:rsidRPr="00F17A1D" w:rsidRDefault="00AB4942" w:rsidP="00AB4942">
      <w:pPr>
        <w:spacing w:after="140" w:line="283" w:lineRule="auto"/>
        <w:rPr>
          <w:sz w:val="22"/>
          <w:szCs w:val="24"/>
        </w:rPr>
      </w:pPr>
      <w:r w:rsidRPr="00F17A1D">
        <w:rPr>
          <w:sz w:val="22"/>
          <w:szCs w:val="24"/>
        </w:rPr>
        <w:t>Say: “</w:t>
      </w:r>
      <w:r w:rsidRPr="00CE3FF6">
        <w:rPr>
          <w:i/>
          <w:iCs/>
          <w:sz w:val="22"/>
          <w:szCs w:val="24"/>
        </w:rPr>
        <w:t xml:space="preserve">We all contribute to the team in ways that are easy to overlook. Today we’ll recognize some of those contributions and think about where we can each </w:t>
      </w:r>
      <w:proofErr w:type="gramStart"/>
      <w:r w:rsidRPr="00CE3FF6">
        <w:rPr>
          <w:i/>
          <w:iCs/>
          <w:sz w:val="22"/>
          <w:szCs w:val="24"/>
        </w:rPr>
        <w:t>improve.</w:t>
      </w:r>
      <w:r w:rsidRPr="00F17A1D">
        <w:rPr>
          <w:sz w:val="22"/>
          <w:szCs w:val="24"/>
        </w:rPr>
        <w:t>”</w:t>
      </w:r>
      <w:proofErr w:type="gramEnd"/>
      <w:r w:rsidRPr="00F17A1D">
        <w:rPr>
          <w:sz w:val="22"/>
          <w:szCs w:val="24"/>
        </w:rPr>
        <w:t xml:space="preserve"> Have everyone privately </w:t>
      </w:r>
      <w:proofErr w:type="gramStart"/>
      <w:r w:rsidRPr="00F17A1D">
        <w:rPr>
          <w:sz w:val="22"/>
          <w:szCs w:val="24"/>
        </w:rPr>
        <w:t>rate</w:t>
      </w:r>
      <w:proofErr w:type="gramEnd"/>
      <w:r w:rsidRPr="00F17A1D">
        <w:rPr>
          <w:sz w:val="22"/>
          <w:szCs w:val="24"/>
        </w:rPr>
        <w:t xml:space="preserve"> the twelve statements from 1 (rarely) to 5 (consistently). Ask them to mark one strength and one behavior they want to improve. Scores stay private.</w:t>
      </w:r>
    </w:p>
    <w:p w14:paraId="4F46F668" w14:textId="77777777" w:rsidR="00AB4942" w:rsidRPr="00F17A1D" w:rsidRDefault="00AB4942" w:rsidP="00AB4942">
      <w:pPr>
        <w:pStyle w:val="Heading2"/>
        <w:spacing w:before="240" w:after="100" w:line="240" w:lineRule="auto"/>
        <w:rPr>
          <w:sz w:val="28"/>
          <w:szCs w:val="28"/>
        </w:rPr>
      </w:pPr>
      <w:r w:rsidRPr="00F17A1D">
        <w:rPr>
          <w:sz w:val="28"/>
          <w:szCs w:val="28"/>
        </w:rPr>
        <w:t>2. Recognize the strengths around you | 10 minutes</w:t>
      </w:r>
    </w:p>
    <w:p w14:paraId="7067CD9E" w14:textId="77777777" w:rsidR="00AB4942" w:rsidRPr="00F17A1D" w:rsidRDefault="00AB4942" w:rsidP="00AB4942">
      <w:pPr>
        <w:spacing w:after="140" w:line="283" w:lineRule="auto"/>
        <w:rPr>
          <w:sz w:val="22"/>
          <w:szCs w:val="24"/>
        </w:rPr>
      </w:pPr>
      <w:r w:rsidRPr="00F17A1D">
        <w:rPr>
          <w:sz w:val="22"/>
          <w:szCs w:val="24"/>
        </w:rPr>
        <w:t>Invite people to recognize one or two teammates for a behavior on the list, using a real example when possible. Model it first: “</w:t>
      </w:r>
      <w:r w:rsidRPr="00CE3FF6">
        <w:rPr>
          <w:i/>
          <w:iCs/>
          <w:sz w:val="22"/>
          <w:szCs w:val="24"/>
        </w:rPr>
        <w:t>I appreciate how Jordan follows through. When Jordan agrees to help, I know I can count on it.</w:t>
      </w:r>
      <w:r w:rsidRPr="00F17A1D">
        <w:rPr>
          <w:sz w:val="22"/>
          <w:szCs w:val="24"/>
        </w:rPr>
        <w:t>” Keep comments positive and specific. Participants may pass; there is no need to go around the room in order.</w:t>
      </w:r>
    </w:p>
    <w:p w14:paraId="59481E6F" w14:textId="77777777" w:rsidR="00AB4942" w:rsidRPr="00F17A1D" w:rsidRDefault="00AB4942" w:rsidP="00AB4942">
      <w:pPr>
        <w:pStyle w:val="Heading2"/>
        <w:spacing w:before="240" w:after="100" w:line="240" w:lineRule="auto"/>
        <w:rPr>
          <w:sz w:val="28"/>
          <w:szCs w:val="28"/>
        </w:rPr>
      </w:pPr>
      <w:r w:rsidRPr="00F17A1D">
        <w:rPr>
          <w:sz w:val="28"/>
          <w:szCs w:val="28"/>
        </w:rPr>
        <w:t>3. Take ownership | 5 minutes</w:t>
      </w:r>
    </w:p>
    <w:p w14:paraId="3EC461DD" w14:textId="77777777" w:rsidR="00AB4942" w:rsidRPr="00F17A1D" w:rsidRDefault="00AB4942" w:rsidP="00AB4942">
      <w:pPr>
        <w:spacing w:after="140" w:line="283" w:lineRule="auto"/>
        <w:rPr>
          <w:sz w:val="22"/>
          <w:szCs w:val="24"/>
        </w:rPr>
      </w:pPr>
      <w:r w:rsidRPr="00F17A1D">
        <w:rPr>
          <w:sz w:val="22"/>
          <w:szCs w:val="24"/>
        </w:rPr>
        <w:t xml:space="preserve">Ask everyone to return to the behavior they marked for improvement and write down one small, specific way to practice it. Go first with a genuine example of your own. Invite others to share if they </w:t>
      </w:r>
      <w:proofErr w:type="gramStart"/>
      <w:r w:rsidRPr="00F17A1D">
        <w:rPr>
          <w:sz w:val="22"/>
          <w:szCs w:val="24"/>
        </w:rPr>
        <w:t>want, but</w:t>
      </w:r>
      <w:proofErr w:type="gramEnd"/>
      <w:r w:rsidRPr="00F17A1D">
        <w:rPr>
          <w:sz w:val="22"/>
          <w:szCs w:val="24"/>
        </w:rPr>
        <w:t xml:space="preserve"> make it clear that their choice may remain private.</w:t>
      </w:r>
    </w:p>
    <w:p w14:paraId="0EEB3773" w14:textId="77777777" w:rsidR="00AB4942" w:rsidRPr="00F17A1D" w:rsidRDefault="00AB4942" w:rsidP="00AB4942">
      <w:pPr>
        <w:spacing w:after="140" w:line="283" w:lineRule="auto"/>
        <w:rPr>
          <w:sz w:val="22"/>
          <w:szCs w:val="24"/>
        </w:rPr>
      </w:pPr>
      <w:r w:rsidRPr="00CE3FF6">
        <w:rPr>
          <w:b/>
          <w:bCs/>
          <w:sz w:val="22"/>
          <w:szCs w:val="24"/>
        </w:rPr>
        <w:t>Leader cue:</w:t>
      </w:r>
      <w:r w:rsidRPr="00F17A1D">
        <w:rPr>
          <w:sz w:val="22"/>
          <w:szCs w:val="24"/>
        </w:rPr>
        <w:t xml:space="preserve"> Do</w:t>
      </w:r>
      <w:r w:rsidR="00294F0D">
        <w:rPr>
          <w:sz w:val="22"/>
          <w:szCs w:val="24"/>
        </w:rPr>
        <w:t>n’t</w:t>
      </w:r>
      <w:r w:rsidRPr="00F17A1D">
        <w:rPr>
          <w:sz w:val="22"/>
          <w:szCs w:val="24"/>
        </w:rPr>
        <w:t xml:space="preserve"> ask for ratings or explanations. A simple, realistic improvement matters more than a public promise.</w:t>
      </w:r>
    </w:p>
    <w:p w14:paraId="70BAFA49" w14:textId="77777777" w:rsidR="00AB4942" w:rsidRPr="00F17A1D" w:rsidRDefault="00AB4942" w:rsidP="00AB4942">
      <w:pPr>
        <w:pStyle w:val="Heading2"/>
        <w:spacing w:before="240" w:after="100" w:line="240" w:lineRule="auto"/>
        <w:rPr>
          <w:sz w:val="28"/>
          <w:szCs w:val="28"/>
        </w:rPr>
      </w:pPr>
      <w:r w:rsidRPr="00F17A1D">
        <w:rPr>
          <w:sz w:val="28"/>
          <w:szCs w:val="28"/>
        </w:rPr>
        <w:lastRenderedPageBreak/>
        <w:t>4. Bring it together | 5 minutes</w:t>
      </w:r>
    </w:p>
    <w:p w14:paraId="5020B59C" w14:textId="77777777" w:rsidR="00AB4942" w:rsidRPr="00F17A1D" w:rsidRDefault="00AB4942" w:rsidP="00AB4942">
      <w:pPr>
        <w:spacing w:after="140" w:line="283" w:lineRule="auto"/>
        <w:rPr>
          <w:sz w:val="22"/>
          <w:szCs w:val="24"/>
        </w:rPr>
      </w:pPr>
      <w:r w:rsidRPr="00F17A1D">
        <w:rPr>
          <w:sz w:val="22"/>
          <w:szCs w:val="24"/>
        </w:rPr>
        <w:t>Ask: “</w:t>
      </w:r>
      <w:r w:rsidRPr="00CE3FF6">
        <w:rPr>
          <w:i/>
          <w:iCs/>
          <w:sz w:val="22"/>
          <w:szCs w:val="24"/>
        </w:rPr>
        <w:t>What strengths did you hear about today that make this team better?</w:t>
      </w:r>
      <w:r w:rsidRPr="00F17A1D">
        <w:rPr>
          <w:sz w:val="22"/>
          <w:szCs w:val="24"/>
        </w:rPr>
        <w:t>” Then ask: “</w:t>
      </w:r>
      <w:r w:rsidRPr="00CE3FF6">
        <w:rPr>
          <w:i/>
          <w:iCs/>
          <w:sz w:val="22"/>
          <w:szCs w:val="24"/>
        </w:rPr>
        <w:t>How can noticing those strengths help us work better together?</w:t>
      </w:r>
      <w:r w:rsidRPr="00F17A1D">
        <w:rPr>
          <w:sz w:val="22"/>
          <w:szCs w:val="24"/>
        </w:rPr>
        <w:t>” Invite a few brief responses, without requiring everyone to speak.</w:t>
      </w:r>
    </w:p>
    <w:p w14:paraId="11E3FB84" w14:textId="77777777" w:rsidR="00AB4942" w:rsidRPr="00F17A1D" w:rsidRDefault="00AB4942" w:rsidP="00AB4942">
      <w:pPr>
        <w:spacing w:after="140" w:line="283" w:lineRule="auto"/>
        <w:rPr>
          <w:sz w:val="22"/>
          <w:szCs w:val="24"/>
        </w:rPr>
      </w:pPr>
      <w:r w:rsidRPr="00F17A1D">
        <w:rPr>
          <w:sz w:val="22"/>
          <w:szCs w:val="24"/>
        </w:rPr>
        <w:t>Close by saying: “</w:t>
      </w:r>
      <w:r w:rsidRPr="00CE3FF6">
        <w:rPr>
          <w:i/>
          <w:iCs/>
          <w:sz w:val="22"/>
          <w:szCs w:val="24"/>
        </w:rPr>
        <w:t xml:space="preserve">Strong teams recognize what people do well, and strong teammates take responsibility for </w:t>
      </w:r>
      <w:r>
        <w:rPr>
          <w:i/>
          <w:iCs/>
          <w:sz w:val="22"/>
          <w:szCs w:val="24"/>
        </w:rPr>
        <w:t>continually working to improve</w:t>
      </w:r>
      <w:r w:rsidRPr="00CE3FF6">
        <w:rPr>
          <w:i/>
          <w:iCs/>
          <w:sz w:val="22"/>
          <w:szCs w:val="24"/>
        </w:rPr>
        <w:t>. Both matter.</w:t>
      </w:r>
      <w:r w:rsidRPr="00F17A1D">
        <w:rPr>
          <w:sz w:val="22"/>
          <w:szCs w:val="24"/>
        </w:rPr>
        <w:t>”</w:t>
      </w:r>
    </w:p>
    <w:p w14:paraId="7234A242" w14:textId="77777777" w:rsidR="00AB4942" w:rsidRDefault="00AB4942" w:rsidP="00AB4942">
      <w:pPr>
        <w:pStyle w:val="Title"/>
        <w:spacing w:after="100"/>
      </w:pPr>
      <w:r>
        <w:t>Facilitator Notes</w:t>
      </w:r>
    </w:p>
    <w:p w14:paraId="6841BDBA" w14:textId="77777777" w:rsidR="00AB4942" w:rsidRPr="00F17A1D" w:rsidRDefault="00AB4942" w:rsidP="00AB4942">
      <w:pPr>
        <w:pStyle w:val="Heading2"/>
        <w:spacing w:before="160" w:after="60" w:line="240" w:lineRule="auto"/>
        <w:rPr>
          <w:sz w:val="28"/>
          <w:szCs w:val="28"/>
        </w:rPr>
      </w:pPr>
      <w:r w:rsidRPr="00F17A1D">
        <w:rPr>
          <w:sz w:val="28"/>
          <w:szCs w:val="28"/>
        </w:rPr>
        <w:t>Leader’s insight</w:t>
      </w:r>
    </w:p>
    <w:p w14:paraId="3D187D3C" w14:textId="77777777" w:rsidR="00AB4942" w:rsidRPr="00F17A1D" w:rsidRDefault="00AB4942" w:rsidP="00AB4942">
      <w:pPr>
        <w:spacing w:after="100" w:line="283" w:lineRule="auto"/>
        <w:rPr>
          <w:sz w:val="22"/>
          <w:szCs w:val="24"/>
        </w:rPr>
      </w:pPr>
      <w:r w:rsidRPr="00F17A1D">
        <w:rPr>
          <w:sz w:val="22"/>
          <w:szCs w:val="24"/>
        </w:rPr>
        <w:t>Recognition makes good teamwork visible. People may not realize how much their reliability, willingness to help, or positive attitude matters until someone names it. Pair that appreciation with a private, specific commitment to improve, and accountability becomes personal rather than imposed.</w:t>
      </w:r>
    </w:p>
    <w:p w14:paraId="6F893984" w14:textId="77777777" w:rsidR="00AB4942" w:rsidRPr="00F17A1D" w:rsidRDefault="00AB4942" w:rsidP="00AB4942">
      <w:pPr>
        <w:pStyle w:val="Heading2"/>
        <w:spacing w:before="160" w:after="60" w:line="240" w:lineRule="auto"/>
        <w:rPr>
          <w:sz w:val="28"/>
          <w:szCs w:val="28"/>
        </w:rPr>
      </w:pPr>
      <w:r w:rsidRPr="00F17A1D">
        <w:rPr>
          <w:sz w:val="28"/>
          <w:szCs w:val="28"/>
        </w:rPr>
        <w:t>What to watch for</w:t>
      </w:r>
    </w:p>
    <w:p w14:paraId="7E706B2B" w14:textId="77777777" w:rsidR="00AB4942" w:rsidRPr="00F17A1D" w:rsidRDefault="00AB4942" w:rsidP="00AB4942">
      <w:pPr>
        <w:spacing w:after="100" w:line="283" w:lineRule="auto"/>
        <w:rPr>
          <w:sz w:val="22"/>
          <w:szCs w:val="24"/>
        </w:rPr>
      </w:pPr>
      <w:r w:rsidRPr="00F17A1D">
        <w:rPr>
          <w:sz w:val="22"/>
          <w:szCs w:val="24"/>
        </w:rPr>
        <w:t>Keep recognition sincere and distributed, not competitive. Prepare examples so you can acknowledge someone who might otherwise be overlooked, without making it awkward. Never ask people to reveal their scores or improvements. This is not a performance review or a chance to give unsolicited criticism.</w:t>
      </w:r>
    </w:p>
    <w:p w14:paraId="39CC5851" w14:textId="77777777" w:rsidR="00AB4942" w:rsidRPr="00F17A1D" w:rsidRDefault="00AB4942" w:rsidP="00AB4942">
      <w:pPr>
        <w:pStyle w:val="Heading2"/>
        <w:spacing w:before="160" w:after="60" w:line="240" w:lineRule="auto"/>
        <w:rPr>
          <w:sz w:val="28"/>
          <w:szCs w:val="28"/>
        </w:rPr>
      </w:pPr>
      <w:r w:rsidRPr="00F17A1D">
        <w:rPr>
          <w:sz w:val="28"/>
          <w:szCs w:val="28"/>
        </w:rPr>
        <w:t>If recognition stays general</w:t>
      </w:r>
    </w:p>
    <w:p w14:paraId="6F64F377" w14:textId="77777777" w:rsidR="00AB4942" w:rsidRPr="00F17A1D" w:rsidRDefault="00AB4942" w:rsidP="00AB4942">
      <w:pPr>
        <w:spacing w:after="100" w:line="283" w:lineRule="auto"/>
        <w:rPr>
          <w:sz w:val="22"/>
          <w:szCs w:val="24"/>
        </w:rPr>
      </w:pPr>
      <w:r w:rsidRPr="00F17A1D">
        <w:rPr>
          <w:sz w:val="22"/>
          <w:szCs w:val="24"/>
        </w:rPr>
        <w:t>Ask: “</w:t>
      </w:r>
      <w:r w:rsidRPr="00CE3FF6">
        <w:rPr>
          <w:i/>
          <w:iCs/>
          <w:sz w:val="22"/>
          <w:szCs w:val="24"/>
        </w:rPr>
        <w:t>What did that person do that helped?</w:t>
      </w:r>
      <w:r w:rsidRPr="00F17A1D">
        <w:rPr>
          <w:sz w:val="22"/>
          <w:szCs w:val="24"/>
        </w:rPr>
        <w:t>” Encourage one concrete example instead of a string of compliments. If the group is large, use groups of four or five so more people can contribute.</w:t>
      </w:r>
    </w:p>
    <w:p w14:paraId="0EDD067B" w14:textId="77777777" w:rsidR="00AB4942" w:rsidRPr="00F17A1D" w:rsidRDefault="00AB4942" w:rsidP="00AB4942">
      <w:pPr>
        <w:pStyle w:val="Heading2"/>
        <w:spacing w:before="160" w:after="60" w:line="240" w:lineRule="auto"/>
        <w:rPr>
          <w:sz w:val="28"/>
          <w:szCs w:val="28"/>
        </w:rPr>
      </w:pPr>
      <w:r w:rsidRPr="00F17A1D">
        <w:rPr>
          <w:sz w:val="28"/>
          <w:szCs w:val="28"/>
        </w:rPr>
        <w:t>Virtual adaptation</w:t>
      </w:r>
    </w:p>
    <w:p w14:paraId="504E660A" w14:textId="77777777" w:rsidR="00AB4942" w:rsidRPr="00F17A1D" w:rsidRDefault="00AB4942" w:rsidP="00AB4942">
      <w:pPr>
        <w:spacing w:after="100" w:line="283" w:lineRule="auto"/>
        <w:rPr>
          <w:sz w:val="22"/>
          <w:szCs w:val="24"/>
        </w:rPr>
      </w:pPr>
      <w:r w:rsidRPr="00F17A1D">
        <w:rPr>
          <w:sz w:val="22"/>
          <w:szCs w:val="24"/>
        </w:rPr>
        <w:t>Send the worksheet in advance or at the meeting. Invite brief recognition aloud or in meeting chat. Use examples rather than rating scores; keep the self-improvement portion private unless someone volunteers.</w:t>
      </w:r>
    </w:p>
    <w:p w14:paraId="6AAD60CD" w14:textId="77777777" w:rsidR="00AB4942" w:rsidRDefault="00AB4942" w:rsidP="00AB4942">
      <w:pPr>
        <w:pStyle w:val="Title"/>
        <w:pageBreakBefore/>
        <w:spacing w:after="220"/>
      </w:pPr>
      <w:r>
        <w:lastRenderedPageBreak/>
        <w:t>Who’s All-In? | Team Habits Self-Check</w:t>
      </w:r>
    </w:p>
    <w:p w14:paraId="18678A24" w14:textId="77777777" w:rsidR="00AB4942" w:rsidRPr="009A4B2D" w:rsidRDefault="00AB4942" w:rsidP="00AB4942">
      <w:pPr>
        <w:spacing w:after="140" w:line="283" w:lineRule="auto"/>
        <w:rPr>
          <w:sz w:val="24"/>
          <w:szCs w:val="28"/>
        </w:rPr>
      </w:pPr>
      <w:r w:rsidRPr="009A4B2D">
        <w:rPr>
          <w:sz w:val="24"/>
          <w:szCs w:val="28"/>
        </w:rPr>
        <w:t>Private worksheet  •  Rate each statement: 1 = rarely, 5 = consistently. Your scores are yours to keep.</w:t>
      </w:r>
    </w:p>
    <w:tbl>
      <w:tblPr>
        <w:tblW w:w="12672" w:type="dxa"/>
        <w:tblLayout w:type="fixed"/>
        <w:tblLook w:val="04A0" w:firstRow="1" w:lastRow="0" w:firstColumn="1" w:lastColumn="0" w:noHBand="0" w:noVBand="1"/>
      </w:tblPr>
      <w:tblGrid>
        <w:gridCol w:w="7776"/>
        <w:gridCol w:w="4896"/>
      </w:tblGrid>
      <w:tr w:rsidR="00AB4942" w14:paraId="323C97A5" w14:textId="77777777" w:rsidTr="00060B29">
        <w:tc>
          <w:tcPr>
            <w:tcW w:w="7776" w:type="dxa"/>
            <w:shd w:val="clear" w:color="auto" w:fill="1A2744"/>
            <w:vAlign w:val="center"/>
          </w:tcPr>
          <w:p w14:paraId="572B4F9C" w14:textId="77777777" w:rsidR="00AB4942" w:rsidRPr="00CE3FF6" w:rsidRDefault="00AB4942" w:rsidP="00060B29">
            <w:pPr>
              <w:spacing w:before="60" w:after="60"/>
              <w:rPr>
                <w:color w:val="FFFFFF"/>
                <w:sz w:val="22"/>
                <w:szCs w:val="28"/>
              </w:rPr>
            </w:pPr>
            <w:r w:rsidRPr="00CE3FF6">
              <w:rPr>
                <w:b/>
                <w:color w:val="FFFFFF"/>
                <w:sz w:val="22"/>
                <w:szCs w:val="28"/>
              </w:rPr>
              <w:t>Team behavior</w:t>
            </w:r>
          </w:p>
        </w:tc>
        <w:tc>
          <w:tcPr>
            <w:tcW w:w="4896" w:type="dxa"/>
            <w:shd w:val="clear" w:color="auto" w:fill="1A2744"/>
            <w:vAlign w:val="center"/>
          </w:tcPr>
          <w:p w14:paraId="3399E6EB" w14:textId="77777777" w:rsidR="00AB4942" w:rsidRPr="00CE3FF6" w:rsidRDefault="00AB4942" w:rsidP="00060B29">
            <w:pPr>
              <w:spacing w:before="60" w:after="60"/>
              <w:rPr>
                <w:color w:val="FFFFFF"/>
                <w:sz w:val="22"/>
                <w:szCs w:val="28"/>
              </w:rPr>
            </w:pPr>
            <w:r w:rsidRPr="00CE3FF6">
              <w:rPr>
                <w:b/>
                <w:color w:val="FFFFFF"/>
                <w:sz w:val="22"/>
                <w:szCs w:val="28"/>
              </w:rPr>
              <w:t xml:space="preserve">    My rating</w:t>
            </w:r>
          </w:p>
        </w:tc>
      </w:tr>
      <w:tr w:rsidR="00AB4942" w14:paraId="2224E32D" w14:textId="77777777" w:rsidTr="00060B29">
        <w:tc>
          <w:tcPr>
            <w:tcW w:w="7776" w:type="dxa"/>
            <w:vAlign w:val="center"/>
          </w:tcPr>
          <w:p w14:paraId="5992595A" w14:textId="77777777" w:rsidR="00AB4942" w:rsidRPr="00CE3FF6" w:rsidRDefault="00AB4942" w:rsidP="00060B29">
            <w:pPr>
              <w:spacing w:before="60" w:after="60"/>
              <w:rPr>
                <w:szCs w:val="24"/>
              </w:rPr>
            </w:pPr>
            <w:r w:rsidRPr="00CE3FF6">
              <w:rPr>
                <w:szCs w:val="24"/>
              </w:rPr>
              <w:t>I fully take part in team meetings.</w:t>
            </w:r>
          </w:p>
        </w:tc>
        <w:tc>
          <w:tcPr>
            <w:tcW w:w="4896" w:type="dxa"/>
            <w:vAlign w:val="center"/>
          </w:tcPr>
          <w:p w14:paraId="5E7AA550" w14:textId="77777777" w:rsidR="00AB4942" w:rsidRDefault="00AB4942" w:rsidP="00060B29">
            <w:pPr>
              <w:spacing w:before="60" w:after="60"/>
            </w:pPr>
            <w:r w:rsidRPr="00CE3FF6">
              <w:rPr>
                <w:sz w:val="22"/>
                <w:szCs w:val="28"/>
              </w:rPr>
              <w:t xml:space="preserve">1 </w:t>
            </w:r>
            <w:r>
              <w:rPr>
                <w:sz w:val="22"/>
                <w:szCs w:val="28"/>
              </w:rPr>
              <w:t xml:space="preserve"> </w:t>
            </w:r>
            <w:r w:rsidRPr="00CE3FF6">
              <w:rPr>
                <w:sz w:val="22"/>
                <w:szCs w:val="28"/>
              </w:rPr>
              <w:t xml:space="preserve">  2  </w:t>
            </w:r>
            <w:r>
              <w:rPr>
                <w:sz w:val="22"/>
                <w:szCs w:val="28"/>
              </w:rPr>
              <w:t xml:space="preserve"> </w:t>
            </w:r>
            <w:r w:rsidRPr="00CE3FF6">
              <w:rPr>
                <w:sz w:val="22"/>
                <w:szCs w:val="28"/>
              </w:rPr>
              <w:t xml:space="preserve"> 3  </w:t>
            </w:r>
            <w:r>
              <w:rPr>
                <w:sz w:val="22"/>
                <w:szCs w:val="28"/>
              </w:rPr>
              <w:t xml:space="preserve"> </w:t>
            </w:r>
            <w:r w:rsidRPr="00CE3FF6">
              <w:rPr>
                <w:sz w:val="22"/>
                <w:szCs w:val="28"/>
              </w:rPr>
              <w:t xml:space="preserve"> 4   </w:t>
            </w:r>
            <w:r>
              <w:rPr>
                <w:sz w:val="22"/>
                <w:szCs w:val="28"/>
              </w:rPr>
              <w:t xml:space="preserve"> </w:t>
            </w:r>
            <w:r w:rsidRPr="00CE3FF6">
              <w:rPr>
                <w:sz w:val="22"/>
                <w:szCs w:val="28"/>
              </w:rPr>
              <w:t>5</w:t>
            </w:r>
          </w:p>
        </w:tc>
      </w:tr>
      <w:tr w:rsidR="00AB4942" w14:paraId="04F8A4FF" w14:textId="77777777" w:rsidTr="00060B29">
        <w:tc>
          <w:tcPr>
            <w:tcW w:w="7776" w:type="dxa"/>
            <w:vAlign w:val="center"/>
          </w:tcPr>
          <w:p w14:paraId="7C2C0B83" w14:textId="77777777" w:rsidR="00AB4942" w:rsidRPr="00CE3FF6" w:rsidRDefault="00AB4942" w:rsidP="00060B29">
            <w:pPr>
              <w:spacing w:before="60" w:after="60"/>
              <w:rPr>
                <w:szCs w:val="24"/>
              </w:rPr>
            </w:pPr>
            <w:r w:rsidRPr="00CE3FF6">
              <w:rPr>
                <w:szCs w:val="24"/>
              </w:rPr>
              <w:t>I bring a constructive attitude to work.</w:t>
            </w:r>
          </w:p>
        </w:tc>
        <w:tc>
          <w:tcPr>
            <w:tcW w:w="4896" w:type="dxa"/>
            <w:vAlign w:val="center"/>
          </w:tcPr>
          <w:p w14:paraId="40C29C72" w14:textId="77777777" w:rsidR="00AB4942" w:rsidRDefault="00AB4942" w:rsidP="00060B29">
            <w:pPr>
              <w:spacing w:before="60" w:after="60"/>
            </w:pPr>
            <w:r w:rsidRPr="00CE3FF6">
              <w:rPr>
                <w:sz w:val="22"/>
                <w:szCs w:val="28"/>
              </w:rPr>
              <w:t xml:space="preserve">1 </w:t>
            </w:r>
            <w:r>
              <w:rPr>
                <w:sz w:val="22"/>
                <w:szCs w:val="28"/>
              </w:rPr>
              <w:t xml:space="preserve"> </w:t>
            </w:r>
            <w:r w:rsidRPr="00CE3FF6">
              <w:rPr>
                <w:sz w:val="22"/>
                <w:szCs w:val="28"/>
              </w:rPr>
              <w:t xml:space="preserve">  2  </w:t>
            </w:r>
            <w:r>
              <w:rPr>
                <w:sz w:val="22"/>
                <w:szCs w:val="28"/>
              </w:rPr>
              <w:t xml:space="preserve"> </w:t>
            </w:r>
            <w:r w:rsidRPr="00CE3FF6">
              <w:rPr>
                <w:sz w:val="22"/>
                <w:szCs w:val="28"/>
              </w:rPr>
              <w:t xml:space="preserve"> 3  </w:t>
            </w:r>
            <w:r>
              <w:rPr>
                <w:sz w:val="22"/>
                <w:szCs w:val="28"/>
              </w:rPr>
              <w:t xml:space="preserve"> </w:t>
            </w:r>
            <w:r w:rsidRPr="00CE3FF6">
              <w:rPr>
                <w:sz w:val="22"/>
                <w:szCs w:val="28"/>
              </w:rPr>
              <w:t xml:space="preserve"> 4   </w:t>
            </w:r>
            <w:r>
              <w:rPr>
                <w:sz w:val="22"/>
                <w:szCs w:val="28"/>
              </w:rPr>
              <w:t xml:space="preserve"> </w:t>
            </w:r>
            <w:r w:rsidRPr="00CE3FF6">
              <w:rPr>
                <w:sz w:val="22"/>
                <w:szCs w:val="28"/>
              </w:rPr>
              <w:t>5</w:t>
            </w:r>
          </w:p>
        </w:tc>
      </w:tr>
      <w:tr w:rsidR="00AB4942" w14:paraId="57A6C63A" w14:textId="77777777" w:rsidTr="00060B29">
        <w:tc>
          <w:tcPr>
            <w:tcW w:w="7776" w:type="dxa"/>
            <w:vAlign w:val="center"/>
          </w:tcPr>
          <w:p w14:paraId="51DE8D79" w14:textId="77777777" w:rsidR="00AB4942" w:rsidRPr="00CE3FF6" w:rsidRDefault="00AB4942" w:rsidP="00060B29">
            <w:pPr>
              <w:spacing w:before="60" w:after="60"/>
              <w:rPr>
                <w:szCs w:val="24"/>
              </w:rPr>
            </w:pPr>
            <w:r w:rsidRPr="00CE3FF6">
              <w:rPr>
                <w:szCs w:val="24"/>
              </w:rPr>
              <w:t>When I have an issue with someone, I speak to that person rather than a third party.</w:t>
            </w:r>
          </w:p>
        </w:tc>
        <w:tc>
          <w:tcPr>
            <w:tcW w:w="4896" w:type="dxa"/>
            <w:vAlign w:val="center"/>
          </w:tcPr>
          <w:p w14:paraId="61E635B2" w14:textId="77777777" w:rsidR="00AB4942" w:rsidRDefault="00AB4942" w:rsidP="00060B29">
            <w:pPr>
              <w:spacing w:before="60" w:after="60"/>
            </w:pPr>
            <w:r w:rsidRPr="00CE3FF6">
              <w:rPr>
                <w:sz w:val="22"/>
                <w:szCs w:val="28"/>
              </w:rPr>
              <w:t xml:space="preserve">1 </w:t>
            </w:r>
            <w:r>
              <w:rPr>
                <w:sz w:val="22"/>
                <w:szCs w:val="28"/>
              </w:rPr>
              <w:t xml:space="preserve"> </w:t>
            </w:r>
            <w:r w:rsidRPr="00CE3FF6">
              <w:rPr>
                <w:sz w:val="22"/>
                <w:szCs w:val="28"/>
              </w:rPr>
              <w:t xml:space="preserve">  2  </w:t>
            </w:r>
            <w:r>
              <w:rPr>
                <w:sz w:val="22"/>
                <w:szCs w:val="28"/>
              </w:rPr>
              <w:t xml:space="preserve"> </w:t>
            </w:r>
            <w:r w:rsidRPr="00CE3FF6">
              <w:rPr>
                <w:sz w:val="22"/>
                <w:szCs w:val="28"/>
              </w:rPr>
              <w:t xml:space="preserve"> 3  </w:t>
            </w:r>
            <w:r>
              <w:rPr>
                <w:sz w:val="22"/>
                <w:szCs w:val="28"/>
              </w:rPr>
              <w:t xml:space="preserve"> </w:t>
            </w:r>
            <w:r w:rsidRPr="00CE3FF6">
              <w:rPr>
                <w:sz w:val="22"/>
                <w:szCs w:val="28"/>
              </w:rPr>
              <w:t xml:space="preserve"> 4   </w:t>
            </w:r>
            <w:r>
              <w:rPr>
                <w:sz w:val="22"/>
                <w:szCs w:val="28"/>
              </w:rPr>
              <w:t xml:space="preserve"> </w:t>
            </w:r>
            <w:r w:rsidRPr="00CE3FF6">
              <w:rPr>
                <w:sz w:val="22"/>
                <w:szCs w:val="28"/>
              </w:rPr>
              <w:t>5</w:t>
            </w:r>
          </w:p>
        </w:tc>
      </w:tr>
      <w:tr w:rsidR="00AB4942" w14:paraId="1B8D95AD" w14:textId="77777777" w:rsidTr="00060B29">
        <w:tc>
          <w:tcPr>
            <w:tcW w:w="7776" w:type="dxa"/>
            <w:vAlign w:val="center"/>
          </w:tcPr>
          <w:p w14:paraId="340F93BC" w14:textId="77777777" w:rsidR="00AB4942" w:rsidRPr="00CE3FF6" w:rsidRDefault="00AB4942" w:rsidP="00060B29">
            <w:pPr>
              <w:spacing w:before="60" w:after="60"/>
              <w:rPr>
                <w:szCs w:val="24"/>
              </w:rPr>
            </w:pPr>
            <w:r w:rsidRPr="00CE3FF6">
              <w:rPr>
                <w:szCs w:val="24"/>
              </w:rPr>
              <w:t>I listen to a new idea before judging it.</w:t>
            </w:r>
          </w:p>
        </w:tc>
        <w:tc>
          <w:tcPr>
            <w:tcW w:w="4896" w:type="dxa"/>
            <w:vAlign w:val="center"/>
          </w:tcPr>
          <w:p w14:paraId="54A36604" w14:textId="77777777" w:rsidR="00AB4942" w:rsidRDefault="00AB4942" w:rsidP="00060B29">
            <w:pPr>
              <w:spacing w:before="60" w:after="60"/>
            </w:pPr>
            <w:r w:rsidRPr="00CE3FF6">
              <w:rPr>
                <w:sz w:val="22"/>
                <w:szCs w:val="28"/>
              </w:rPr>
              <w:t xml:space="preserve">1 </w:t>
            </w:r>
            <w:r>
              <w:rPr>
                <w:sz w:val="22"/>
                <w:szCs w:val="28"/>
              </w:rPr>
              <w:t xml:space="preserve"> </w:t>
            </w:r>
            <w:r w:rsidRPr="00CE3FF6">
              <w:rPr>
                <w:sz w:val="22"/>
                <w:szCs w:val="28"/>
              </w:rPr>
              <w:t xml:space="preserve">  2  </w:t>
            </w:r>
            <w:r>
              <w:rPr>
                <w:sz w:val="22"/>
                <w:szCs w:val="28"/>
              </w:rPr>
              <w:t xml:space="preserve"> </w:t>
            </w:r>
            <w:r w:rsidRPr="00CE3FF6">
              <w:rPr>
                <w:sz w:val="22"/>
                <w:szCs w:val="28"/>
              </w:rPr>
              <w:t xml:space="preserve"> 3  </w:t>
            </w:r>
            <w:r>
              <w:rPr>
                <w:sz w:val="22"/>
                <w:szCs w:val="28"/>
              </w:rPr>
              <w:t xml:space="preserve"> </w:t>
            </w:r>
            <w:r w:rsidRPr="00CE3FF6">
              <w:rPr>
                <w:sz w:val="22"/>
                <w:szCs w:val="28"/>
              </w:rPr>
              <w:t xml:space="preserve"> 4   </w:t>
            </w:r>
            <w:r>
              <w:rPr>
                <w:sz w:val="22"/>
                <w:szCs w:val="28"/>
              </w:rPr>
              <w:t xml:space="preserve"> </w:t>
            </w:r>
            <w:r w:rsidRPr="00CE3FF6">
              <w:rPr>
                <w:sz w:val="22"/>
                <w:szCs w:val="28"/>
              </w:rPr>
              <w:t>5</w:t>
            </w:r>
          </w:p>
        </w:tc>
      </w:tr>
      <w:tr w:rsidR="00AB4942" w14:paraId="02D99139" w14:textId="77777777" w:rsidTr="00060B29">
        <w:tc>
          <w:tcPr>
            <w:tcW w:w="7776" w:type="dxa"/>
            <w:vAlign w:val="center"/>
          </w:tcPr>
          <w:p w14:paraId="21B3C8BE" w14:textId="77777777" w:rsidR="00AB4942" w:rsidRPr="00CE3FF6" w:rsidRDefault="00AB4942" w:rsidP="00060B29">
            <w:pPr>
              <w:spacing w:before="60" w:after="60"/>
              <w:rPr>
                <w:szCs w:val="24"/>
              </w:rPr>
            </w:pPr>
            <w:r w:rsidRPr="00CE3FF6">
              <w:rPr>
                <w:szCs w:val="24"/>
              </w:rPr>
              <w:t>I celebrate other people’s wins.</w:t>
            </w:r>
          </w:p>
        </w:tc>
        <w:tc>
          <w:tcPr>
            <w:tcW w:w="4896" w:type="dxa"/>
            <w:vAlign w:val="center"/>
          </w:tcPr>
          <w:p w14:paraId="0928F206" w14:textId="77777777" w:rsidR="00AB4942" w:rsidRDefault="00AB4942" w:rsidP="00060B29">
            <w:pPr>
              <w:spacing w:before="60" w:after="60"/>
            </w:pPr>
            <w:r w:rsidRPr="00CE3FF6">
              <w:rPr>
                <w:sz w:val="22"/>
                <w:szCs w:val="28"/>
              </w:rPr>
              <w:t xml:space="preserve">1 </w:t>
            </w:r>
            <w:r>
              <w:rPr>
                <w:sz w:val="22"/>
                <w:szCs w:val="28"/>
              </w:rPr>
              <w:t xml:space="preserve"> </w:t>
            </w:r>
            <w:r w:rsidRPr="00CE3FF6">
              <w:rPr>
                <w:sz w:val="22"/>
                <w:szCs w:val="28"/>
              </w:rPr>
              <w:t xml:space="preserve">  2  </w:t>
            </w:r>
            <w:r>
              <w:rPr>
                <w:sz w:val="22"/>
                <w:szCs w:val="28"/>
              </w:rPr>
              <w:t xml:space="preserve"> </w:t>
            </w:r>
            <w:r w:rsidRPr="00CE3FF6">
              <w:rPr>
                <w:sz w:val="22"/>
                <w:szCs w:val="28"/>
              </w:rPr>
              <w:t xml:space="preserve"> 3  </w:t>
            </w:r>
            <w:r>
              <w:rPr>
                <w:sz w:val="22"/>
                <w:szCs w:val="28"/>
              </w:rPr>
              <w:t xml:space="preserve"> </w:t>
            </w:r>
            <w:r w:rsidRPr="00CE3FF6">
              <w:rPr>
                <w:sz w:val="22"/>
                <w:szCs w:val="28"/>
              </w:rPr>
              <w:t xml:space="preserve"> 4   </w:t>
            </w:r>
            <w:r>
              <w:rPr>
                <w:sz w:val="22"/>
                <w:szCs w:val="28"/>
              </w:rPr>
              <w:t xml:space="preserve"> </w:t>
            </w:r>
            <w:r w:rsidRPr="00CE3FF6">
              <w:rPr>
                <w:sz w:val="22"/>
                <w:szCs w:val="28"/>
              </w:rPr>
              <w:t>5</w:t>
            </w:r>
          </w:p>
        </w:tc>
      </w:tr>
      <w:tr w:rsidR="00AB4942" w14:paraId="0BB4D9AA" w14:textId="77777777" w:rsidTr="00060B29">
        <w:tc>
          <w:tcPr>
            <w:tcW w:w="7776" w:type="dxa"/>
            <w:vAlign w:val="center"/>
          </w:tcPr>
          <w:p w14:paraId="6FA4DE4B" w14:textId="77777777" w:rsidR="00AB4942" w:rsidRPr="00CE3FF6" w:rsidRDefault="00AB4942" w:rsidP="00060B29">
            <w:pPr>
              <w:spacing w:before="60" w:after="60"/>
              <w:rPr>
                <w:szCs w:val="24"/>
              </w:rPr>
            </w:pPr>
            <w:r w:rsidRPr="00CE3FF6">
              <w:rPr>
                <w:szCs w:val="24"/>
              </w:rPr>
              <w:t>I follow through on what I agree to do.</w:t>
            </w:r>
          </w:p>
        </w:tc>
        <w:tc>
          <w:tcPr>
            <w:tcW w:w="4896" w:type="dxa"/>
            <w:vAlign w:val="center"/>
          </w:tcPr>
          <w:p w14:paraId="22F0D1FF" w14:textId="77777777" w:rsidR="00AB4942" w:rsidRDefault="00AB4942" w:rsidP="00060B29">
            <w:pPr>
              <w:spacing w:before="60" w:after="60"/>
            </w:pPr>
            <w:r w:rsidRPr="00CE3FF6">
              <w:rPr>
                <w:sz w:val="22"/>
                <w:szCs w:val="28"/>
              </w:rPr>
              <w:t xml:space="preserve">1 </w:t>
            </w:r>
            <w:r>
              <w:rPr>
                <w:sz w:val="22"/>
                <w:szCs w:val="28"/>
              </w:rPr>
              <w:t xml:space="preserve"> </w:t>
            </w:r>
            <w:r w:rsidRPr="00CE3FF6">
              <w:rPr>
                <w:sz w:val="22"/>
                <w:szCs w:val="28"/>
              </w:rPr>
              <w:t xml:space="preserve">  2  </w:t>
            </w:r>
            <w:r>
              <w:rPr>
                <w:sz w:val="22"/>
                <w:szCs w:val="28"/>
              </w:rPr>
              <w:t xml:space="preserve"> </w:t>
            </w:r>
            <w:r w:rsidRPr="00CE3FF6">
              <w:rPr>
                <w:sz w:val="22"/>
                <w:szCs w:val="28"/>
              </w:rPr>
              <w:t xml:space="preserve"> 3  </w:t>
            </w:r>
            <w:r>
              <w:rPr>
                <w:sz w:val="22"/>
                <w:szCs w:val="28"/>
              </w:rPr>
              <w:t xml:space="preserve"> </w:t>
            </w:r>
            <w:r w:rsidRPr="00CE3FF6">
              <w:rPr>
                <w:sz w:val="22"/>
                <w:szCs w:val="28"/>
              </w:rPr>
              <w:t xml:space="preserve"> 4   </w:t>
            </w:r>
            <w:r>
              <w:rPr>
                <w:sz w:val="22"/>
                <w:szCs w:val="28"/>
              </w:rPr>
              <w:t xml:space="preserve"> </w:t>
            </w:r>
            <w:r w:rsidRPr="00CE3FF6">
              <w:rPr>
                <w:sz w:val="22"/>
                <w:szCs w:val="28"/>
              </w:rPr>
              <w:t>5</w:t>
            </w:r>
          </w:p>
        </w:tc>
      </w:tr>
      <w:tr w:rsidR="00AB4942" w14:paraId="71CDBE0F" w14:textId="77777777" w:rsidTr="00060B29">
        <w:tc>
          <w:tcPr>
            <w:tcW w:w="7776" w:type="dxa"/>
            <w:vAlign w:val="center"/>
          </w:tcPr>
          <w:p w14:paraId="340F00D0" w14:textId="77777777" w:rsidR="00AB4942" w:rsidRPr="00CE3FF6" w:rsidRDefault="00AB4942" w:rsidP="00060B29">
            <w:pPr>
              <w:spacing w:before="60" w:after="60"/>
              <w:rPr>
                <w:szCs w:val="24"/>
              </w:rPr>
            </w:pPr>
            <w:r w:rsidRPr="00CE3FF6">
              <w:rPr>
                <w:szCs w:val="24"/>
              </w:rPr>
              <w:t>I represent the team well to people outside it.</w:t>
            </w:r>
          </w:p>
        </w:tc>
        <w:tc>
          <w:tcPr>
            <w:tcW w:w="4896" w:type="dxa"/>
          </w:tcPr>
          <w:p w14:paraId="3E9EEBED" w14:textId="77777777" w:rsidR="00AB4942" w:rsidRDefault="00AB4942" w:rsidP="00060B29">
            <w:pPr>
              <w:spacing w:before="60" w:after="60"/>
            </w:pPr>
            <w:r w:rsidRPr="001B2906">
              <w:rPr>
                <w:sz w:val="22"/>
                <w:szCs w:val="28"/>
              </w:rPr>
              <w:t>1    2    3    4    5</w:t>
            </w:r>
          </w:p>
        </w:tc>
      </w:tr>
      <w:tr w:rsidR="00AB4942" w14:paraId="7618FF46" w14:textId="77777777" w:rsidTr="00060B29">
        <w:tc>
          <w:tcPr>
            <w:tcW w:w="7776" w:type="dxa"/>
            <w:vAlign w:val="center"/>
          </w:tcPr>
          <w:p w14:paraId="7D0132EB" w14:textId="77777777" w:rsidR="00AB4942" w:rsidRPr="00CE3FF6" w:rsidRDefault="00AB4942" w:rsidP="00060B29">
            <w:pPr>
              <w:spacing w:before="60" w:after="60"/>
              <w:rPr>
                <w:szCs w:val="24"/>
              </w:rPr>
            </w:pPr>
            <w:r w:rsidRPr="00CE3FF6">
              <w:rPr>
                <w:szCs w:val="24"/>
              </w:rPr>
              <w:t>I willingly share the load.</w:t>
            </w:r>
          </w:p>
        </w:tc>
        <w:tc>
          <w:tcPr>
            <w:tcW w:w="4896" w:type="dxa"/>
          </w:tcPr>
          <w:p w14:paraId="320B49BF" w14:textId="77777777" w:rsidR="00AB4942" w:rsidRDefault="00AB4942" w:rsidP="00060B29">
            <w:pPr>
              <w:spacing w:before="60" w:after="60"/>
            </w:pPr>
            <w:r w:rsidRPr="001B2906">
              <w:rPr>
                <w:sz w:val="22"/>
                <w:szCs w:val="28"/>
              </w:rPr>
              <w:t>1    2    3    4    5</w:t>
            </w:r>
          </w:p>
        </w:tc>
      </w:tr>
      <w:tr w:rsidR="00AB4942" w14:paraId="1B41E593" w14:textId="77777777" w:rsidTr="00060B29">
        <w:tc>
          <w:tcPr>
            <w:tcW w:w="7776" w:type="dxa"/>
            <w:vAlign w:val="center"/>
          </w:tcPr>
          <w:p w14:paraId="380606EF" w14:textId="77777777" w:rsidR="00AB4942" w:rsidRPr="00CE3FF6" w:rsidRDefault="00AB4942" w:rsidP="00060B29">
            <w:pPr>
              <w:spacing w:before="60" w:after="60"/>
              <w:rPr>
                <w:szCs w:val="24"/>
              </w:rPr>
            </w:pPr>
            <w:r w:rsidRPr="00CE3FF6">
              <w:rPr>
                <w:szCs w:val="24"/>
              </w:rPr>
              <w:t>When something is unclear, I check rather than assume.</w:t>
            </w:r>
          </w:p>
        </w:tc>
        <w:tc>
          <w:tcPr>
            <w:tcW w:w="4896" w:type="dxa"/>
          </w:tcPr>
          <w:p w14:paraId="5A44C4E2" w14:textId="77777777" w:rsidR="00AB4942" w:rsidRDefault="00AB4942" w:rsidP="00060B29">
            <w:pPr>
              <w:spacing w:before="60" w:after="60"/>
            </w:pPr>
            <w:r w:rsidRPr="001B2906">
              <w:rPr>
                <w:sz w:val="22"/>
                <w:szCs w:val="28"/>
              </w:rPr>
              <w:t>1    2    3    4    5</w:t>
            </w:r>
          </w:p>
        </w:tc>
      </w:tr>
      <w:tr w:rsidR="00AB4942" w14:paraId="0A177E13" w14:textId="77777777" w:rsidTr="00060B29">
        <w:tc>
          <w:tcPr>
            <w:tcW w:w="7776" w:type="dxa"/>
            <w:vAlign w:val="center"/>
          </w:tcPr>
          <w:p w14:paraId="4A10F937" w14:textId="77777777" w:rsidR="00AB4942" w:rsidRPr="00CE3FF6" w:rsidRDefault="00AB4942" w:rsidP="00060B29">
            <w:pPr>
              <w:spacing w:before="60" w:after="60"/>
              <w:rPr>
                <w:szCs w:val="24"/>
              </w:rPr>
            </w:pPr>
            <w:r w:rsidRPr="00CE3FF6">
              <w:rPr>
                <w:szCs w:val="24"/>
              </w:rPr>
              <w:t>I look for ways to help teammates succeed.</w:t>
            </w:r>
          </w:p>
        </w:tc>
        <w:tc>
          <w:tcPr>
            <w:tcW w:w="4896" w:type="dxa"/>
          </w:tcPr>
          <w:p w14:paraId="08359165" w14:textId="77777777" w:rsidR="00AB4942" w:rsidRDefault="00AB4942" w:rsidP="00060B29">
            <w:pPr>
              <w:spacing w:before="60" w:after="60"/>
            </w:pPr>
            <w:r w:rsidRPr="001B2906">
              <w:rPr>
                <w:sz w:val="22"/>
                <w:szCs w:val="28"/>
              </w:rPr>
              <w:t>1    2    3    4    5</w:t>
            </w:r>
          </w:p>
        </w:tc>
      </w:tr>
      <w:tr w:rsidR="00AB4942" w14:paraId="274815A7" w14:textId="77777777" w:rsidTr="00060B29">
        <w:tc>
          <w:tcPr>
            <w:tcW w:w="7776" w:type="dxa"/>
            <w:vAlign w:val="center"/>
          </w:tcPr>
          <w:p w14:paraId="424C6316" w14:textId="77777777" w:rsidR="00AB4942" w:rsidRPr="00CE3FF6" w:rsidRDefault="00AB4942" w:rsidP="00060B29">
            <w:pPr>
              <w:spacing w:before="60" w:after="60"/>
              <w:rPr>
                <w:szCs w:val="24"/>
              </w:rPr>
            </w:pPr>
            <w:r w:rsidRPr="00CE3FF6">
              <w:rPr>
                <w:szCs w:val="24"/>
              </w:rPr>
              <w:t>I meet my deadlines or communicate early when one is at risk.</w:t>
            </w:r>
          </w:p>
        </w:tc>
        <w:tc>
          <w:tcPr>
            <w:tcW w:w="4896" w:type="dxa"/>
          </w:tcPr>
          <w:p w14:paraId="07822813" w14:textId="77777777" w:rsidR="00AB4942" w:rsidRDefault="00AB4942" w:rsidP="00060B29">
            <w:pPr>
              <w:spacing w:before="60" w:after="60"/>
            </w:pPr>
            <w:r w:rsidRPr="001B2906">
              <w:rPr>
                <w:sz w:val="22"/>
                <w:szCs w:val="28"/>
              </w:rPr>
              <w:t>1    2    3    4    5</w:t>
            </w:r>
          </w:p>
        </w:tc>
      </w:tr>
      <w:tr w:rsidR="00AB4942" w14:paraId="7A85BCF0" w14:textId="77777777" w:rsidTr="00060B29">
        <w:tc>
          <w:tcPr>
            <w:tcW w:w="7776" w:type="dxa"/>
            <w:vAlign w:val="center"/>
          </w:tcPr>
          <w:p w14:paraId="13737CB7" w14:textId="77777777" w:rsidR="00AB4942" w:rsidRPr="00CE3FF6" w:rsidRDefault="00AB4942" w:rsidP="00060B29">
            <w:pPr>
              <w:spacing w:before="60" w:after="60"/>
              <w:rPr>
                <w:szCs w:val="24"/>
              </w:rPr>
            </w:pPr>
            <w:r w:rsidRPr="00CE3FF6">
              <w:rPr>
                <w:szCs w:val="24"/>
              </w:rPr>
              <w:t>I take initiative when something needs to be done.</w:t>
            </w:r>
          </w:p>
        </w:tc>
        <w:tc>
          <w:tcPr>
            <w:tcW w:w="4896" w:type="dxa"/>
          </w:tcPr>
          <w:p w14:paraId="5084322D" w14:textId="77777777" w:rsidR="00AB4942" w:rsidRDefault="00AB4942" w:rsidP="00060B29">
            <w:pPr>
              <w:spacing w:before="60" w:after="60"/>
            </w:pPr>
            <w:r w:rsidRPr="001B2906">
              <w:rPr>
                <w:sz w:val="22"/>
                <w:szCs w:val="28"/>
              </w:rPr>
              <w:t>1    2    3    4    5</w:t>
            </w:r>
          </w:p>
        </w:tc>
      </w:tr>
    </w:tbl>
    <w:p w14:paraId="77AE4629" w14:textId="77777777" w:rsidR="00AB4942" w:rsidRPr="00F17A1D" w:rsidRDefault="00AB4942" w:rsidP="00AB4942">
      <w:pPr>
        <w:pStyle w:val="Heading2"/>
        <w:spacing w:before="240" w:after="100" w:line="240" w:lineRule="auto"/>
        <w:rPr>
          <w:sz w:val="28"/>
          <w:szCs w:val="28"/>
        </w:rPr>
      </w:pPr>
      <w:r w:rsidRPr="00F17A1D">
        <w:rPr>
          <w:sz w:val="28"/>
          <w:szCs w:val="28"/>
        </w:rPr>
        <w:t>A strength I bring to the team:</w:t>
      </w:r>
    </w:p>
    <w:tbl>
      <w:tblPr>
        <w:tblStyle w:val="TableGrid"/>
        <w:tblW w:w="0" w:type="auto"/>
        <w:tblLook w:val="04A0" w:firstRow="1" w:lastRow="0" w:firstColumn="1" w:lastColumn="0" w:noHBand="0" w:noVBand="1"/>
      </w:tblPr>
      <w:tblGrid>
        <w:gridCol w:w="9782"/>
      </w:tblGrid>
      <w:tr w:rsidR="00AB4942" w14:paraId="7979CA4B" w14:textId="77777777" w:rsidTr="00060B29">
        <w:tc>
          <w:tcPr>
            <w:tcW w:w="9792" w:type="dxa"/>
            <w:shd w:val="clear" w:color="auto" w:fill="FFF8E7"/>
            <w:vAlign w:val="center"/>
          </w:tcPr>
          <w:p w14:paraId="73C68036" w14:textId="77777777" w:rsidR="00AB4942" w:rsidRDefault="00AB4942" w:rsidP="00060B29">
            <w:pPr>
              <w:spacing w:after="0"/>
            </w:pPr>
          </w:p>
          <w:p w14:paraId="2131986C" w14:textId="77777777" w:rsidR="00AB4942" w:rsidRDefault="00AB4942" w:rsidP="00060B29">
            <w:pPr>
              <w:spacing w:after="0"/>
            </w:pPr>
          </w:p>
          <w:p w14:paraId="06B12401" w14:textId="77777777" w:rsidR="00AB4942" w:rsidRDefault="00AB4942" w:rsidP="00060B29">
            <w:pPr>
              <w:spacing w:after="0"/>
            </w:pPr>
          </w:p>
          <w:p w14:paraId="54BEF9C0" w14:textId="77777777" w:rsidR="00AB4942" w:rsidRDefault="00AB4942" w:rsidP="00060B29">
            <w:pPr>
              <w:spacing w:after="0"/>
            </w:pPr>
          </w:p>
          <w:p w14:paraId="3D802E37" w14:textId="77777777" w:rsidR="00AB4942" w:rsidRDefault="00AB4942" w:rsidP="00060B29">
            <w:pPr>
              <w:spacing w:after="0"/>
            </w:pPr>
          </w:p>
        </w:tc>
      </w:tr>
    </w:tbl>
    <w:p w14:paraId="5052A90A" w14:textId="77777777" w:rsidR="00AB4942" w:rsidRPr="00F17A1D" w:rsidRDefault="00AB4942" w:rsidP="00AB4942">
      <w:pPr>
        <w:pStyle w:val="Heading2"/>
        <w:spacing w:before="240" w:after="100" w:line="240" w:lineRule="auto"/>
        <w:rPr>
          <w:sz w:val="28"/>
          <w:szCs w:val="28"/>
        </w:rPr>
      </w:pPr>
      <w:r w:rsidRPr="00F17A1D">
        <w:rPr>
          <w:sz w:val="28"/>
          <w:szCs w:val="28"/>
        </w:rPr>
        <w:t>One behavior I want to improve:</w:t>
      </w:r>
    </w:p>
    <w:tbl>
      <w:tblPr>
        <w:tblStyle w:val="TableGrid"/>
        <w:tblW w:w="0" w:type="auto"/>
        <w:tblLook w:val="04A0" w:firstRow="1" w:lastRow="0" w:firstColumn="1" w:lastColumn="0" w:noHBand="0" w:noVBand="1"/>
      </w:tblPr>
      <w:tblGrid>
        <w:gridCol w:w="9782"/>
      </w:tblGrid>
      <w:tr w:rsidR="00AB4942" w14:paraId="72F76126" w14:textId="77777777" w:rsidTr="00060B29">
        <w:tc>
          <w:tcPr>
            <w:tcW w:w="9792" w:type="dxa"/>
            <w:shd w:val="clear" w:color="auto" w:fill="FFF8E7"/>
            <w:vAlign w:val="center"/>
          </w:tcPr>
          <w:p w14:paraId="0E2BBFF9" w14:textId="77777777" w:rsidR="00AB4942" w:rsidRDefault="00AB4942" w:rsidP="00060B29">
            <w:pPr>
              <w:spacing w:after="0"/>
            </w:pPr>
            <w:r>
              <w:t xml:space="preserve"> </w:t>
            </w:r>
          </w:p>
          <w:p w14:paraId="3F70770B" w14:textId="77777777" w:rsidR="00AB4942" w:rsidRDefault="00AB4942" w:rsidP="00060B29">
            <w:pPr>
              <w:spacing w:after="0"/>
            </w:pPr>
          </w:p>
          <w:p w14:paraId="5893B4B1" w14:textId="77777777" w:rsidR="00AB4942" w:rsidRDefault="00AB4942" w:rsidP="00060B29">
            <w:pPr>
              <w:spacing w:after="0"/>
            </w:pPr>
          </w:p>
          <w:p w14:paraId="3587C005" w14:textId="77777777" w:rsidR="00AB4942" w:rsidRDefault="00AB4942" w:rsidP="00060B29">
            <w:pPr>
              <w:spacing w:after="0"/>
            </w:pPr>
          </w:p>
          <w:p w14:paraId="33DE51DD" w14:textId="77777777" w:rsidR="00AB4942" w:rsidRDefault="00AB4942" w:rsidP="00060B29">
            <w:pPr>
              <w:spacing w:after="0"/>
            </w:pPr>
          </w:p>
        </w:tc>
      </w:tr>
    </w:tbl>
    <w:p w14:paraId="1756F527" w14:textId="77777777" w:rsidR="00AB4942" w:rsidRPr="00F17A1D" w:rsidRDefault="00AB4942" w:rsidP="00AB4942">
      <w:pPr>
        <w:pStyle w:val="Heading2"/>
        <w:spacing w:before="240" w:after="100" w:line="240" w:lineRule="auto"/>
        <w:rPr>
          <w:sz w:val="28"/>
          <w:szCs w:val="28"/>
        </w:rPr>
      </w:pPr>
      <w:r w:rsidRPr="00F17A1D">
        <w:rPr>
          <w:sz w:val="28"/>
          <w:szCs w:val="28"/>
        </w:rPr>
        <w:t>One small action I can take to improve:</w:t>
      </w:r>
    </w:p>
    <w:tbl>
      <w:tblPr>
        <w:tblStyle w:val="TableGrid"/>
        <w:tblW w:w="0" w:type="auto"/>
        <w:tblLook w:val="04A0" w:firstRow="1" w:lastRow="0" w:firstColumn="1" w:lastColumn="0" w:noHBand="0" w:noVBand="1"/>
      </w:tblPr>
      <w:tblGrid>
        <w:gridCol w:w="9782"/>
      </w:tblGrid>
      <w:tr w:rsidR="00AB4942" w14:paraId="0E97CF04" w14:textId="77777777" w:rsidTr="00060B29">
        <w:tc>
          <w:tcPr>
            <w:tcW w:w="9792" w:type="dxa"/>
            <w:shd w:val="clear" w:color="auto" w:fill="FFF8E7"/>
            <w:vAlign w:val="center"/>
          </w:tcPr>
          <w:p w14:paraId="7E07A6DD" w14:textId="77777777" w:rsidR="00AB4942" w:rsidRDefault="00AB4942" w:rsidP="00060B29">
            <w:pPr>
              <w:spacing w:after="0"/>
            </w:pPr>
            <w:r>
              <w:t xml:space="preserve"> </w:t>
            </w:r>
          </w:p>
          <w:p w14:paraId="06997A5A" w14:textId="77777777" w:rsidR="00AB4942" w:rsidRDefault="00AB4942" w:rsidP="00060B29">
            <w:pPr>
              <w:spacing w:after="0"/>
            </w:pPr>
          </w:p>
          <w:p w14:paraId="48F79128" w14:textId="77777777" w:rsidR="00AB4942" w:rsidRDefault="00AB4942" w:rsidP="00060B29">
            <w:pPr>
              <w:spacing w:after="0"/>
            </w:pPr>
          </w:p>
          <w:p w14:paraId="5C8889CA" w14:textId="77777777" w:rsidR="00AB4942" w:rsidRDefault="00AB4942" w:rsidP="00060B29">
            <w:pPr>
              <w:spacing w:after="0"/>
            </w:pPr>
          </w:p>
          <w:p w14:paraId="7D1AF78D" w14:textId="77777777" w:rsidR="00AB4942" w:rsidRDefault="00AB4942" w:rsidP="00060B29">
            <w:pPr>
              <w:spacing w:after="0"/>
            </w:pPr>
          </w:p>
        </w:tc>
      </w:tr>
    </w:tbl>
    <w:p w14:paraId="70ED8A6B" w14:textId="77777777" w:rsidR="00E10B19" w:rsidRDefault="00EB4D04">
      <w:r>
        <w:br w:type="page"/>
      </w:r>
    </w:p>
    <w:p w14:paraId="63E40D06" w14:textId="77777777" w:rsidR="00FD78A1" w:rsidRDefault="00FD78A1" w:rsidP="00FD78A1">
      <w:pPr>
        <w:pStyle w:val="Title"/>
        <w:spacing w:after="220"/>
      </w:pPr>
      <w:r>
        <w:lastRenderedPageBreak/>
        <w:t>Start, Stop, Continue</w:t>
      </w:r>
    </w:p>
    <w:p w14:paraId="3ED49D96" w14:textId="77777777" w:rsidR="00FD78A1" w:rsidRDefault="00FD78A1" w:rsidP="00FD78A1">
      <w:pPr>
        <w:spacing w:after="140" w:line="283" w:lineRule="auto"/>
        <w:jc w:val="right"/>
        <w:rPr>
          <w:sz w:val="32"/>
          <w:szCs w:val="36"/>
        </w:rPr>
      </w:pPr>
      <w:r>
        <w:rPr>
          <w:sz w:val="24"/>
          <w:szCs w:val="32"/>
        </w:rPr>
        <w:t>Accountability &amp; Execution</w:t>
      </w:r>
    </w:p>
    <w:p w14:paraId="7DAE4760" w14:textId="77777777" w:rsidR="00FD78A1" w:rsidRDefault="00FD78A1" w:rsidP="00FD78A1">
      <w:pPr>
        <w:spacing w:after="140" w:line="283" w:lineRule="auto"/>
        <w:jc w:val="right"/>
      </w:pPr>
      <w:r>
        <w:t xml:space="preserve">ACTIVITY TIME  |  </w:t>
      </w:r>
      <w:r w:rsidR="00C15DC7">
        <w:t>30</w:t>
      </w:r>
      <w:r>
        <w:t xml:space="preserve"> minutes     PREPARATION  |  5 minutes</w:t>
      </w:r>
    </w:p>
    <w:p w14:paraId="21F51D72" w14:textId="77777777" w:rsidR="00FD78A1" w:rsidRPr="000D1291" w:rsidRDefault="00FD78A1" w:rsidP="00FD78A1">
      <w:pPr>
        <w:spacing w:after="140" w:line="283" w:lineRule="auto"/>
        <w:rPr>
          <w:b/>
          <w:bCs/>
          <w:sz w:val="24"/>
          <w:szCs w:val="28"/>
        </w:rPr>
      </w:pPr>
      <w:r w:rsidRPr="000D1291">
        <w:rPr>
          <w:b/>
          <w:bCs/>
          <w:sz w:val="24"/>
          <w:szCs w:val="28"/>
        </w:rPr>
        <w:t>Make one useful change to how your team works together</w:t>
      </w:r>
    </w:p>
    <w:p w14:paraId="537763B9" w14:textId="77777777" w:rsidR="00FD78A1" w:rsidRDefault="00FD78A1" w:rsidP="00FD78A1">
      <w:pPr>
        <w:pStyle w:val="Heading2"/>
        <w:spacing w:before="240" w:after="100" w:line="240" w:lineRule="auto"/>
        <w:rPr>
          <w:sz w:val="28"/>
          <w:szCs w:val="28"/>
        </w:rPr>
      </w:pPr>
      <w:r>
        <w:rPr>
          <w:sz w:val="28"/>
          <w:szCs w:val="28"/>
        </w:rPr>
        <w:t>Why this activity matters</w:t>
      </w:r>
    </w:p>
    <w:p w14:paraId="26398AB9" w14:textId="77777777" w:rsidR="00FD78A1" w:rsidRDefault="00FD78A1" w:rsidP="00FD78A1">
      <w:pPr>
        <w:spacing w:after="140" w:line="283" w:lineRule="auto"/>
        <w:rPr>
          <w:sz w:val="22"/>
          <w:szCs w:val="24"/>
        </w:rPr>
      </w:pPr>
      <w:r>
        <w:rPr>
          <w:sz w:val="22"/>
          <w:szCs w:val="24"/>
        </w:rPr>
        <w:t>Teams get used to routines, even when some are no longer contributing as originally intended. This activity gives everyone a simple way to name what should begin, what should end, and what is worth keeping. The goal is to identify a few changes the team can follow through on.</w:t>
      </w:r>
    </w:p>
    <w:p w14:paraId="088B9EDF" w14:textId="77777777" w:rsidR="00FD78A1" w:rsidRDefault="00FD78A1" w:rsidP="00FD78A1">
      <w:pPr>
        <w:pStyle w:val="Heading2"/>
        <w:spacing w:before="240" w:after="100" w:line="240" w:lineRule="auto"/>
        <w:rPr>
          <w:sz w:val="28"/>
          <w:szCs w:val="28"/>
        </w:rPr>
      </w:pPr>
      <w:r>
        <w:rPr>
          <w:sz w:val="28"/>
          <w:szCs w:val="28"/>
        </w:rPr>
        <w:t>The outcome</w:t>
      </w:r>
    </w:p>
    <w:p w14:paraId="6F5A854F" w14:textId="77777777" w:rsidR="00FD78A1" w:rsidRDefault="00FD78A1" w:rsidP="00FD78A1">
      <w:pPr>
        <w:spacing w:after="140" w:line="283" w:lineRule="auto"/>
        <w:rPr>
          <w:sz w:val="22"/>
          <w:szCs w:val="24"/>
        </w:rPr>
      </w:pPr>
      <w:r>
        <w:rPr>
          <w:sz w:val="22"/>
          <w:szCs w:val="24"/>
        </w:rPr>
        <w:t xml:space="preserve">The team agrees on one action in each category: </w:t>
      </w:r>
      <w:r w:rsidRPr="000D1291">
        <w:rPr>
          <w:b/>
          <w:bCs/>
          <w:sz w:val="22"/>
          <w:szCs w:val="24"/>
        </w:rPr>
        <w:t>Start</w:t>
      </w:r>
      <w:r>
        <w:rPr>
          <w:sz w:val="22"/>
          <w:szCs w:val="24"/>
        </w:rPr>
        <w:t xml:space="preserve">, </w:t>
      </w:r>
      <w:r w:rsidRPr="000D1291">
        <w:rPr>
          <w:b/>
          <w:bCs/>
          <w:sz w:val="22"/>
          <w:szCs w:val="24"/>
        </w:rPr>
        <w:t>Stop</w:t>
      </w:r>
      <w:r>
        <w:rPr>
          <w:sz w:val="22"/>
          <w:szCs w:val="24"/>
        </w:rPr>
        <w:t xml:space="preserve">, and </w:t>
      </w:r>
      <w:r w:rsidRPr="000D1291">
        <w:rPr>
          <w:b/>
          <w:bCs/>
          <w:sz w:val="22"/>
          <w:szCs w:val="24"/>
        </w:rPr>
        <w:t>Continue</w:t>
      </w:r>
      <w:r>
        <w:rPr>
          <w:sz w:val="22"/>
          <w:szCs w:val="24"/>
        </w:rPr>
        <w:t>. Each action is specific enough that people will recognize when it happens.</w:t>
      </w:r>
    </w:p>
    <w:p w14:paraId="7EB91FA8" w14:textId="77777777" w:rsidR="00FD78A1" w:rsidRDefault="00FD78A1" w:rsidP="00FD78A1">
      <w:pPr>
        <w:pStyle w:val="Heading2"/>
        <w:spacing w:before="240" w:after="100" w:line="240" w:lineRule="auto"/>
        <w:rPr>
          <w:sz w:val="28"/>
          <w:szCs w:val="28"/>
        </w:rPr>
      </w:pPr>
      <w:r>
        <w:rPr>
          <w:sz w:val="28"/>
          <w:szCs w:val="28"/>
        </w:rPr>
        <w:t>Before the meeting | 5 minutes of preparation</w:t>
      </w:r>
    </w:p>
    <w:p w14:paraId="1F0068E5" w14:textId="77777777" w:rsidR="00FD78A1" w:rsidRDefault="00FD78A1" w:rsidP="00FD78A1">
      <w:pPr>
        <w:spacing w:after="140" w:line="283" w:lineRule="auto"/>
        <w:rPr>
          <w:sz w:val="22"/>
          <w:szCs w:val="24"/>
        </w:rPr>
      </w:pPr>
      <w:r>
        <w:rPr>
          <w:sz w:val="22"/>
          <w:szCs w:val="24"/>
        </w:rPr>
        <w:t xml:space="preserve">Bring a copy of the three-column worksheet for each person and a shared page or board for the team’s ideas. Think of a genuine example of something you could improve in your own </w:t>
      </w:r>
      <w:proofErr w:type="gramStart"/>
      <w:r>
        <w:rPr>
          <w:sz w:val="22"/>
          <w:szCs w:val="24"/>
        </w:rPr>
        <w:t>leadership, but</w:t>
      </w:r>
      <w:proofErr w:type="gramEnd"/>
      <w:r>
        <w:rPr>
          <w:sz w:val="22"/>
          <w:szCs w:val="24"/>
        </w:rPr>
        <w:t xml:space="preserve"> save it until the group has spoken.</w:t>
      </w:r>
    </w:p>
    <w:p w14:paraId="6DC4CC37" w14:textId="77777777" w:rsidR="00FD78A1" w:rsidRDefault="00FD78A1" w:rsidP="00FD78A1">
      <w:pPr>
        <w:pStyle w:val="Heading2"/>
        <w:spacing w:before="240" w:after="100" w:line="240" w:lineRule="auto"/>
        <w:rPr>
          <w:sz w:val="28"/>
          <w:szCs w:val="28"/>
        </w:rPr>
      </w:pPr>
      <w:r>
        <w:rPr>
          <w:sz w:val="28"/>
          <w:szCs w:val="28"/>
        </w:rPr>
        <w:t>1. Think for yourself | 5 minutes</w:t>
      </w:r>
    </w:p>
    <w:p w14:paraId="31DB4E92" w14:textId="77777777" w:rsidR="00FD78A1" w:rsidRDefault="00FD78A1" w:rsidP="00FD78A1">
      <w:pPr>
        <w:spacing w:after="140" w:line="283" w:lineRule="auto"/>
        <w:rPr>
          <w:sz w:val="22"/>
          <w:szCs w:val="24"/>
        </w:rPr>
      </w:pPr>
      <w:r>
        <w:rPr>
          <w:sz w:val="22"/>
          <w:szCs w:val="24"/>
        </w:rPr>
        <w:t>Say: “</w:t>
      </w:r>
      <w:r w:rsidRPr="000D1291">
        <w:rPr>
          <w:i/>
          <w:iCs/>
          <w:sz w:val="22"/>
          <w:szCs w:val="24"/>
        </w:rPr>
        <w:t>Think about how we work together, not about who is doing a good or bad job. What should we start doing, stop doing, or keep doing because it works?</w:t>
      </w:r>
      <w:r>
        <w:rPr>
          <w:sz w:val="22"/>
          <w:szCs w:val="24"/>
        </w:rPr>
        <w:t>” Give everyone a few quiet minutes to write at least one idea in each of the three columns. Their individual notes stay private.</w:t>
      </w:r>
    </w:p>
    <w:p w14:paraId="456202CB" w14:textId="77777777" w:rsidR="00FD78A1" w:rsidRDefault="00FD78A1" w:rsidP="00FD78A1">
      <w:pPr>
        <w:pStyle w:val="Heading2"/>
        <w:spacing w:before="240" w:after="100" w:line="240" w:lineRule="auto"/>
        <w:rPr>
          <w:sz w:val="28"/>
          <w:szCs w:val="28"/>
        </w:rPr>
      </w:pPr>
      <w:r>
        <w:rPr>
          <w:sz w:val="28"/>
          <w:szCs w:val="28"/>
        </w:rPr>
        <w:t xml:space="preserve">2. Hear the ideas | </w:t>
      </w:r>
      <w:r w:rsidR="00C15DC7">
        <w:rPr>
          <w:sz w:val="28"/>
          <w:szCs w:val="28"/>
        </w:rPr>
        <w:t>10</w:t>
      </w:r>
      <w:r>
        <w:rPr>
          <w:sz w:val="28"/>
          <w:szCs w:val="28"/>
        </w:rPr>
        <w:t xml:space="preserve"> minutes</w:t>
      </w:r>
    </w:p>
    <w:p w14:paraId="5C11F1B9" w14:textId="77777777" w:rsidR="00FD78A1" w:rsidRDefault="00FD78A1" w:rsidP="00FD78A1">
      <w:pPr>
        <w:spacing w:after="140" w:line="283" w:lineRule="auto"/>
        <w:rPr>
          <w:sz w:val="22"/>
          <w:szCs w:val="24"/>
        </w:rPr>
      </w:pPr>
      <w:r>
        <w:rPr>
          <w:sz w:val="22"/>
          <w:szCs w:val="24"/>
        </w:rPr>
        <w:t xml:space="preserve">Invite each person to offer one idea from each column. If they can’t think of one, let them pass and move on to the next team member. Write each suggestion where everyone can see it, without debating or defending current practices. You go </w:t>
      </w:r>
      <w:proofErr w:type="gramStart"/>
      <w:r>
        <w:rPr>
          <w:sz w:val="22"/>
          <w:szCs w:val="24"/>
        </w:rPr>
        <w:t>last, and</w:t>
      </w:r>
      <w:proofErr w:type="gramEnd"/>
      <w:r>
        <w:rPr>
          <w:sz w:val="22"/>
          <w:szCs w:val="24"/>
        </w:rPr>
        <w:t xml:space="preserve"> contribute an honest example about something you can do differently as the leader.</w:t>
      </w:r>
    </w:p>
    <w:p w14:paraId="37732717" w14:textId="77777777" w:rsidR="00FD78A1" w:rsidRDefault="00FD78A1" w:rsidP="00FD78A1">
      <w:pPr>
        <w:spacing w:after="140" w:line="283" w:lineRule="auto"/>
        <w:rPr>
          <w:sz w:val="22"/>
          <w:szCs w:val="24"/>
        </w:rPr>
      </w:pPr>
      <w:r w:rsidRPr="000D1291">
        <w:rPr>
          <w:b/>
          <w:bCs/>
          <w:sz w:val="22"/>
          <w:szCs w:val="24"/>
        </w:rPr>
        <w:t>Leader cue:</w:t>
      </w:r>
      <w:r>
        <w:rPr>
          <w:sz w:val="22"/>
          <w:szCs w:val="24"/>
        </w:rPr>
        <w:t xml:space="preserve"> If an idea names or blames a person, ask: “</w:t>
      </w:r>
      <w:r w:rsidRPr="000D1291">
        <w:rPr>
          <w:i/>
          <w:iCs/>
          <w:sz w:val="22"/>
          <w:szCs w:val="24"/>
        </w:rPr>
        <w:t>What team habit could we change instead?</w:t>
      </w:r>
      <w:r>
        <w:rPr>
          <w:sz w:val="22"/>
          <w:szCs w:val="24"/>
        </w:rPr>
        <w:t>”</w:t>
      </w:r>
    </w:p>
    <w:p w14:paraId="57AF71E0" w14:textId="77777777" w:rsidR="00FD78A1" w:rsidRPr="000D1291" w:rsidRDefault="00FD78A1" w:rsidP="00FD78A1">
      <w:pPr>
        <w:spacing w:before="240" w:after="140" w:line="283" w:lineRule="auto"/>
        <w:rPr>
          <w:rFonts w:asciiTheme="majorHAnsi" w:hAnsiTheme="majorHAnsi" w:cstheme="majorHAnsi"/>
          <w:b/>
          <w:bCs/>
          <w:color w:val="1A2744"/>
          <w:sz w:val="28"/>
          <w:szCs w:val="28"/>
        </w:rPr>
      </w:pPr>
      <w:r w:rsidRPr="000D1291">
        <w:rPr>
          <w:rFonts w:asciiTheme="majorHAnsi" w:hAnsiTheme="majorHAnsi" w:cstheme="majorHAnsi"/>
          <w:b/>
          <w:bCs/>
          <w:color w:val="1A2744"/>
          <w:sz w:val="28"/>
          <w:szCs w:val="28"/>
        </w:rPr>
        <w:t>3. Choose what matters | 10 minutes</w:t>
      </w:r>
    </w:p>
    <w:p w14:paraId="00B07406" w14:textId="77777777" w:rsidR="00FD78A1" w:rsidRDefault="00FD78A1" w:rsidP="00FD78A1">
      <w:pPr>
        <w:spacing w:after="140" w:line="283" w:lineRule="auto"/>
        <w:rPr>
          <w:sz w:val="22"/>
          <w:szCs w:val="24"/>
        </w:rPr>
      </w:pPr>
      <w:r>
        <w:rPr>
          <w:sz w:val="22"/>
          <w:szCs w:val="24"/>
        </w:rPr>
        <w:t>Review the three columns together. Ask which suggestions would make the biggest difference with the least added work. Combine similar ideas and clarify vague ones. Choose one Start, one Stop, and one Continue that the team can realistically act on.</w:t>
      </w:r>
    </w:p>
    <w:p w14:paraId="0C5FAEE6" w14:textId="77777777" w:rsidR="00FD78A1" w:rsidRDefault="00FD78A1" w:rsidP="00FD78A1">
      <w:pPr>
        <w:spacing w:after="140" w:line="283" w:lineRule="auto"/>
        <w:rPr>
          <w:sz w:val="22"/>
          <w:szCs w:val="24"/>
        </w:rPr>
      </w:pPr>
      <w:r>
        <w:rPr>
          <w:sz w:val="22"/>
          <w:szCs w:val="24"/>
        </w:rPr>
        <w:t>Ask: “</w:t>
      </w:r>
      <w:r w:rsidRPr="00A2326B">
        <w:rPr>
          <w:i/>
          <w:iCs/>
          <w:sz w:val="22"/>
          <w:szCs w:val="24"/>
        </w:rPr>
        <w:t>What would we see people doing differently?</w:t>
      </w:r>
      <w:r>
        <w:rPr>
          <w:sz w:val="22"/>
          <w:szCs w:val="24"/>
        </w:rPr>
        <w:t>” For Start and Stop, identify who will help make the change happen and when it begins. For Continue, describe the behavior worth protecting.</w:t>
      </w:r>
    </w:p>
    <w:p w14:paraId="4DC5612E" w14:textId="77777777" w:rsidR="00FD78A1" w:rsidRDefault="00FD78A1" w:rsidP="00FD78A1">
      <w:pPr>
        <w:pStyle w:val="Heading2"/>
        <w:spacing w:before="240" w:after="100" w:line="240" w:lineRule="auto"/>
        <w:rPr>
          <w:sz w:val="28"/>
          <w:szCs w:val="28"/>
        </w:rPr>
      </w:pPr>
      <w:r>
        <w:rPr>
          <w:sz w:val="28"/>
          <w:szCs w:val="28"/>
        </w:rPr>
        <w:lastRenderedPageBreak/>
        <w:t>4. Make it count | 5 minutes</w:t>
      </w:r>
    </w:p>
    <w:p w14:paraId="282E0CD3" w14:textId="77777777" w:rsidR="00FD78A1" w:rsidRDefault="00FD78A1" w:rsidP="00FD78A1">
      <w:pPr>
        <w:spacing w:after="140" w:line="283" w:lineRule="auto"/>
        <w:rPr>
          <w:sz w:val="22"/>
          <w:szCs w:val="24"/>
        </w:rPr>
      </w:pPr>
      <w:r>
        <w:rPr>
          <w:sz w:val="22"/>
          <w:szCs w:val="24"/>
        </w:rPr>
        <w:t>Read the three choices aloud. Ask: “</w:t>
      </w:r>
      <w:r w:rsidRPr="00A2326B">
        <w:rPr>
          <w:i/>
          <w:iCs/>
          <w:sz w:val="22"/>
          <w:szCs w:val="24"/>
        </w:rPr>
        <w:t>Are these specific enough for us to know whether we followed through?</w:t>
      </w:r>
      <w:r>
        <w:rPr>
          <w:sz w:val="22"/>
          <w:szCs w:val="24"/>
        </w:rPr>
        <w:t>” Adjust them if needed. Confirm where the decisions will be kept so the team can revisit them briefly at an ordinary meeting.</w:t>
      </w:r>
    </w:p>
    <w:p w14:paraId="09AEB40D" w14:textId="77777777" w:rsidR="00FD78A1" w:rsidRDefault="00FD78A1" w:rsidP="00FD78A1">
      <w:pPr>
        <w:spacing w:after="140" w:line="283" w:lineRule="auto"/>
        <w:rPr>
          <w:sz w:val="22"/>
          <w:szCs w:val="24"/>
        </w:rPr>
      </w:pPr>
      <w:r>
        <w:rPr>
          <w:sz w:val="22"/>
          <w:szCs w:val="24"/>
        </w:rPr>
        <w:t>Close by saying: “</w:t>
      </w:r>
      <w:r w:rsidRPr="00A2326B">
        <w:rPr>
          <w:i/>
          <w:iCs/>
          <w:sz w:val="22"/>
          <w:szCs w:val="24"/>
        </w:rPr>
        <w:t xml:space="preserve">Improvement </w:t>
      </w:r>
      <w:r w:rsidR="00E0703F" w:rsidRPr="00E0703F">
        <w:rPr>
          <w:i/>
          <w:iCs/>
          <w:sz w:val="22"/>
          <w:szCs w:val="24"/>
        </w:rPr>
        <w:t xml:space="preserve">doesn’t </w:t>
      </w:r>
      <w:r w:rsidRPr="00A2326B">
        <w:rPr>
          <w:i/>
          <w:iCs/>
          <w:sz w:val="22"/>
          <w:szCs w:val="24"/>
        </w:rPr>
        <w:t>always mean adding more. Sometimes it means letting go of what gets in the way and keeping what already works.</w:t>
      </w:r>
      <w:r>
        <w:rPr>
          <w:sz w:val="22"/>
          <w:szCs w:val="24"/>
        </w:rPr>
        <w:t>”</w:t>
      </w:r>
    </w:p>
    <w:p w14:paraId="0E3E0F72" w14:textId="77777777" w:rsidR="00FD78A1" w:rsidRDefault="00FD78A1" w:rsidP="00FD78A1">
      <w:pPr>
        <w:pStyle w:val="Title"/>
        <w:spacing w:before="240" w:after="220"/>
      </w:pPr>
      <w:r>
        <w:t>Facilitator Notes</w:t>
      </w:r>
    </w:p>
    <w:p w14:paraId="7DE34F25" w14:textId="77777777" w:rsidR="00FD78A1" w:rsidRDefault="00FD78A1" w:rsidP="00FD78A1">
      <w:pPr>
        <w:pStyle w:val="Heading2"/>
        <w:spacing w:before="240" w:after="100" w:line="240" w:lineRule="auto"/>
        <w:rPr>
          <w:sz w:val="28"/>
          <w:szCs w:val="28"/>
        </w:rPr>
      </w:pPr>
      <w:r>
        <w:rPr>
          <w:sz w:val="28"/>
          <w:szCs w:val="28"/>
        </w:rPr>
        <w:t>Leader’s insight</w:t>
      </w:r>
    </w:p>
    <w:p w14:paraId="14602A44" w14:textId="77777777" w:rsidR="00FD78A1" w:rsidRDefault="00FD78A1" w:rsidP="00FD78A1">
      <w:pPr>
        <w:spacing w:after="140" w:line="283" w:lineRule="auto"/>
        <w:rPr>
          <w:sz w:val="22"/>
          <w:szCs w:val="24"/>
        </w:rPr>
      </w:pPr>
      <w:r>
        <w:rPr>
          <w:sz w:val="22"/>
          <w:szCs w:val="24"/>
        </w:rPr>
        <w:t>The value is in making thoughtful choices and following through. A leader who listens without defensiveness gives people permission to name routines that no longer serve the team.</w:t>
      </w:r>
    </w:p>
    <w:p w14:paraId="484234DD" w14:textId="77777777" w:rsidR="00FD78A1" w:rsidRDefault="00FD78A1" w:rsidP="00FD78A1">
      <w:pPr>
        <w:pStyle w:val="Heading2"/>
        <w:spacing w:before="240" w:after="100" w:line="240" w:lineRule="auto"/>
        <w:rPr>
          <w:sz w:val="28"/>
          <w:szCs w:val="28"/>
        </w:rPr>
      </w:pPr>
      <w:r>
        <w:rPr>
          <w:sz w:val="28"/>
          <w:szCs w:val="28"/>
        </w:rPr>
        <w:t>What to watch for</w:t>
      </w:r>
    </w:p>
    <w:p w14:paraId="2EF2EB09" w14:textId="77777777" w:rsidR="00FD78A1" w:rsidRDefault="00FD78A1" w:rsidP="00FD78A1">
      <w:pPr>
        <w:spacing w:after="140" w:line="283" w:lineRule="auto"/>
        <w:rPr>
          <w:sz w:val="22"/>
          <w:szCs w:val="24"/>
        </w:rPr>
      </w:pPr>
      <w:r>
        <w:rPr>
          <w:sz w:val="22"/>
          <w:szCs w:val="24"/>
        </w:rPr>
        <w:t>Keep comments focused on practices, not personalities. Avoid allowing a long complaint session or promising to change things outside the team’s control. If a suggestion needs approval or budget, choose a simpler action for this exercise.</w:t>
      </w:r>
    </w:p>
    <w:p w14:paraId="382F8F90" w14:textId="77777777" w:rsidR="00FD78A1" w:rsidRDefault="00FD78A1" w:rsidP="00FD78A1">
      <w:pPr>
        <w:pStyle w:val="Heading2"/>
        <w:spacing w:before="240" w:after="100" w:line="240" w:lineRule="auto"/>
        <w:rPr>
          <w:sz w:val="28"/>
          <w:szCs w:val="28"/>
        </w:rPr>
      </w:pPr>
      <w:r>
        <w:rPr>
          <w:sz w:val="28"/>
          <w:szCs w:val="28"/>
        </w:rPr>
        <w:t>If the group goes quiet</w:t>
      </w:r>
    </w:p>
    <w:p w14:paraId="13A3523E" w14:textId="77777777" w:rsidR="00FD78A1" w:rsidRDefault="00FD78A1" w:rsidP="00FD78A1">
      <w:pPr>
        <w:spacing w:after="140" w:line="283" w:lineRule="auto"/>
        <w:rPr>
          <w:sz w:val="22"/>
          <w:szCs w:val="24"/>
        </w:rPr>
      </w:pPr>
      <w:r>
        <w:rPr>
          <w:sz w:val="22"/>
          <w:szCs w:val="24"/>
        </w:rPr>
        <w:t>Offer a concrete prompt: “</w:t>
      </w:r>
      <w:r w:rsidRPr="00A2326B">
        <w:rPr>
          <w:i/>
          <w:iCs/>
          <w:sz w:val="22"/>
          <w:szCs w:val="24"/>
        </w:rPr>
        <w:t>Where do we lose time?</w:t>
      </w:r>
      <w:r>
        <w:rPr>
          <w:sz w:val="22"/>
          <w:szCs w:val="24"/>
        </w:rPr>
        <w:t>” “</w:t>
      </w:r>
      <w:r w:rsidRPr="00A2326B">
        <w:rPr>
          <w:i/>
          <w:iCs/>
          <w:sz w:val="22"/>
          <w:szCs w:val="24"/>
        </w:rPr>
        <w:t>What helps us hand work to one another?</w:t>
      </w:r>
      <w:r>
        <w:rPr>
          <w:sz w:val="22"/>
          <w:szCs w:val="24"/>
        </w:rPr>
        <w:t>” or “</w:t>
      </w:r>
      <w:r w:rsidRPr="00A2326B">
        <w:rPr>
          <w:i/>
          <w:iCs/>
          <w:sz w:val="22"/>
          <w:szCs w:val="24"/>
        </w:rPr>
        <w:t>What do we already do that we should protect?</w:t>
      </w:r>
      <w:r>
        <w:rPr>
          <w:sz w:val="22"/>
          <w:szCs w:val="24"/>
        </w:rPr>
        <w:t>” Ask for a small example rather than a grand initiative.</w:t>
      </w:r>
    </w:p>
    <w:p w14:paraId="7B96E093" w14:textId="77777777" w:rsidR="00FD78A1" w:rsidRDefault="00FD78A1" w:rsidP="00FD78A1">
      <w:pPr>
        <w:pStyle w:val="Heading2"/>
        <w:spacing w:before="240" w:after="100" w:line="240" w:lineRule="auto"/>
        <w:rPr>
          <w:sz w:val="28"/>
          <w:szCs w:val="28"/>
        </w:rPr>
      </w:pPr>
      <w:r>
        <w:rPr>
          <w:sz w:val="28"/>
          <w:szCs w:val="28"/>
        </w:rPr>
        <w:t>When suggestions compete</w:t>
      </w:r>
    </w:p>
    <w:p w14:paraId="66324F40" w14:textId="77777777" w:rsidR="00FD78A1" w:rsidRDefault="00FD78A1" w:rsidP="00FD78A1">
      <w:pPr>
        <w:spacing w:after="140" w:line="283" w:lineRule="auto"/>
        <w:rPr>
          <w:sz w:val="22"/>
          <w:szCs w:val="24"/>
        </w:rPr>
      </w:pPr>
      <w:r>
        <w:rPr>
          <w:sz w:val="22"/>
          <w:szCs w:val="24"/>
        </w:rPr>
        <w:t>Do</w:t>
      </w:r>
      <w:r w:rsidR="00294F0D">
        <w:rPr>
          <w:sz w:val="22"/>
          <w:szCs w:val="24"/>
        </w:rPr>
        <w:t>n’t</w:t>
      </w:r>
      <w:r>
        <w:rPr>
          <w:sz w:val="22"/>
          <w:szCs w:val="24"/>
        </w:rPr>
        <w:t xml:space="preserve"> force a vote on every idea. Look for overlap, ask what could be tested immediately, and choose what is achievable. Unchosen ideas are</w:t>
      </w:r>
      <w:r w:rsidR="00E0703F">
        <w:rPr>
          <w:sz w:val="22"/>
          <w:szCs w:val="24"/>
        </w:rPr>
        <w:t>n’t</w:t>
      </w:r>
      <w:r>
        <w:rPr>
          <w:sz w:val="22"/>
          <w:szCs w:val="24"/>
        </w:rPr>
        <w:t xml:space="preserve"> failures; they simply </w:t>
      </w:r>
      <w:r w:rsidR="00294F0D" w:rsidRPr="00294F0D">
        <w:rPr>
          <w:sz w:val="22"/>
          <w:szCs w:val="24"/>
        </w:rPr>
        <w:t xml:space="preserve">don’t </w:t>
      </w:r>
      <w:r>
        <w:rPr>
          <w:sz w:val="22"/>
          <w:szCs w:val="24"/>
        </w:rPr>
        <w:t>all need to become assignments.</w:t>
      </w:r>
    </w:p>
    <w:p w14:paraId="3317412A" w14:textId="77777777" w:rsidR="00FD78A1" w:rsidRDefault="00FD78A1" w:rsidP="00FD78A1">
      <w:pPr>
        <w:pStyle w:val="Heading2"/>
        <w:spacing w:before="240" w:after="100" w:line="240" w:lineRule="auto"/>
        <w:rPr>
          <w:sz w:val="28"/>
          <w:szCs w:val="28"/>
        </w:rPr>
      </w:pPr>
      <w:r>
        <w:rPr>
          <w:sz w:val="28"/>
          <w:szCs w:val="28"/>
        </w:rPr>
        <w:t>Virtual adaptation</w:t>
      </w:r>
    </w:p>
    <w:p w14:paraId="1E2BA5DA" w14:textId="77777777" w:rsidR="00FD78A1" w:rsidRDefault="00FD78A1" w:rsidP="00FD78A1">
      <w:pPr>
        <w:spacing w:after="140" w:line="283" w:lineRule="auto"/>
        <w:rPr>
          <w:sz w:val="22"/>
          <w:szCs w:val="24"/>
        </w:rPr>
      </w:pPr>
      <w:r>
        <w:rPr>
          <w:sz w:val="22"/>
          <w:szCs w:val="24"/>
        </w:rPr>
        <w:t>Use a shared document or whiteboard with three columns. Give everyone private thinking time before collecting suggestions. Make the final three choices visible to all.</w:t>
      </w:r>
    </w:p>
    <w:p w14:paraId="0B865B83" w14:textId="77777777" w:rsidR="00FD78A1" w:rsidRDefault="00FD78A1" w:rsidP="00FD78A1">
      <w:pPr>
        <w:pStyle w:val="Heading2"/>
        <w:spacing w:before="240" w:after="100" w:line="240" w:lineRule="auto"/>
        <w:rPr>
          <w:sz w:val="28"/>
          <w:szCs w:val="28"/>
        </w:rPr>
      </w:pPr>
      <w:r>
        <w:rPr>
          <w:sz w:val="28"/>
          <w:szCs w:val="28"/>
        </w:rPr>
        <w:t>Optional follow-up</w:t>
      </w:r>
    </w:p>
    <w:p w14:paraId="3C7176B9" w14:textId="77777777" w:rsidR="00FD78A1" w:rsidRDefault="00FD78A1" w:rsidP="00FD78A1">
      <w:pPr>
        <w:spacing w:after="140" w:line="283" w:lineRule="auto"/>
        <w:rPr>
          <w:sz w:val="22"/>
          <w:szCs w:val="24"/>
        </w:rPr>
      </w:pPr>
      <w:r>
        <w:rPr>
          <w:sz w:val="22"/>
          <w:szCs w:val="24"/>
        </w:rPr>
        <w:t>At the next regular team meeting, spend two minutes asking: “</w:t>
      </w:r>
      <w:r w:rsidRPr="00A2326B">
        <w:rPr>
          <w:i/>
          <w:iCs/>
          <w:sz w:val="22"/>
          <w:szCs w:val="24"/>
        </w:rPr>
        <w:t>Did we start it? Did we stop it? Are we continuing what works?</w:t>
      </w:r>
      <w:r>
        <w:rPr>
          <w:sz w:val="22"/>
          <w:szCs w:val="24"/>
        </w:rPr>
        <w:t xml:space="preserve">” Adjust if necessary. No separate tracking </w:t>
      </w:r>
      <w:proofErr w:type="gramStart"/>
      <w:r>
        <w:rPr>
          <w:sz w:val="22"/>
          <w:szCs w:val="24"/>
        </w:rPr>
        <w:t>meeting is</w:t>
      </w:r>
      <w:proofErr w:type="gramEnd"/>
      <w:r>
        <w:rPr>
          <w:sz w:val="22"/>
          <w:szCs w:val="24"/>
        </w:rPr>
        <w:t xml:space="preserve"> needed.</w:t>
      </w:r>
    </w:p>
    <w:p w14:paraId="67E471A5" w14:textId="77777777" w:rsidR="00FD78A1" w:rsidRDefault="00FD78A1" w:rsidP="00FD78A1">
      <w:pPr>
        <w:pStyle w:val="Heading2"/>
        <w:spacing w:before="240" w:after="100" w:line="240" w:lineRule="auto"/>
        <w:rPr>
          <w:sz w:val="28"/>
          <w:szCs w:val="28"/>
        </w:rPr>
      </w:pPr>
      <w:r>
        <w:rPr>
          <w:sz w:val="28"/>
          <w:szCs w:val="28"/>
        </w:rPr>
        <w:t>Success looks like</w:t>
      </w:r>
    </w:p>
    <w:p w14:paraId="41E8A9FF" w14:textId="77777777" w:rsidR="00FD78A1" w:rsidRDefault="00FD78A1" w:rsidP="00FD78A1">
      <w:pPr>
        <w:spacing w:after="140" w:line="283" w:lineRule="auto"/>
        <w:rPr>
          <w:sz w:val="22"/>
          <w:szCs w:val="24"/>
        </w:rPr>
      </w:pPr>
      <w:r>
        <w:rPr>
          <w:sz w:val="22"/>
          <w:szCs w:val="24"/>
        </w:rPr>
        <w:t>People contribute candidly without attacking one another, and the team leaves with three clear, manageable choices rather than a long list that disappears after the meeting.</w:t>
      </w:r>
    </w:p>
    <w:p w14:paraId="15CE7A6D" w14:textId="77777777" w:rsidR="00FD78A1" w:rsidRDefault="00FD78A1" w:rsidP="00FD78A1">
      <w:pPr>
        <w:pStyle w:val="Title"/>
        <w:pageBreakBefore/>
        <w:spacing w:after="220"/>
      </w:pPr>
      <w:r>
        <w:lastRenderedPageBreak/>
        <w:t>Start, Stop, Continue | Team Worksheet</w:t>
      </w:r>
    </w:p>
    <w:p w14:paraId="2D3B5275" w14:textId="77777777" w:rsidR="00FD78A1" w:rsidRDefault="00FD78A1" w:rsidP="00FD78A1">
      <w:pPr>
        <w:spacing w:after="140" w:line="283" w:lineRule="auto"/>
        <w:rPr>
          <w:sz w:val="22"/>
          <w:szCs w:val="24"/>
        </w:rPr>
      </w:pPr>
      <w:r>
        <w:rPr>
          <w:sz w:val="22"/>
          <w:szCs w:val="24"/>
        </w:rPr>
        <w:t>Personal reflection  •  Keep this sheet private. Share only what you choose.</w:t>
      </w:r>
    </w:p>
    <w:p w14:paraId="57D72872" w14:textId="77777777" w:rsidR="00FD78A1" w:rsidRPr="000D1291" w:rsidRDefault="00FD78A1" w:rsidP="00FD78A1">
      <w:pPr>
        <w:spacing w:after="140" w:line="283" w:lineRule="auto"/>
        <w:rPr>
          <w:sz w:val="24"/>
          <w:szCs w:val="28"/>
        </w:rPr>
      </w:pPr>
      <w:r w:rsidRPr="000D1291">
        <w:rPr>
          <w:sz w:val="24"/>
          <w:szCs w:val="28"/>
        </w:rPr>
        <w:t>Think about the way your team works together. Write a few words in each column before the group discussion.</w:t>
      </w:r>
    </w:p>
    <w:tbl>
      <w:tblPr>
        <w:tblStyle w:val="TableGrid"/>
        <w:tblW w:w="0" w:type="auto"/>
        <w:jc w:val="center"/>
        <w:tblCellMar>
          <w:top w:w="72" w:type="dxa"/>
        </w:tblCellMar>
        <w:tblLook w:val="04A0" w:firstRow="1" w:lastRow="0" w:firstColumn="1" w:lastColumn="0" w:noHBand="0" w:noVBand="1"/>
      </w:tblPr>
      <w:tblGrid>
        <w:gridCol w:w="3261"/>
        <w:gridCol w:w="3260"/>
        <w:gridCol w:w="3261"/>
      </w:tblGrid>
      <w:tr w:rsidR="00FD78A1" w14:paraId="082E0B3A" w14:textId="77777777" w:rsidTr="00060B29">
        <w:trPr>
          <w:jc w:val="center"/>
        </w:trPr>
        <w:tc>
          <w:tcPr>
            <w:tcW w:w="3264" w:type="dxa"/>
            <w:shd w:val="clear" w:color="auto" w:fill="1A2744"/>
            <w:vAlign w:val="center"/>
          </w:tcPr>
          <w:p w14:paraId="7437845D" w14:textId="77777777" w:rsidR="00FD78A1" w:rsidRPr="00A2326B" w:rsidRDefault="00FD78A1" w:rsidP="00060B29">
            <w:pPr>
              <w:spacing w:after="100"/>
              <w:jc w:val="center"/>
              <w:rPr>
                <w:b/>
                <w:bCs/>
                <w:color w:val="FFFFFF"/>
                <w:sz w:val="24"/>
                <w:szCs w:val="28"/>
              </w:rPr>
            </w:pPr>
            <w:r w:rsidRPr="00A2326B">
              <w:rPr>
                <w:b/>
                <w:bCs/>
                <w:color w:val="FFFFFF"/>
                <w:sz w:val="24"/>
                <w:szCs w:val="28"/>
              </w:rPr>
              <w:t>START</w:t>
            </w:r>
          </w:p>
        </w:tc>
        <w:tc>
          <w:tcPr>
            <w:tcW w:w="3264" w:type="dxa"/>
            <w:shd w:val="clear" w:color="auto" w:fill="1A2744"/>
            <w:vAlign w:val="center"/>
          </w:tcPr>
          <w:p w14:paraId="10DDD3A8" w14:textId="77777777" w:rsidR="00FD78A1" w:rsidRPr="00A2326B" w:rsidRDefault="00FD78A1" w:rsidP="00060B29">
            <w:pPr>
              <w:spacing w:after="100"/>
              <w:jc w:val="center"/>
              <w:rPr>
                <w:b/>
                <w:bCs/>
                <w:color w:val="FFFFFF"/>
                <w:sz w:val="24"/>
                <w:szCs w:val="28"/>
              </w:rPr>
            </w:pPr>
            <w:r w:rsidRPr="00A2326B">
              <w:rPr>
                <w:b/>
                <w:bCs/>
                <w:color w:val="FFFFFF"/>
                <w:sz w:val="24"/>
                <w:szCs w:val="28"/>
              </w:rPr>
              <w:t>STOP</w:t>
            </w:r>
          </w:p>
        </w:tc>
        <w:tc>
          <w:tcPr>
            <w:tcW w:w="3264" w:type="dxa"/>
            <w:shd w:val="clear" w:color="auto" w:fill="1A2744"/>
            <w:vAlign w:val="center"/>
          </w:tcPr>
          <w:p w14:paraId="290D8EDA" w14:textId="77777777" w:rsidR="00FD78A1" w:rsidRPr="00A2326B" w:rsidRDefault="00FD78A1" w:rsidP="00060B29">
            <w:pPr>
              <w:spacing w:after="100"/>
              <w:jc w:val="center"/>
              <w:rPr>
                <w:b/>
                <w:bCs/>
                <w:color w:val="FFFFFF"/>
                <w:sz w:val="24"/>
                <w:szCs w:val="28"/>
              </w:rPr>
            </w:pPr>
            <w:r w:rsidRPr="00A2326B">
              <w:rPr>
                <w:b/>
                <w:bCs/>
                <w:color w:val="FFFFFF"/>
                <w:sz w:val="24"/>
                <w:szCs w:val="28"/>
              </w:rPr>
              <w:t>CONTINUE</w:t>
            </w:r>
          </w:p>
        </w:tc>
      </w:tr>
      <w:tr w:rsidR="00FD78A1" w14:paraId="21E77D31" w14:textId="77777777" w:rsidTr="00060B29">
        <w:trPr>
          <w:jc w:val="center"/>
        </w:trPr>
        <w:tc>
          <w:tcPr>
            <w:tcW w:w="3264" w:type="dxa"/>
            <w:vAlign w:val="center"/>
          </w:tcPr>
          <w:p w14:paraId="6971753A" w14:textId="77777777" w:rsidR="00FD78A1" w:rsidRPr="000D1291" w:rsidRDefault="00FD78A1" w:rsidP="00060B29">
            <w:pPr>
              <w:spacing w:after="100"/>
              <w:rPr>
                <w:sz w:val="22"/>
                <w:szCs w:val="24"/>
              </w:rPr>
            </w:pPr>
            <w:r w:rsidRPr="000D1291">
              <w:rPr>
                <w:sz w:val="22"/>
                <w:szCs w:val="24"/>
              </w:rPr>
              <w:t>What would help us work better?</w:t>
            </w:r>
          </w:p>
        </w:tc>
        <w:tc>
          <w:tcPr>
            <w:tcW w:w="3264" w:type="dxa"/>
            <w:vAlign w:val="center"/>
          </w:tcPr>
          <w:p w14:paraId="40AB2503" w14:textId="77777777" w:rsidR="00FD78A1" w:rsidRPr="000D1291" w:rsidRDefault="00FD78A1" w:rsidP="00060B29">
            <w:pPr>
              <w:spacing w:after="100"/>
              <w:rPr>
                <w:sz w:val="22"/>
                <w:szCs w:val="24"/>
              </w:rPr>
            </w:pPr>
            <w:r w:rsidRPr="000D1291">
              <w:rPr>
                <w:sz w:val="22"/>
                <w:szCs w:val="24"/>
              </w:rPr>
              <w:t>What gets in our way?</w:t>
            </w:r>
          </w:p>
        </w:tc>
        <w:tc>
          <w:tcPr>
            <w:tcW w:w="3264" w:type="dxa"/>
            <w:vAlign w:val="center"/>
          </w:tcPr>
          <w:p w14:paraId="00B7AFFF" w14:textId="77777777" w:rsidR="00FD78A1" w:rsidRPr="000D1291" w:rsidRDefault="00FD78A1" w:rsidP="00060B29">
            <w:pPr>
              <w:spacing w:after="100"/>
              <w:rPr>
                <w:sz w:val="22"/>
                <w:szCs w:val="24"/>
              </w:rPr>
            </w:pPr>
            <w:r w:rsidRPr="000D1291">
              <w:rPr>
                <w:sz w:val="22"/>
                <w:szCs w:val="24"/>
              </w:rPr>
              <w:t>What already works well?</w:t>
            </w:r>
          </w:p>
        </w:tc>
      </w:tr>
      <w:tr w:rsidR="00FD78A1" w14:paraId="60068B45" w14:textId="77777777" w:rsidTr="00060B29">
        <w:trPr>
          <w:trHeight w:val="691"/>
          <w:jc w:val="center"/>
        </w:trPr>
        <w:tc>
          <w:tcPr>
            <w:tcW w:w="3264" w:type="dxa"/>
            <w:shd w:val="clear" w:color="auto" w:fill="FFF8E7"/>
            <w:vAlign w:val="center"/>
          </w:tcPr>
          <w:p w14:paraId="48BA7314" w14:textId="77777777" w:rsidR="00FD78A1" w:rsidRDefault="00FD78A1" w:rsidP="00060B29">
            <w:pPr>
              <w:spacing w:after="100"/>
            </w:pPr>
            <w:r>
              <w:t xml:space="preserve"> </w:t>
            </w:r>
          </w:p>
          <w:p w14:paraId="33DDA709" w14:textId="77777777" w:rsidR="00FD78A1" w:rsidRDefault="00FD78A1" w:rsidP="00060B29">
            <w:pPr>
              <w:spacing w:after="100"/>
            </w:pPr>
          </w:p>
          <w:p w14:paraId="595DE17B" w14:textId="77777777" w:rsidR="00FD78A1" w:rsidRDefault="00FD78A1" w:rsidP="00060B29">
            <w:pPr>
              <w:spacing w:after="100"/>
            </w:pPr>
          </w:p>
        </w:tc>
        <w:tc>
          <w:tcPr>
            <w:tcW w:w="3264" w:type="dxa"/>
            <w:shd w:val="clear" w:color="auto" w:fill="FFF8E7"/>
            <w:vAlign w:val="center"/>
          </w:tcPr>
          <w:p w14:paraId="01A00407" w14:textId="77777777" w:rsidR="00FD78A1" w:rsidRDefault="00FD78A1" w:rsidP="00060B29">
            <w:pPr>
              <w:spacing w:after="100"/>
            </w:pPr>
            <w:r>
              <w:t xml:space="preserve"> </w:t>
            </w:r>
          </w:p>
        </w:tc>
        <w:tc>
          <w:tcPr>
            <w:tcW w:w="3264" w:type="dxa"/>
            <w:shd w:val="clear" w:color="auto" w:fill="FFF8E7"/>
            <w:vAlign w:val="center"/>
          </w:tcPr>
          <w:p w14:paraId="72C739EF" w14:textId="77777777" w:rsidR="00FD78A1" w:rsidRDefault="00FD78A1" w:rsidP="00060B29">
            <w:pPr>
              <w:spacing w:after="100"/>
            </w:pPr>
            <w:r>
              <w:t xml:space="preserve"> </w:t>
            </w:r>
          </w:p>
        </w:tc>
      </w:tr>
      <w:tr w:rsidR="00FD78A1" w14:paraId="132E7CA6" w14:textId="77777777" w:rsidTr="00060B29">
        <w:trPr>
          <w:trHeight w:val="691"/>
          <w:jc w:val="center"/>
        </w:trPr>
        <w:tc>
          <w:tcPr>
            <w:tcW w:w="3264" w:type="dxa"/>
            <w:shd w:val="clear" w:color="auto" w:fill="FFF8E7"/>
            <w:vAlign w:val="center"/>
          </w:tcPr>
          <w:p w14:paraId="7619CEC6" w14:textId="77777777" w:rsidR="00FD78A1" w:rsidRDefault="00FD78A1" w:rsidP="00060B29">
            <w:pPr>
              <w:spacing w:after="100"/>
            </w:pPr>
            <w:r>
              <w:t xml:space="preserve"> </w:t>
            </w:r>
          </w:p>
          <w:p w14:paraId="571E73AB" w14:textId="77777777" w:rsidR="00FD78A1" w:rsidRDefault="00FD78A1" w:rsidP="00060B29">
            <w:pPr>
              <w:spacing w:after="100"/>
            </w:pPr>
          </w:p>
          <w:p w14:paraId="46485D22" w14:textId="77777777" w:rsidR="00FD78A1" w:rsidRDefault="00FD78A1" w:rsidP="00060B29">
            <w:pPr>
              <w:spacing w:after="100"/>
            </w:pPr>
          </w:p>
        </w:tc>
        <w:tc>
          <w:tcPr>
            <w:tcW w:w="3264" w:type="dxa"/>
            <w:shd w:val="clear" w:color="auto" w:fill="FFF8E7"/>
            <w:vAlign w:val="center"/>
          </w:tcPr>
          <w:p w14:paraId="6129BE69" w14:textId="77777777" w:rsidR="00FD78A1" w:rsidRDefault="00FD78A1" w:rsidP="00060B29">
            <w:pPr>
              <w:spacing w:after="100"/>
            </w:pPr>
            <w:r>
              <w:t xml:space="preserve"> </w:t>
            </w:r>
          </w:p>
        </w:tc>
        <w:tc>
          <w:tcPr>
            <w:tcW w:w="3264" w:type="dxa"/>
            <w:shd w:val="clear" w:color="auto" w:fill="FFF8E7"/>
            <w:vAlign w:val="center"/>
          </w:tcPr>
          <w:p w14:paraId="197AB2EA" w14:textId="77777777" w:rsidR="00FD78A1" w:rsidRDefault="00FD78A1" w:rsidP="00060B29">
            <w:pPr>
              <w:spacing w:after="100"/>
            </w:pPr>
            <w:r>
              <w:t xml:space="preserve"> </w:t>
            </w:r>
          </w:p>
        </w:tc>
      </w:tr>
      <w:tr w:rsidR="00FD78A1" w14:paraId="4EBD79D8" w14:textId="77777777" w:rsidTr="00060B29">
        <w:trPr>
          <w:trHeight w:val="691"/>
          <w:jc w:val="center"/>
        </w:trPr>
        <w:tc>
          <w:tcPr>
            <w:tcW w:w="3264" w:type="dxa"/>
            <w:shd w:val="clear" w:color="auto" w:fill="FFF8E7"/>
            <w:vAlign w:val="center"/>
          </w:tcPr>
          <w:p w14:paraId="7970A446" w14:textId="77777777" w:rsidR="00FD78A1" w:rsidRDefault="00FD78A1" w:rsidP="00060B29">
            <w:pPr>
              <w:spacing w:after="100"/>
            </w:pPr>
            <w:r>
              <w:t xml:space="preserve"> </w:t>
            </w:r>
          </w:p>
          <w:p w14:paraId="715B0591" w14:textId="77777777" w:rsidR="00FD78A1" w:rsidRDefault="00FD78A1" w:rsidP="00060B29">
            <w:pPr>
              <w:spacing w:after="100"/>
            </w:pPr>
          </w:p>
          <w:p w14:paraId="4BF17A7F" w14:textId="77777777" w:rsidR="00FD78A1" w:rsidRDefault="00FD78A1" w:rsidP="00060B29">
            <w:pPr>
              <w:spacing w:after="100"/>
            </w:pPr>
          </w:p>
        </w:tc>
        <w:tc>
          <w:tcPr>
            <w:tcW w:w="3264" w:type="dxa"/>
            <w:shd w:val="clear" w:color="auto" w:fill="FFF8E7"/>
            <w:vAlign w:val="center"/>
          </w:tcPr>
          <w:p w14:paraId="09F5267E" w14:textId="77777777" w:rsidR="00FD78A1" w:rsidRDefault="00FD78A1" w:rsidP="00060B29">
            <w:pPr>
              <w:spacing w:after="100"/>
            </w:pPr>
            <w:r>
              <w:t xml:space="preserve"> </w:t>
            </w:r>
          </w:p>
        </w:tc>
        <w:tc>
          <w:tcPr>
            <w:tcW w:w="3264" w:type="dxa"/>
            <w:shd w:val="clear" w:color="auto" w:fill="FFF8E7"/>
            <w:vAlign w:val="center"/>
          </w:tcPr>
          <w:p w14:paraId="1CD266C6" w14:textId="77777777" w:rsidR="00FD78A1" w:rsidRDefault="00FD78A1" w:rsidP="00060B29">
            <w:pPr>
              <w:spacing w:after="100"/>
            </w:pPr>
            <w:r>
              <w:t xml:space="preserve"> </w:t>
            </w:r>
          </w:p>
        </w:tc>
      </w:tr>
    </w:tbl>
    <w:p w14:paraId="55F82AFC" w14:textId="77777777" w:rsidR="00FD78A1" w:rsidRDefault="00FD78A1" w:rsidP="00FD78A1">
      <w:pPr>
        <w:spacing w:before="240" w:after="140" w:line="283" w:lineRule="auto"/>
        <w:rPr>
          <w:sz w:val="22"/>
          <w:szCs w:val="24"/>
        </w:rPr>
      </w:pPr>
      <w:r>
        <w:rPr>
          <w:sz w:val="22"/>
          <w:szCs w:val="24"/>
        </w:rPr>
        <w:t>Team decisions  •  Record these together after discussion.</w:t>
      </w:r>
    </w:p>
    <w:tbl>
      <w:tblPr>
        <w:tblStyle w:val="TableGrid"/>
        <w:tblW w:w="0" w:type="auto"/>
        <w:jc w:val="center"/>
        <w:tblCellMar>
          <w:top w:w="72" w:type="dxa"/>
        </w:tblCellMar>
        <w:tblLook w:val="04A0" w:firstRow="1" w:lastRow="0" w:firstColumn="1" w:lastColumn="0" w:noHBand="0" w:noVBand="1"/>
      </w:tblPr>
      <w:tblGrid>
        <w:gridCol w:w="3325"/>
        <w:gridCol w:w="6457"/>
      </w:tblGrid>
      <w:tr w:rsidR="00FD78A1" w14:paraId="0D4B1FDC" w14:textId="77777777" w:rsidTr="009A4B2D">
        <w:trPr>
          <w:jc w:val="center"/>
        </w:trPr>
        <w:tc>
          <w:tcPr>
            <w:tcW w:w="3325" w:type="dxa"/>
            <w:shd w:val="clear" w:color="auto" w:fill="1A2744"/>
            <w:vAlign w:val="center"/>
          </w:tcPr>
          <w:p w14:paraId="2C95E562" w14:textId="77777777" w:rsidR="00FD78A1" w:rsidRPr="000D1291" w:rsidRDefault="00FD78A1" w:rsidP="00060B29">
            <w:pPr>
              <w:spacing w:after="100"/>
              <w:jc w:val="center"/>
              <w:rPr>
                <w:b/>
                <w:bCs/>
                <w:color w:val="FFFFFF"/>
                <w:sz w:val="24"/>
                <w:szCs w:val="28"/>
              </w:rPr>
            </w:pPr>
            <w:r w:rsidRPr="000D1291">
              <w:rPr>
                <w:b/>
                <w:bCs/>
                <w:color w:val="FFFFFF"/>
                <w:sz w:val="24"/>
                <w:szCs w:val="28"/>
              </w:rPr>
              <w:t>Our choice</w:t>
            </w:r>
          </w:p>
        </w:tc>
        <w:tc>
          <w:tcPr>
            <w:tcW w:w="6457" w:type="dxa"/>
            <w:shd w:val="clear" w:color="auto" w:fill="1A2744"/>
            <w:vAlign w:val="center"/>
          </w:tcPr>
          <w:p w14:paraId="0D8DA04B" w14:textId="77777777" w:rsidR="00FD78A1" w:rsidRPr="000D1291" w:rsidRDefault="00FD78A1" w:rsidP="00060B29">
            <w:pPr>
              <w:spacing w:after="100"/>
              <w:jc w:val="center"/>
              <w:rPr>
                <w:b/>
                <w:bCs/>
                <w:color w:val="FFFFFF"/>
                <w:sz w:val="24"/>
                <w:szCs w:val="28"/>
              </w:rPr>
            </w:pPr>
            <w:r w:rsidRPr="000D1291">
              <w:rPr>
                <w:b/>
                <w:bCs/>
                <w:color w:val="FFFFFF"/>
                <w:sz w:val="24"/>
                <w:szCs w:val="28"/>
              </w:rPr>
              <w:t>What we will do</w:t>
            </w:r>
          </w:p>
        </w:tc>
      </w:tr>
      <w:tr w:rsidR="00FD78A1" w14:paraId="43911760" w14:textId="77777777" w:rsidTr="009A4B2D">
        <w:trPr>
          <w:trHeight w:val="504"/>
          <w:jc w:val="center"/>
        </w:trPr>
        <w:tc>
          <w:tcPr>
            <w:tcW w:w="3325" w:type="dxa"/>
            <w:shd w:val="clear" w:color="auto" w:fill="1A2744"/>
            <w:vAlign w:val="center"/>
          </w:tcPr>
          <w:p w14:paraId="161200C2" w14:textId="77777777" w:rsidR="00FD78A1" w:rsidRPr="009A4B2D" w:rsidRDefault="00FD78A1" w:rsidP="009A4B2D">
            <w:pPr>
              <w:spacing w:after="100"/>
              <w:jc w:val="center"/>
              <w:rPr>
                <w:b/>
                <w:bCs/>
                <w:color w:val="FFFFFF"/>
                <w:sz w:val="32"/>
                <w:szCs w:val="36"/>
              </w:rPr>
            </w:pPr>
            <w:r w:rsidRPr="009A4B2D">
              <w:rPr>
                <w:b/>
                <w:bCs/>
                <w:color w:val="FFFFFF"/>
                <w:sz w:val="32"/>
                <w:szCs w:val="36"/>
              </w:rPr>
              <w:t>START</w:t>
            </w:r>
          </w:p>
        </w:tc>
        <w:tc>
          <w:tcPr>
            <w:tcW w:w="6457" w:type="dxa"/>
            <w:shd w:val="clear" w:color="auto" w:fill="FFF8E7"/>
            <w:vAlign w:val="center"/>
          </w:tcPr>
          <w:p w14:paraId="4BB3D10B" w14:textId="77777777" w:rsidR="00FD78A1" w:rsidRDefault="00FD78A1" w:rsidP="00060B29">
            <w:pPr>
              <w:spacing w:after="100"/>
            </w:pPr>
            <w:r>
              <w:t xml:space="preserve"> </w:t>
            </w:r>
          </w:p>
          <w:p w14:paraId="4C67602C" w14:textId="77777777" w:rsidR="00FD78A1" w:rsidRDefault="00FD78A1" w:rsidP="00060B29">
            <w:pPr>
              <w:spacing w:after="100"/>
            </w:pPr>
          </w:p>
          <w:p w14:paraId="34E15545" w14:textId="77777777" w:rsidR="00FD78A1" w:rsidRDefault="00FD78A1" w:rsidP="00060B29">
            <w:pPr>
              <w:spacing w:after="100"/>
            </w:pPr>
          </w:p>
        </w:tc>
      </w:tr>
      <w:tr w:rsidR="00FD78A1" w14:paraId="2CA8FCF5" w14:textId="77777777" w:rsidTr="009A4B2D">
        <w:trPr>
          <w:trHeight w:val="504"/>
          <w:jc w:val="center"/>
        </w:trPr>
        <w:tc>
          <w:tcPr>
            <w:tcW w:w="3325" w:type="dxa"/>
            <w:shd w:val="clear" w:color="auto" w:fill="1A2744"/>
            <w:vAlign w:val="center"/>
          </w:tcPr>
          <w:p w14:paraId="303A9983" w14:textId="77777777" w:rsidR="00FD78A1" w:rsidRPr="009A4B2D" w:rsidRDefault="00FD78A1" w:rsidP="009A4B2D">
            <w:pPr>
              <w:spacing w:after="100"/>
              <w:jc w:val="center"/>
              <w:rPr>
                <w:b/>
                <w:bCs/>
                <w:color w:val="FFFFFF"/>
                <w:sz w:val="32"/>
                <w:szCs w:val="36"/>
              </w:rPr>
            </w:pPr>
            <w:r w:rsidRPr="009A4B2D">
              <w:rPr>
                <w:b/>
                <w:bCs/>
                <w:color w:val="FFFFFF"/>
                <w:sz w:val="32"/>
                <w:szCs w:val="36"/>
              </w:rPr>
              <w:t>STOP</w:t>
            </w:r>
          </w:p>
        </w:tc>
        <w:tc>
          <w:tcPr>
            <w:tcW w:w="6457" w:type="dxa"/>
            <w:shd w:val="clear" w:color="auto" w:fill="FFF8E7"/>
            <w:vAlign w:val="center"/>
          </w:tcPr>
          <w:p w14:paraId="5320160C" w14:textId="77777777" w:rsidR="00FD78A1" w:rsidRDefault="00FD78A1" w:rsidP="00060B29">
            <w:pPr>
              <w:spacing w:after="100"/>
            </w:pPr>
            <w:r>
              <w:t xml:space="preserve"> </w:t>
            </w:r>
          </w:p>
          <w:p w14:paraId="10FAB3F0" w14:textId="77777777" w:rsidR="00FD78A1" w:rsidRDefault="00FD78A1" w:rsidP="00060B29">
            <w:pPr>
              <w:spacing w:after="100"/>
            </w:pPr>
          </w:p>
          <w:p w14:paraId="7CD5AF0A" w14:textId="77777777" w:rsidR="00FD78A1" w:rsidRDefault="00FD78A1" w:rsidP="00060B29">
            <w:pPr>
              <w:spacing w:after="100"/>
            </w:pPr>
          </w:p>
        </w:tc>
      </w:tr>
      <w:tr w:rsidR="00FD78A1" w14:paraId="752813CF" w14:textId="77777777" w:rsidTr="009A4B2D">
        <w:trPr>
          <w:trHeight w:val="504"/>
          <w:jc w:val="center"/>
        </w:trPr>
        <w:tc>
          <w:tcPr>
            <w:tcW w:w="3325" w:type="dxa"/>
            <w:shd w:val="clear" w:color="auto" w:fill="1A2744"/>
            <w:vAlign w:val="center"/>
          </w:tcPr>
          <w:p w14:paraId="69FD1340" w14:textId="77777777" w:rsidR="00FD78A1" w:rsidRPr="009A4B2D" w:rsidRDefault="00FD78A1" w:rsidP="009A4B2D">
            <w:pPr>
              <w:spacing w:after="100"/>
              <w:jc w:val="center"/>
              <w:rPr>
                <w:b/>
                <w:bCs/>
                <w:color w:val="FFFFFF"/>
                <w:sz w:val="32"/>
                <w:szCs w:val="36"/>
              </w:rPr>
            </w:pPr>
            <w:r w:rsidRPr="009A4B2D">
              <w:rPr>
                <w:b/>
                <w:bCs/>
                <w:color w:val="FFFFFF"/>
                <w:sz w:val="32"/>
                <w:szCs w:val="36"/>
              </w:rPr>
              <w:t>CONTINUE</w:t>
            </w:r>
          </w:p>
        </w:tc>
        <w:tc>
          <w:tcPr>
            <w:tcW w:w="6457" w:type="dxa"/>
            <w:shd w:val="clear" w:color="auto" w:fill="FFF8E7"/>
            <w:vAlign w:val="center"/>
          </w:tcPr>
          <w:p w14:paraId="2CD86CB2" w14:textId="77777777" w:rsidR="00FD78A1" w:rsidRDefault="00FD78A1" w:rsidP="00060B29">
            <w:pPr>
              <w:spacing w:after="100"/>
            </w:pPr>
            <w:r>
              <w:t xml:space="preserve"> </w:t>
            </w:r>
          </w:p>
          <w:p w14:paraId="05CEB877" w14:textId="77777777" w:rsidR="00FD78A1" w:rsidRDefault="00FD78A1" w:rsidP="00060B29">
            <w:pPr>
              <w:spacing w:after="100"/>
            </w:pPr>
          </w:p>
          <w:p w14:paraId="668771DD" w14:textId="77777777" w:rsidR="00FD78A1" w:rsidRDefault="00FD78A1" w:rsidP="00060B29">
            <w:pPr>
              <w:spacing w:after="100"/>
            </w:pPr>
          </w:p>
        </w:tc>
      </w:tr>
    </w:tbl>
    <w:p w14:paraId="1D8CD4F4" w14:textId="77777777" w:rsidR="00FD78A1" w:rsidRDefault="00FD78A1" w:rsidP="00FD78A1">
      <w:pPr>
        <w:pStyle w:val="Heading2"/>
        <w:spacing w:before="240" w:after="100" w:line="240" w:lineRule="auto"/>
        <w:rPr>
          <w:sz w:val="28"/>
          <w:szCs w:val="28"/>
        </w:rPr>
      </w:pPr>
      <w:r>
        <w:rPr>
          <w:sz w:val="28"/>
          <w:szCs w:val="28"/>
        </w:rPr>
        <w:t>Who will help make the Start or Stop change happen, and when?</w:t>
      </w:r>
    </w:p>
    <w:tbl>
      <w:tblPr>
        <w:tblStyle w:val="TableGrid"/>
        <w:tblW w:w="0" w:type="auto"/>
        <w:tblLook w:val="04A0" w:firstRow="1" w:lastRow="0" w:firstColumn="1" w:lastColumn="0" w:noHBand="0" w:noVBand="1"/>
      </w:tblPr>
      <w:tblGrid>
        <w:gridCol w:w="9782"/>
      </w:tblGrid>
      <w:tr w:rsidR="00FD78A1" w14:paraId="13AA5563" w14:textId="77777777" w:rsidTr="00060B29">
        <w:tc>
          <w:tcPr>
            <w:tcW w:w="9792" w:type="dxa"/>
            <w:shd w:val="clear" w:color="auto" w:fill="FFF8E7"/>
          </w:tcPr>
          <w:p w14:paraId="3ED245B8" w14:textId="77777777" w:rsidR="00FD78A1" w:rsidRDefault="00FD78A1" w:rsidP="00060B29">
            <w:pPr>
              <w:spacing w:after="100"/>
            </w:pPr>
            <w:r>
              <w:t xml:space="preserve"> </w:t>
            </w:r>
          </w:p>
          <w:p w14:paraId="23C97CB6" w14:textId="77777777" w:rsidR="00FD78A1" w:rsidRDefault="00FD78A1" w:rsidP="00060B29">
            <w:pPr>
              <w:spacing w:after="100"/>
            </w:pPr>
          </w:p>
          <w:p w14:paraId="03C215EE" w14:textId="77777777" w:rsidR="00FD78A1" w:rsidRDefault="00FD78A1" w:rsidP="00060B29">
            <w:pPr>
              <w:spacing w:after="100"/>
            </w:pPr>
          </w:p>
          <w:p w14:paraId="47D00DB3" w14:textId="77777777" w:rsidR="00FD78A1" w:rsidRDefault="00FD78A1" w:rsidP="00060B29">
            <w:pPr>
              <w:spacing w:after="100"/>
            </w:pPr>
          </w:p>
        </w:tc>
      </w:tr>
    </w:tbl>
    <w:p w14:paraId="089A63C7" w14:textId="77777777" w:rsidR="0040101F" w:rsidRDefault="0040101F" w:rsidP="0040101F">
      <w:pPr>
        <w:pStyle w:val="Title"/>
        <w:pageBreakBefore/>
        <w:spacing w:after="220"/>
      </w:pPr>
      <w:r>
        <w:lastRenderedPageBreak/>
        <w:t>Team Battle Cry</w:t>
      </w:r>
    </w:p>
    <w:p w14:paraId="25F26E3C" w14:textId="77777777" w:rsidR="0040101F" w:rsidRPr="00AA770F" w:rsidRDefault="0040101F" w:rsidP="0040101F">
      <w:pPr>
        <w:spacing w:after="140" w:line="283" w:lineRule="auto"/>
        <w:jc w:val="right"/>
        <w:rPr>
          <w:sz w:val="32"/>
          <w:szCs w:val="36"/>
        </w:rPr>
      </w:pPr>
      <w:r w:rsidRPr="00AA770F">
        <w:rPr>
          <w:sz w:val="24"/>
          <w:szCs w:val="32"/>
        </w:rPr>
        <w:t>Team Alignment &amp; Purpose</w:t>
      </w:r>
    </w:p>
    <w:p w14:paraId="607BBC53" w14:textId="77777777" w:rsidR="0040101F" w:rsidRDefault="0040101F" w:rsidP="0040101F">
      <w:pPr>
        <w:spacing w:after="140" w:line="283" w:lineRule="auto"/>
        <w:jc w:val="right"/>
      </w:pPr>
      <w:r>
        <w:t>ACTIVITY TIME  |  30 minutes     PREPARATION  |  5 minutes</w:t>
      </w:r>
    </w:p>
    <w:p w14:paraId="05F4B5C4" w14:textId="77777777" w:rsidR="0040101F" w:rsidRPr="00B608DE" w:rsidRDefault="0040101F" w:rsidP="0040101F">
      <w:pPr>
        <w:spacing w:after="140" w:line="283" w:lineRule="auto"/>
        <w:rPr>
          <w:b/>
          <w:bCs/>
          <w:sz w:val="24"/>
          <w:szCs w:val="28"/>
        </w:rPr>
      </w:pPr>
      <w:r w:rsidRPr="00B608DE">
        <w:rPr>
          <w:b/>
          <w:bCs/>
          <w:sz w:val="24"/>
          <w:szCs w:val="28"/>
        </w:rPr>
        <w:t>Create a short team promise that means something in everyday work</w:t>
      </w:r>
    </w:p>
    <w:p w14:paraId="17EDCC1D" w14:textId="77777777" w:rsidR="0040101F" w:rsidRPr="00F17A1D" w:rsidRDefault="0040101F" w:rsidP="0040101F">
      <w:pPr>
        <w:pStyle w:val="Heading2"/>
        <w:spacing w:before="240" w:after="100" w:line="240" w:lineRule="auto"/>
        <w:rPr>
          <w:sz w:val="28"/>
          <w:szCs w:val="28"/>
        </w:rPr>
      </w:pPr>
      <w:r w:rsidRPr="00F17A1D">
        <w:rPr>
          <w:sz w:val="28"/>
          <w:szCs w:val="28"/>
        </w:rPr>
        <w:t>Why this activity matters</w:t>
      </w:r>
    </w:p>
    <w:p w14:paraId="18BC38F3" w14:textId="77777777" w:rsidR="0040101F" w:rsidRPr="00F17A1D" w:rsidRDefault="0040101F" w:rsidP="0040101F">
      <w:pPr>
        <w:spacing w:after="140" w:line="283" w:lineRule="auto"/>
        <w:rPr>
          <w:sz w:val="22"/>
          <w:szCs w:val="24"/>
        </w:rPr>
      </w:pPr>
      <w:r w:rsidRPr="00F17A1D">
        <w:rPr>
          <w:sz w:val="22"/>
          <w:szCs w:val="24"/>
        </w:rPr>
        <w:t>A team can know its goals without agreeing on what it stands for. Here, teammates find words that express what others can count on from them, then connect those words to real behavior.</w:t>
      </w:r>
      <w:r>
        <w:rPr>
          <w:sz w:val="22"/>
          <w:szCs w:val="24"/>
        </w:rPr>
        <w:t xml:space="preserve"> The team battle cry becomes a point of pride for the team, something they take ownership of and continually work to deliver on.</w:t>
      </w:r>
    </w:p>
    <w:p w14:paraId="07E16F8A" w14:textId="77777777" w:rsidR="0040101F" w:rsidRPr="00F17A1D" w:rsidRDefault="0040101F" w:rsidP="0040101F">
      <w:pPr>
        <w:pStyle w:val="Heading2"/>
        <w:spacing w:before="240" w:after="100" w:line="240" w:lineRule="auto"/>
        <w:rPr>
          <w:sz w:val="28"/>
          <w:szCs w:val="28"/>
        </w:rPr>
      </w:pPr>
      <w:r w:rsidRPr="00F17A1D">
        <w:rPr>
          <w:sz w:val="28"/>
          <w:szCs w:val="28"/>
        </w:rPr>
        <w:t>The outcome</w:t>
      </w:r>
    </w:p>
    <w:p w14:paraId="6E80A984" w14:textId="77777777" w:rsidR="0040101F" w:rsidRPr="00F17A1D" w:rsidRDefault="0040101F" w:rsidP="0040101F">
      <w:pPr>
        <w:spacing w:after="140" w:line="283" w:lineRule="auto"/>
        <w:rPr>
          <w:sz w:val="22"/>
          <w:szCs w:val="24"/>
        </w:rPr>
      </w:pPr>
      <w:r w:rsidRPr="00F17A1D">
        <w:rPr>
          <w:sz w:val="22"/>
          <w:szCs w:val="24"/>
        </w:rPr>
        <w:t>The team creates a memorable phrase</w:t>
      </w:r>
      <w:r>
        <w:rPr>
          <w:sz w:val="22"/>
          <w:szCs w:val="24"/>
        </w:rPr>
        <w:t xml:space="preserve"> (ideally in</w:t>
      </w:r>
      <w:r w:rsidRPr="00F17A1D">
        <w:rPr>
          <w:sz w:val="22"/>
          <w:szCs w:val="24"/>
        </w:rPr>
        <w:t xml:space="preserve"> five words or fewer</w:t>
      </w:r>
      <w:r>
        <w:rPr>
          <w:sz w:val="22"/>
          <w:szCs w:val="24"/>
        </w:rPr>
        <w:t>)</w:t>
      </w:r>
      <w:r w:rsidRPr="00F17A1D">
        <w:rPr>
          <w:sz w:val="22"/>
          <w:szCs w:val="24"/>
        </w:rPr>
        <w:t xml:space="preserve"> and identifies one behavior that would bring those words to life.</w:t>
      </w:r>
    </w:p>
    <w:p w14:paraId="58F4297C" w14:textId="77777777" w:rsidR="0040101F" w:rsidRPr="00F17A1D" w:rsidRDefault="0040101F" w:rsidP="0040101F">
      <w:pPr>
        <w:pStyle w:val="Heading2"/>
        <w:spacing w:before="240" w:after="100" w:line="240" w:lineRule="auto"/>
        <w:rPr>
          <w:sz w:val="28"/>
          <w:szCs w:val="28"/>
        </w:rPr>
      </w:pPr>
      <w:r w:rsidRPr="00F17A1D">
        <w:rPr>
          <w:sz w:val="28"/>
          <w:szCs w:val="28"/>
        </w:rPr>
        <w:t>Before the meeting | 5 minutes of preparation</w:t>
      </w:r>
    </w:p>
    <w:p w14:paraId="29E84FB1" w14:textId="77777777" w:rsidR="0040101F" w:rsidRPr="00F17A1D" w:rsidRDefault="0040101F" w:rsidP="0040101F">
      <w:pPr>
        <w:spacing w:after="140" w:line="283" w:lineRule="auto"/>
        <w:rPr>
          <w:sz w:val="22"/>
          <w:szCs w:val="24"/>
        </w:rPr>
      </w:pPr>
      <w:r w:rsidRPr="00F17A1D">
        <w:rPr>
          <w:sz w:val="22"/>
          <w:szCs w:val="24"/>
        </w:rPr>
        <w:t>Bring a board and a worksheet for each person. Choose a familiar slogan as an example. Let the team create its own words during the activity.</w:t>
      </w:r>
    </w:p>
    <w:p w14:paraId="50460461" w14:textId="77777777" w:rsidR="0040101F" w:rsidRPr="00F17A1D" w:rsidRDefault="0040101F" w:rsidP="0040101F">
      <w:pPr>
        <w:pStyle w:val="Heading2"/>
        <w:spacing w:before="240" w:after="100" w:line="240" w:lineRule="auto"/>
        <w:rPr>
          <w:sz w:val="28"/>
          <w:szCs w:val="28"/>
        </w:rPr>
      </w:pPr>
      <w:r w:rsidRPr="00F17A1D">
        <w:rPr>
          <w:sz w:val="28"/>
          <w:szCs w:val="28"/>
        </w:rPr>
        <w:t>1. Start with the promise | 5 minutes</w:t>
      </w:r>
    </w:p>
    <w:p w14:paraId="2922D73B" w14:textId="77777777" w:rsidR="0040101F" w:rsidRPr="00F17A1D" w:rsidRDefault="0040101F" w:rsidP="0040101F">
      <w:pPr>
        <w:spacing w:after="140" w:line="283" w:lineRule="auto"/>
        <w:rPr>
          <w:sz w:val="22"/>
          <w:szCs w:val="24"/>
        </w:rPr>
      </w:pPr>
      <w:r w:rsidRPr="00F17A1D">
        <w:rPr>
          <w:sz w:val="22"/>
          <w:szCs w:val="24"/>
        </w:rPr>
        <w:t>Share a familiar slogan and ask: “</w:t>
      </w:r>
      <w:r w:rsidRPr="00B608DE">
        <w:rPr>
          <w:i/>
          <w:iCs/>
          <w:sz w:val="22"/>
          <w:szCs w:val="24"/>
        </w:rPr>
        <w:t>What does this promise?</w:t>
      </w:r>
      <w:r w:rsidRPr="00F17A1D">
        <w:rPr>
          <w:sz w:val="22"/>
          <w:szCs w:val="24"/>
        </w:rPr>
        <w:t>” Then ask: “</w:t>
      </w:r>
      <w:r w:rsidRPr="00B608DE">
        <w:rPr>
          <w:i/>
          <w:iCs/>
          <w:sz w:val="22"/>
          <w:szCs w:val="24"/>
        </w:rPr>
        <w:t>If someone worked with our team for a month, what would we want them to say about us?</w:t>
      </w:r>
      <w:r w:rsidRPr="00F17A1D">
        <w:rPr>
          <w:sz w:val="22"/>
          <w:szCs w:val="24"/>
        </w:rPr>
        <w:t>” Invite a few answers without trying to settle on a phrase yet.</w:t>
      </w:r>
    </w:p>
    <w:p w14:paraId="38A7ABAE" w14:textId="77777777" w:rsidR="0040101F" w:rsidRPr="00F17A1D" w:rsidRDefault="0040101F" w:rsidP="0040101F">
      <w:pPr>
        <w:pStyle w:val="Heading2"/>
        <w:spacing w:before="240" w:after="100" w:line="240" w:lineRule="auto"/>
        <w:rPr>
          <w:sz w:val="28"/>
          <w:szCs w:val="28"/>
        </w:rPr>
      </w:pPr>
      <w:r w:rsidRPr="00F17A1D">
        <w:rPr>
          <w:sz w:val="28"/>
          <w:szCs w:val="28"/>
        </w:rPr>
        <w:t>2. Find the words | 5 minutes</w:t>
      </w:r>
    </w:p>
    <w:p w14:paraId="1372035C" w14:textId="77777777" w:rsidR="0040101F" w:rsidRPr="00F17A1D" w:rsidRDefault="0040101F" w:rsidP="0040101F">
      <w:pPr>
        <w:spacing w:after="140" w:line="283" w:lineRule="auto"/>
        <w:rPr>
          <w:sz w:val="22"/>
          <w:szCs w:val="24"/>
        </w:rPr>
      </w:pPr>
      <w:r w:rsidRPr="00F17A1D">
        <w:rPr>
          <w:sz w:val="22"/>
          <w:szCs w:val="24"/>
        </w:rPr>
        <w:t xml:space="preserve">Have everyone privately </w:t>
      </w:r>
      <w:proofErr w:type="gramStart"/>
      <w:r w:rsidRPr="00F17A1D">
        <w:rPr>
          <w:sz w:val="22"/>
          <w:szCs w:val="24"/>
        </w:rPr>
        <w:t>write</w:t>
      </w:r>
      <w:proofErr w:type="gramEnd"/>
      <w:r w:rsidRPr="00F17A1D">
        <w:rPr>
          <w:sz w:val="22"/>
          <w:szCs w:val="24"/>
        </w:rPr>
        <w:t xml:space="preserve"> three words or short phrases they want the team known for. Invite people to share their ideas. Record them and circle any recurring themes.</w:t>
      </w:r>
    </w:p>
    <w:p w14:paraId="17F7AF66" w14:textId="77777777" w:rsidR="0040101F" w:rsidRPr="00F17A1D" w:rsidRDefault="0040101F" w:rsidP="0040101F">
      <w:pPr>
        <w:pStyle w:val="Heading2"/>
        <w:spacing w:before="240" w:after="100" w:line="240" w:lineRule="auto"/>
        <w:rPr>
          <w:sz w:val="28"/>
          <w:szCs w:val="28"/>
        </w:rPr>
      </w:pPr>
      <w:r w:rsidRPr="00F17A1D">
        <w:rPr>
          <w:sz w:val="28"/>
          <w:szCs w:val="28"/>
        </w:rPr>
        <w:t>3. Build the battle cry | 1</w:t>
      </w:r>
      <w:r>
        <w:rPr>
          <w:sz w:val="28"/>
          <w:szCs w:val="28"/>
        </w:rPr>
        <w:t>5</w:t>
      </w:r>
      <w:r w:rsidRPr="00F17A1D">
        <w:rPr>
          <w:sz w:val="28"/>
          <w:szCs w:val="28"/>
        </w:rPr>
        <w:t xml:space="preserve"> minutes</w:t>
      </w:r>
    </w:p>
    <w:p w14:paraId="1410A0C4" w14:textId="77777777" w:rsidR="0040101F" w:rsidRPr="00F17A1D" w:rsidRDefault="0040101F" w:rsidP="0040101F">
      <w:pPr>
        <w:spacing w:after="140" w:line="283" w:lineRule="auto"/>
        <w:rPr>
          <w:sz w:val="22"/>
          <w:szCs w:val="24"/>
        </w:rPr>
      </w:pPr>
      <w:r w:rsidRPr="00F17A1D">
        <w:rPr>
          <w:sz w:val="22"/>
          <w:szCs w:val="24"/>
        </w:rPr>
        <w:t xml:space="preserve">Use the strongest themes to develop two or three phrases of five words or fewer. Read each aloud and ask which feels true to the team. Agree on a </w:t>
      </w:r>
      <w:proofErr w:type="gramStart"/>
      <w:r w:rsidRPr="00F17A1D">
        <w:rPr>
          <w:sz w:val="22"/>
          <w:szCs w:val="24"/>
        </w:rPr>
        <w:t>favorite, or</w:t>
      </w:r>
      <w:proofErr w:type="gramEnd"/>
      <w:r w:rsidRPr="00F17A1D">
        <w:rPr>
          <w:sz w:val="22"/>
          <w:szCs w:val="24"/>
        </w:rPr>
        <w:t xml:space="preserve"> keep two candidates if neither feels right.</w:t>
      </w:r>
    </w:p>
    <w:p w14:paraId="5CF44855" w14:textId="77777777" w:rsidR="0040101F" w:rsidRPr="00F17A1D" w:rsidRDefault="0040101F" w:rsidP="0040101F">
      <w:pPr>
        <w:spacing w:after="140" w:line="283" w:lineRule="auto"/>
        <w:rPr>
          <w:sz w:val="22"/>
          <w:szCs w:val="24"/>
        </w:rPr>
      </w:pPr>
      <w:r w:rsidRPr="003658C8">
        <w:rPr>
          <w:b/>
          <w:bCs/>
          <w:sz w:val="22"/>
          <w:szCs w:val="24"/>
        </w:rPr>
        <w:t>Leader cue:</w:t>
      </w:r>
      <w:r w:rsidRPr="00F17A1D">
        <w:rPr>
          <w:sz w:val="22"/>
          <w:szCs w:val="24"/>
        </w:rPr>
        <w:t xml:space="preserve"> </w:t>
      </w:r>
      <w:r w:rsidR="00294F0D">
        <w:rPr>
          <w:sz w:val="22"/>
          <w:szCs w:val="24"/>
        </w:rPr>
        <w:t xml:space="preserve">You aren’t looking for </w:t>
      </w:r>
      <w:r w:rsidRPr="00F17A1D">
        <w:rPr>
          <w:sz w:val="22"/>
          <w:szCs w:val="24"/>
        </w:rPr>
        <w:t>a clever slogan. Clear words the team believes in are more valuable.</w:t>
      </w:r>
    </w:p>
    <w:p w14:paraId="2287C982" w14:textId="77777777" w:rsidR="0040101F" w:rsidRPr="00F17A1D" w:rsidRDefault="0040101F" w:rsidP="0040101F">
      <w:pPr>
        <w:pStyle w:val="Heading2"/>
        <w:spacing w:before="240" w:after="100" w:line="240" w:lineRule="auto"/>
        <w:rPr>
          <w:sz w:val="28"/>
          <w:szCs w:val="28"/>
        </w:rPr>
      </w:pPr>
      <w:r w:rsidRPr="00F17A1D">
        <w:rPr>
          <w:sz w:val="28"/>
          <w:szCs w:val="28"/>
        </w:rPr>
        <w:t xml:space="preserve">4. Make the words real | </w:t>
      </w:r>
      <w:r>
        <w:rPr>
          <w:sz w:val="28"/>
          <w:szCs w:val="28"/>
        </w:rPr>
        <w:t>5</w:t>
      </w:r>
      <w:r w:rsidRPr="00F17A1D">
        <w:rPr>
          <w:sz w:val="28"/>
          <w:szCs w:val="28"/>
        </w:rPr>
        <w:t xml:space="preserve"> minutes</w:t>
      </w:r>
    </w:p>
    <w:p w14:paraId="4E4A57E4" w14:textId="77777777" w:rsidR="00FD26EF" w:rsidRDefault="0040101F" w:rsidP="0040101F">
      <w:pPr>
        <w:spacing w:after="140" w:line="283" w:lineRule="auto"/>
        <w:rPr>
          <w:sz w:val="22"/>
          <w:szCs w:val="24"/>
        </w:rPr>
      </w:pPr>
      <w:r w:rsidRPr="00F17A1D">
        <w:rPr>
          <w:sz w:val="22"/>
          <w:szCs w:val="24"/>
        </w:rPr>
        <w:t>Ask: “</w:t>
      </w:r>
      <w:r w:rsidRPr="000B253F">
        <w:rPr>
          <w:i/>
          <w:iCs/>
          <w:sz w:val="22"/>
          <w:szCs w:val="24"/>
        </w:rPr>
        <w:t>What would someone see us doing if we lived up to these words?</w:t>
      </w:r>
      <w:r w:rsidRPr="00F17A1D">
        <w:rPr>
          <w:sz w:val="22"/>
          <w:szCs w:val="24"/>
        </w:rPr>
        <w:t>” Agree on one observable behavior. Close by saying: “</w:t>
      </w:r>
      <w:r w:rsidRPr="000B253F">
        <w:rPr>
          <w:i/>
          <w:iCs/>
          <w:sz w:val="22"/>
          <w:szCs w:val="24"/>
        </w:rPr>
        <w:t>Our words only matter when people can see them in how we work.</w:t>
      </w:r>
      <w:r w:rsidRPr="00F17A1D">
        <w:rPr>
          <w:sz w:val="22"/>
          <w:szCs w:val="24"/>
        </w:rPr>
        <w:t>”</w:t>
      </w:r>
      <w:r w:rsidR="00FD26EF">
        <w:rPr>
          <w:sz w:val="22"/>
          <w:szCs w:val="24"/>
        </w:rPr>
        <w:br w:type="page"/>
      </w:r>
    </w:p>
    <w:p w14:paraId="151AB39A" w14:textId="77777777" w:rsidR="0040101F" w:rsidRDefault="0040101F" w:rsidP="0040101F">
      <w:pPr>
        <w:spacing w:after="140" w:line="283" w:lineRule="auto"/>
      </w:pPr>
    </w:p>
    <w:p w14:paraId="3C68D265" w14:textId="77777777" w:rsidR="0040101F" w:rsidRDefault="0040101F" w:rsidP="0040101F">
      <w:pPr>
        <w:pStyle w:val="Title"/>
        <w:spacing w:after="220"/>
      </w:pPr>
      <w:r>
        <w:t>Facilitator Notes</w:t>
      </w:r>
    </w:p>
    <w:p w14:paraId="1C5C300E" w14:textId="77777777" w:rsidR="0040101F" w:rsidRPr="00F17A1D" w:rsidRDefault="0040101F" w:rsidP="0040101F">
      <w:pPr>
        <w:pStyle w:val="Heading2"/>
        <w:spacing w:before="240" w:after="100" w:line="240" w:lineRule="auto"/>
        <w:rPr>
          <w:sz w:val="28"/>
          <w:szCs w:val="28"/>
        </w:rPr>
      </w:pPr>
      <w:r w:rsidRPr="00F17A1D">
        <w:rPr>
          <w:sz w:val="28"/>
          <w:szCs w:val="28"/>
        </w:rPr>
        <w:t>Leader’s insight</w:t>
      </w:r>
    </w:p>
    <w:p w14:paraId="17AC47E1" w14:textId="77777777" w:rsidR="0040101F" w:rsidRPr="00F17A1D" w:rsidRDefault="0040101F" w:rsidP="0040101F">
      <w:pPr>
        <w:spacing w:after="140" w:line="283" w:lineRule="auto"/>
        <w:rPr>
          <w:sz w:val="22"/>
          <w:szCs w:val="24"/>
        </w:rPr>
      </w:pPr>
      <w:r w:rsidRPr="00F17A1D">
        <w:rPr>
          <w:sz w:val="22"/>
          <w:szCs w:val="24"/>
        </w:rPr>
        <w:t xml:space="preserve">A shared phrase matters when it is chosen by the team and reflected in its actions. The conversation about what teammates value may be more useful than the final wording. </w:t>
      </w:r>
      <w:proofErr w:type="gramStart"/>
      <w:r w:rsidRPr="00F17A1D">
        <w:rPr>
          <w:sz w:val="22"/>
          <w:szCs w:val="24"/>
        </w:rPr>
        <w:t>Listen</w:t>
      </w:r>
      <w:proofErr w:type="gramEnd"/>
      <w:r w:rsidRPr="00F17A1D">
        <w:rPr>
          <w:sz w:val="22"/>
          <w:szCs w:val="24"/>
        </w:rPr>
        <w:t xml:space="preserve"> </w:t>
      </w:r>
      <w:proofErr w:type="gramStart"/>
      <w:r w:rsidRPr="00F17A1D">
        <w:rPr>
          <w:sz w:val="22"/>
          <w:szCs w:val="24"/>
        </w:rPr>
        <w:t>for</w:t>
      </w:r>
      <w:proofErr w:type="gramEnd"/>
      <w:r w:rsidRPr="00F17A1D">
        <w:rPr>
          <w:sz w:val="22"/>
          <w:szCs w:val="24"/>
        </w:rPr>
        <w:t xml:space="preserve"> behaviors people already admire and those they wish were more consistent.</w:t>
      </w:r>
    </w:p>
    <w:p w14:paraId="474E3E75" w14:textId="77777777" w:rsidR="0040101F" w:rsidRPr="00F17A1D" w:rsidRDefault="0040101F" w:rsidP="0040101F">
      <w:pPr>
        <w:pStyle w:val="Heading2"/>
        <w:spacing w:before="240" w:after="100" w:line="240" w:lineRule="auto"/>
        <w:rPr>
          <w:sz w:val="28"/>
          <w:szCs w:val="28"/>
        </w:rPr>
      </w:pPr>
      <w:r w:rsidRPr="00F17A1D">
        <w:rPr>
          <w:sz w:val="28"/>
          <w:szCs w:val="28"/>
        </w:rPr>
        <w:t>What to watch for</w:t>
      </w:r>
    </w:p>
    <w:p w14:paraId="1FBEDF6E" w14:textId="77777777" w:rsidR="0040101F" w:rsidRPr="00F17A1D" w:rsidRDefault="0040101F" w:rsidP="0040101F">
      <w:pPr>
        <w:spacing w:after="140" w:line="283" w:lineRule="auto"/>
        <w:rPr>
          <w:sz w:val="22"/>
          <w:szCs w:val="24"/>
        </w:rPr>
      </w:pPr>
      <w:r w:rsidRPr="00F17A1D">
        <w:rPr>
          <w:sz w:val="22"/>
          <w:szCs w:val="24"/>
        </w:rPr>
        <w:t>Avoid turning this into a marketing exercise. A catchy phrase is not the goal. Do</w:t>
      </w:r>
      <w:r w:rsidR="00294F0D">
        <w:rPr>
          <w:sz w:val="22"/>
          <w:szCs w:val="24"/>
        </w:rPr>
        <w:t>n’t</w:t>
      </w:r>
      <w:r w:rsidRPr="00F17A1D">
        <w:rPr>
          <w:sz w:val="22"/>
          <w:szCs w:val="24"/>
        </w:rPr>
        <w:t xml:space="preserve"> pressure people to agree just to finish on time. If there is no convincing phrase, save the strongest two candidates and revisit them briefly later.</w:t>
      </w:r>
    </w:p>
    <w:p w14:paraId="788E3907" w14:textId="77777777" w:rsidR="0040101F" w:rsidRPr="00F17A1D" w:rsidRDefault="0040101F" w:rsidP="0040101F">
      <w:pPr>
        <w:pStyle w:val="Heading2"/>
        <w:spacing w:before="240" w:after="100" w:line="240" w:lineRule="auto"/>
        <w:rPr>
          <w:sz w:val="28"/>
          <w:szCs w:val="28"/>
        </w:rPr>
      </w:pPr>
      <w:r w:rsidRPr="00F17A1D">
        <w:rPr>
          <w:sz w:val="28"/>
          <w:szCs w:val="28"/>
        </w:rPr>
        <w:t>If the group gets stuck</w:t>
      </w:r>
    </w:p>
    <w:p w14:paraId="032EB8FC" w14:textId="77777777" w:rsidR="0040101F" w:rsidRPr="00F17A1D" w:rsidRDefault="0040101F" w:rsidP="0040101F">
      <w:pPr>
        <w:spacing w:after="140" w:line="283" w:lineRule="auto"/>
        <w:rPr>
          <w:sz w:val="22"/>
          <w:szCs w:val="24"/>
        </w:rPr>
      </w:pPr>
      <w:r w:rsidRPr="00F17A1D">
        <w:rPr>
          <w:sz w:val="22"/>
          <w:szCs w:val="24"/>
        </w:rPr>
        <w:t>Ask: “</w:t>
      </w:r>
      <w:r w:rsidRPr="00B608DE">
        <w:rPr>
          <w:i/>
          <w:iCs/>
          <w:sz w:val="22"/>
          <w:szCs w:val="24"/>
        </w:rPr>
        <w:t>When have we been proud of how we worked together?</w:t>
      </w:r>
      <w:r w:rsidRPr="00F17A1D">
        <w:rPr>
          <w:sz w:val="22"/>
          <w:szCs w:val="24"/>
        </w:rPr>
        <w:t>” or “</w:t>
      </w:r>
      <w:r w:rsidRPr="00B608DE">
        <w:rPr>
          <w:i/>
          <w:iCs/>
          <w:sz w:val="22"/>
          <w:szCs w:val="24"/>
        </w:rPr>
        <w:t>What do people thank our team for?</w:t>
      </w:r>
      <w:r w:rsidRPr="00F17A1D">
        <w:rPr>
          <w:sz w:val="22"/>
          <w:szCs w:val="24"/>
        </w:rPr>
        <w:t>” Use the stories to find words that feel genuine.</w:t>
      </w:r>
    </w:p>
    <w:p w14:paraId="327B3D57" w14:textId="77777777" w:rsidR="0040101F" w:rsidRPr="00F17A1D" w:rsidRDefault="0040101F" w:rsidP="0040101F">
      <w:pPr>
        <w:pStyle w:val="Heading2"/>
        <w:spacing w:before="240" w:after="100" w:line="240" w:lineRule="auto"/>
        <w:rPr>
          <w:sz w:val="28"/>
          <w:szCs w:val="28"/>
        </w:rPr>
      </w:pPr>
      <w:r w:rsidRPr="00F17A1D">
        <w:rPr>
          <w:sz w:val="28"/>
          <w:szCs w:val="28"/>
        </w:rPr>
        <w:t>Illustrative example</w:t>
      </w:r>
    </w:p>
    <w:p w14:paraId="3CED0960" w14:textId="77777777" w:rsidR="0040101F" w:rsidRPr="00F17A1D" w:rsidRDefault="0040101F" w:rsidP="0040101F">
      <w:pPr>
        <w:spacing w:after="140" w:line="283" w:lineRule="auto"/>
        <w:rPr>
          <w:sz w:val="22"/>
          <w:szCs w:val="24"/>
        </w:rPr>
      </w:pPr>
      <w:r w:rsidRPr="00F17A1D">
        <w:rPr>
          <w:sz w:val="22"/>
          <w:szCs w:val="24"/>
        </w:rPr>
        <w:t>One leadership team chose “</w:t>
      </w:r>
      <w:r w:rsidRPr="00B608DE">
        <w:rPr>
          <w:i/>
          <w:iCs/>
          <w:sz w:val="22"/>
          <w:szCs w:val="24"/>
        </w:rPr>
        <w:t>Our Winning Way, Everyone Every Day.</w:t>
      </w:r>
      <w:r w:rsidRPr="00F17A1D">
        <w:rPr>
          <w:sz w:val="22"/>
          <w:szCs w:val="24"/>
        </w:rPr>
        <w:t>” Its strength was not the rhyme. It was the expectation that everyone contributed consistently. Use this as an illustration, not a phrase for others to copy.</w:t>
      </w:r>
    </w:p>
    <w:p w14:paraId="6C8D7F64" w14:textId="77777777" w:rsidR="0040101F" w:rsidRPr="00F17A1D" w:rsidRDefault="0040101F" w:rsidP="0040101F">
      <w:pPr>
        <w:pStyle w:val="Heading2"/>
        <w:spacing w:before="240" w:after="100" w:line="240" w:lineRule="auto"/>
        <w:rPr>
          <w:sz w:val="28"/>
          <w:szCs w:val="28"/>
        </w:rPr>
      </w:pPr>
      <w:r w:rsidRPr="00F17A1D">
        <w:rPr>
          <w:sz w:val="28"/>
          <w:szCs w:val="28"/>
        </w:rPr>
        <w:t>Virtual adaptation</w:t>
      </w:r>
    </w:p>
    <w:p w14:paraId="0B5CFF2A" w14:textId="77777777" w:rsidR="0040101F" w:rsidRPr="00F17A1D" w:rsidRDefault="0040101F" w:rsidP="0040101F">
      <w:pPr>
        <w:spacing w:after="140" w:line="283" w:lineRule="auto"/>
        <w:rPr>
          <w:sz w:val="22"/>
          <w:szCs w:val="24"/>
        </w:rPr>
      </w:pPr>
      <w:r w:rsidRPr="00F17A1D">
        <w:rPr>
          <w:sz w:val="22"/>
          <w:szCs w:val="24"/>
        </w:rPr>
        <w:t>Collect words in a shared document, then discuss short phrases together. Keep the final behavior visible beside the chosen words.</w:t>
      </w:r>
    </w:p>
    <w:p w14:paraId="09B5AE07" w14:textId="77777777" w:rsidR="0040101F" w:rsidRPr="00F17A1D" w:rsidRDefault="0040101F" w:rsidP="0040101F">
      <w:pPr>
        <w:pStyle w:val="Heading2"/>
        <w:spacing w:before="240" w:after="100" w:line="240" w:lineRule="auto"/>
        <w:rPr>
          <w:sz w:val="28"/>
          <w:szCs w:val="28"/>
        </w:rPr>
      </w:pPr>
      <w:r w:rsidRPr="00F17A1D">
        <w:rPr>
          <w:sz w:val="28"/>
          <w:szCs w:val="28"/>
        </w:rPr>
        <w:t>Optional follow-up</w:t>
      </w:r>
    </w:p>
    <w:p w14:paraId="19E1E5C3" w14:textId="77777777" w:rsidR="0040101F" w:rsidRPr="00F17A1D" w:rsidRDefault="0040101F" w:rsidP="0040101F">
      <w:pPr>
        <w:spacing w:after="140" w:line="283" w:lineRule="auto"/>
        <w:rPr>
          <w:sz w:val="22"/>
          <w:szCs w:val="24"/>
        </w:rPr>
      </w:pPr>
      <w:r w:rsidRPr="00F17A1D">
        <w:rPr>
          <w:sz w:val="22"/>
          <w:szCs w:val="24"/>
        </w:rPr>
        <w:t xml:space="preserve">Use the phrase naturally during a future team meeting. If the team finds it unhelpful, revise it. </w:t>
      </w:r>
    </w:p>
    <w:p w14:paraId="0A382B8E" w14:textId="77777777" w:rsidR="0040101F" w:rsidRPr="00F17A1D" w:rsidRDefault="0040101F" w:rsidP="0040101F">
      <w:pPr>
        <w:pStyle w:val="Heading2"/>
        <w:spacing w:before="240" w:after="100" w:line="240" w:lineRule="auto"/>
        <w:rPr>
          <w:sz w:val="28"/>
          <w:szCs w:val="28"/>
        </w:rPr>
      </w:pPr>
      <w:r w:rsidRPr="00F17A1D">
        <w:rPr>
          <w:sz w:val="28"/>
          <w:szCs w:val="28"/>
        </w:rPr>
        <w:t>Success looks like</w:t>
      </w:r>
    </w:p>
    <w:p w14:paraId="27EBA587" w14:textId="77777777" w:rsidR="0040101F" w:rsidRPr="00F17A1D" w:rsidRDefault="0040101F" w:rsidP="0040101F">
      <w:pPr>
        <w:spacing w:after="140" w:line="283" w:lineRule="auto"/>
        <w:rPr>
          <w:sz w:val="22"/>
          <w:szCs w:val="24"/>
        </w:rPr>
      </w:pPr>
      <w:r w:rsidRPr="00F17A1D">
        <w:rPr>
          <w:sz w:val="22"/>
          <w:szCs w:val="24"/>
        </w:rPr>
        <w:t>The team can describe what its phrase means and name one behavior that demonstrates it.</w:t>
      </w:r>
    </w:p>
    <w:p w14:paraId="1639F5B3" w14:textId="77777777" w:rsidR="0040101F" w:rsidRDefault="0040101F" w:rsidP="0040101F">
      <w:pPr>
        <w:pStyle w:val="Title"/>
        <w:pageBreakBefore/>
        <w:spacing w:after="220"/>
      </w:pPr>
      <w:r>
        <w:lastRenderedPageBreak/>
        <w:t>Team Battle Cry | Team Worksheet</w:t>
      </w:r>
    </w:p>
    <w:p w14:paraId="48939CB5" w14:textId="77777777" w:rsidR="0040101F" w:rsidRDefault="0040101F" w:rsidP="0040101F">
      <w:pPr>
        <w:spacing w:after="140" w:line="283" w:lineRule="auto"/>
        <w:rPr>
          <w:sz w:val="22"/>
          <w:szCs w:val="28"/>
        </w:rPr>
      </w:pPr>
      <w:r w:rsidRPr="0023426A">
        <w:rPr>
          <w:b/>
          <w:bCs/>
          <w:sz w:val="22"/>
          <w:szCs w:val="28"/>
        </w:rPr>
        <w:t>Participant worksheet  •  Write your own ideas first. The team will choose its phrase together.</w:t>
      </w:r>
    </w:p>
    <w:p w14:paraId="61EFACEF" w14:textId="77777777" w:rsidR="0040101F" w:rsidRDefault="0040101F" w:rsidP="0040101F">
      <w:pPr>
        <w:pStyle w:val="Heading2"/>
        <w:spacing w:after="60"/>
      </w:pPr>
      <w:r>
        <w:t>What do I want our team to be known for?</w:t>
      </w:r>
    </w:p>
    <w:tbl>
      <w:tblPr>
        <w:tblW w:w="0" w:type="auto"/>
        <w:tblLayout w:type="fixed"/>
        <w:tblLook w:val="04A0" w:firstRow="1" w:lastRow="0" w:firstColumn="1" w:lastColumn="0" w:noHBand="0" w:noVBand="1"/>
      </w:tblPr>
      <w:tblGrid>
        <w:gridCol w:w="9792"/>
      </w:tblGrid>
      <w:tr w:rsidR="0040101F" w14:paraId="38AF433A"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42CA3D38" w14:textId="77777777" w:rsidR="0040101F" w:rsidRDefault="0040101F" w:rsidP="00060B29">
            <w:pPr>
              <w:spacing w:after="0" w:line="240" w:lineRule="auto"/>
            </w:pPr>
            <w:r>
              <w:t xml:space="preserve"> </w:t>
            </w:r>
          </w:p>
          <w:p w14:paraId="639B5280" w14:textId="77777777" w:rsidR="0040101F" w:rsidRDefault="0040101F" w:rsidP="00060B29">
            <w:pPr>
              <w:spacing w:after="0" w:line="240" w:lineRule="auto"/>
            </w:pPr>
          </w:p>
          <w:p w14:paraId="58B8EB70" w14:textId="77777777" w:rsidR="0040101F" w:rsidRDefault="0040101F" w:rsidP="00060B29">
            <w:pPr>
              <w:spacing w:after="0" w:line="240" w:lineRule="auto"/>
            </w:pPr>
          </w:p>
          <w:p w14:paraId="492D19F4" w14:textId="77777777" w:rsidR="0040101F" w:rsidRDefault="0040101F" w:rsidP="00060B29">
            <w:pPr>
              <w:spacing w:after="0" w:line="240" w:lineRule="auto"/>
            </w:pPr>
          </w:p>
          <w:p w14:paraId="62497F8E" w14:textId="77777777" w:rsidR="0040101F" w:rsidRDefault="0040101F" w:rsidP="00060B29">
            <w:pPr>
              <w:spacing w:after="0" w:line="240" w:lineRule="auto"/>
            </w:pPr>
          </w:p>
        </w:tc>
      </w:tr>
    </w:tbl>
    <w:p w14:paraId="36B2DD57" w14:textId="77777777" w:rsidR="0040101F" w:rsidRDefault="0040101F" w:rsidP="0040101F">
      <w:pPr>
        <w:pStyle w:val="Heading2"/>
        <w:spacing w:before="140" w:after="60"/>
      </w:pPr>
      <w:r>
        <w:t>What words or phrases did I hear that resonated with the team?</w:t>
      </w:r>
    </w:p>
    <w:tbl>
      <w:tblPr>
        <w:tblW w:w="0" w:type="auto"/>
        <w:tblLayout w:type="fixed"/>
        <w:tblLook w:val="04A0" w:firstRow="1" w:lastRow="0" w:firstColumn="1" w:lastColumn="0" w:noHBand="0" w:noVBand="1"/>
      </w:tblPr>
      <w:tblGrid>
        <w:gridCol w:w="9792"/>
      </w:tblGrid>
      <w:tr w:rsidR="0040101F" w14:paraId="10F95E52"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06E22136" w14:textId="77777777" w:rsidR="0040101F" w:rsidRDefault="0040101F" w:rsidP="00060B29">
            <w:pPr>
              <w:spacing w:after="0" w:line="240" w:lineRule="auto"/>
            </w:pPr>
            <w:r>
              <w:t xml:space="preserve"> </w:t>
            </w:r>
          </w:p>
          <w:p w14:paraId="2C20B67C" w14:textId="77777777" w:rsidR="0040101F" w:rsidRDefault="0040101F" w:rsidP="00060B29">
            <w:pPr>
              <w:spacing w:after="0" w:line="240" w:lineRule="auto"/>
            </w:pPr>
          </w:p>
          <w:p w14:paraId="7E0590C7" w14:textId="77777777" w:rsidR="0040101F" w:rsidRDefault="0040101F" w:rsidP="00060B29">
            <w:pPr>
              <w:spacing w:after="0" w:line="240" w:lineRule="auto"/>
            </w:pPr>
          </w:p>
          <w:p w14:paraId="36902B6A" w14:textId="77777777" w:rsidR="0040101F" w:rsidRDefault="0040101F" w:rsidP="00060B29">
            <w:pPr>
              <w:spacing w:after="0" w:line="240" w:lineRule="auto"/>
            </w:pPr>
          </w:p>
          <w:p w14:paraId="53DE4491" w14:textId="77777777" w:rsidR="0040101F" w:rsidRDefault="0040101F" w:rsidP="00060B29">
            <w:pPr>
              <w:spacing w:after="0" w:line="240" w:lineRule="auto"/>
            </w:pPr>
          </w:p>
        </w:tc>
      </w:tr>
    </w:tbl>
    <w:p w14:paraId="49A43BFE" w14:textId="77777777" w:rsidR="0040101F" w:rsidRDefault="0040101F" w:rsidP="0040101F">
      <w:pPr>
        <w:pStyle w:val="Heading2"/>
        <w:spacing w:before="140" w:after="60"/>
      </w:pPr>
      <w:r>
        <w:t xml:space="preserve">Our team’s battle </w:t>
      </w:r>
      <w:proofErr w:type="gramStart"/>
      <w:r>
        <w:t>cry</w:t>
      </w:r>
      <w:proofErr w:type="gramEnd"/>
      <w:r>
        <w:t xml:space="preserve"> (approximately five words or fewer)</w:t>
      </w:r>
    </w:p>
    <w:tbl>
      <w:tblPr>
        <w:tblW w:w="0" w:type="auto"/>
        <w:tblLayout w:type="fixed"/>
        <w:tblLook w:val="04A0" w:firstRow="1" w:lastRow="0" w:firstColumn="1" w:lastColumn="0" w:noHBand="0" w:noVBand="1"/>
      </w:tblPr>
      <w:tblGrid>
        <w:gridCol w:w="9792"/>
      </w:tblGrid>
      <w:tr w:rsidR="0040101F" w14:paraId="64956CDB"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3C9E4EB3" w14:textId="77777777" w:rsidR="0040101F" w:rsidRDefault="0040101F" w:rsidP="00060B29">
            <w:pPr>
              <w:spacing w:after="0" w:line="240" w:lineRule="auto"/>
            </w:pPr>
            <w:r>
              <w:t xml:space="preserve"> </w:t>
            </w:r>
          </w:p>
          <w:p w14:paraId="203DF130" w14:textId="77777777" w:rsidR="0040101F" w:rsidRDefault="0040101F" w:rsidP="00060B29">
            <w:pPr>
              <w:spacing w:after="0" w:line="240" w:lineRule="auto"/>
            </w:pPr>
          </w:p>
          <w:p w14:paraId="035A6ED8" w14:textId="77777777" w:rsidR="0040101F" w:rsidRDefault="0040101F" w:rsidP="00060B29">
            <w:pPr>
              <w:spacing w:after="0" w:line="240" w:lineRule="auto"/>
            </w:pPr>
          </w:p>
          <w:p w14:paraId="3F5B14FB" w14:textId="77777777" w:rsidR="0040101F" w:rsidRDefault="0040101F" w:rsidP="00060B29">
            <w:pPr>
              <w:spacing w:after="0" w:line="240" w:lineRule="auto"/>
            </w:pPr>
          </w:p>
          <w:p w14:paraId="2440CA16" w14:textId="77777777" w:rsidR="0040101F" w:rsidRDefault="0040101F" w:rsidP="00060B29">
            <w:pPr>
              <w:spacing w:after="0" w:line="240" w:lineRule="auto"/>
            </w:pPr>
          </w:p>
        </w:tc>
      </w:tr>
    </w:tbl>
    <w:p w14:paraId="537DF69B" w14:textId="77777777" w:rsidR="0040101F" w:rsidRDefault="0040101F" w:rsidP="0040101F">
      <w:pPr>
        <w:pStyle w:val="Heading2"/>
        <w:spacing w:before="140" w:after="60"/>
      </w:pPr>
      <w:r>
        <w:t>One behavior that will bring our words to life</w:t>
      </w:r>
    </w:p>
    <w:tbl>
      <w:tblPr>
        <w:tblW w:w="0" w:type="auto"/>
        <w:tblLayout w:type="fixed"/>
        <w:tblLook w:val="04A0" w:firstRow="1" w:lastRow="0" w:firstColumn="1" w:lastColumn="0" w:noHBand="0" w:noVBand="1"/>
      </w:tblPr>
      <w:tblGrid>
        <w:gridCol w:w="9792"/>
      </w:tblGrid>
      <w:tr w:rsidR="0040101F" w14:paraId="26DD2A53"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226A8B7A" w14:textId="77777777" w:rsidR="0040101F" w:rsidRDefault="0040101F" w:rsidP="00060B29">
            <w:pPr>
              <w:spacing w:after="0" w:line="240" w:lineRule="auto"/>
            </w:pPr>
            <w:r>
              <w:t xml:space="preserve"> </w:t>
            </w:r>
          </w:p>
          <w:p w14:paraId="6C7581C3" w14:textId="77777777" w:rsidR="0040101F" w:rsidRDefault="0040101F" w:rsidP="00060B29">
            <w:pPr>
              <w:spacing w:after="0" w:line="240" w:lineRule="auto"/>
            </w:pPr>
          </w:p>
          <w:p w14:paraId="730009C0" w14:textId="77777777" w:rsidR="0040101F" w:rsidRDefault="0040101F" w:rsidP="00060B29">
            <w:pPr>
              <w:spacing w:after="0" w:line="240" w:lineRule="auto"/>
            </w:pPr>
          </w:p>
          <w:p w14:paraId="63830AF3" w14:textId="77777777" w:rsidR="0040101F" w:rsidRDefault="0040101F" w:rsidP="00060B29">
            <w:pPr>
              <w:spacing w:after="0" w:line="240" w:lineRule="auto"/>
            </w:pPr>
          </w:p>
          <w:p w14:paraId="35480463" w14:textId="77777777" w:rsidR="0040101F" w:rsidRDefault="0040101F" w:rsidP="00060B29">
            <w:pPr>
              <w:spacing w:after="0" w:line="240" w:lineRule="auto"/>
            </w:pPr>
          </w:p>
        </w:tc>
      </w:tr>
    </w:tbl>
    <w:p w14:paraId="0DAD7C43" w14:textId="77777777" w:rsidR="00E10B19" w:rsidRDefault="00EB4D04">
      <w:r>
        <w:br w:type="page"/>
      </w:r>
    </w:p>
    <w:p w14:paraId="5384BC1A" w14:textId="77777777" w:rsidR="003A5DB0" w:rsidRDefault="003A5DB0" w:rsidP="003A5DB0">
      <w:pPr>
        <w:pStyle w:val="Title"/>
        <w:spacing w:after="220"/>
      </w:pPr>
      <w:r>
        <w:lastRenderedPageBreak/>
        <w:t>The Ripple Effect</w:t>
      </w:r>
    </w:p>
    <w:p w14:paraId="26312044" w14:textId="77777777" w:rsidR="003A5DB0" w:rsidRPr="00AA770F" w:rsidRDefault="003A5DB0" w:rsidP="003A5DB0">
      <w:pPr>
        <w:spacing w:after="140" w:line="283" w:lineRule="auto"/>
        <w:jc w:val="right"/>
        <w:rPr>
          <w:sz w:val="32"/>
          <w:szCs w:val="36"/>
        </w:rPr>
      </w:pPr>
      <w:r w:rsidRPr="00AA770F">
        <w:rPr>
          <w:sz w:val="24"/>
          <w:szCs w:val="32"/>
        </w:rPr>
        <w:t>Team Alignment &amp; Purpose</w:t>
      </w:r>
    </w:p>
    <w:p w14:paraId="45AF9CFB" w14:textId="77777777" w:rsidR="003A5DB0" w:rsidRDefault="003A5DB0" w:rsidP="003A5DB0">
      <w:pPr>
        <w:spacing w:after="140" w:line="283" w:lineRule="auto"/>
        <w:jc w:val="right"/>
      </w:pPr>
      <w:r>
        <w:t>ACTIVITY TIME  |  30 minutes     PREPARATION  |  5 minutes</w:t>
      </w:r>
    </w:p>
    <w:p w14:paraId="7D261F93" w14:textId="77777777" w:rsidR="003A5DB0" w:rsidRPr="00A57C2C" w:rsidRDefault="003A5DB0" w:rsidP="003A5DB0">
      <w:pPr>
        <w:spacing w:after="140" w:line="283" w:lineRule="auto"/>
        <w:rPr>
          <w:b/>
          <w:bCs/>
          <w:sz w:val="24"/>
          <w:szCs w:val="28"/>
        </w:rPr>
      </w:pPr>
      <w:r w:rsidRPr="00A57C2C">
        <w:rPr>
          <w:b/>
          <w:bCs/>
          <w:sz w:val="24"/>
          <w:szCs w:val="28"/>
        </w:rPr>
        <w:t>See how our team affects others, and take responsibility for making work easier</w:t>
      </w:r>
    </w:p>
    <w:p w14:paraId="3A9634CD" w14:textId="77777777" w:rsidR="003A5DB0" w:rsidRPr="00F17A1D" w:rsidRDefault="003A5DB0" w:rsidP="003A5DB0">
      <w:pPr>
        <w:pStyle w:val="Heading2"/>
        <w:spacing w:before="240" w:after="100" w:line="240" w:lineRule="auto"/>
        <w:rPr>
          <w:sz w:val="28"/>
          <w:szCs w:val="28"/>
        </w:rPr>
      </w:pPr>
      <w:r w:rsidRPr="00F17A1D">
        <w:rPr>
          <w:sz w:val="28"/>
          <w:szCs w:val="28"/>
        </w:rPr>
        <w:t>Why this activity matters</w:t>
      </w:r>
    </w:p>
    <w:p w14:paraId="2F74739E" w14:textId="77777777" w:rsidR="003A5DB0" w:rsidRPr="00F17A1D" w:rsidRDefault="003A5DB0" w:rsidP="003A5DB0">
      <w:pPr>
        <w:spacing w:after="140" w:line="283" w:lineRule="auto"/>
        <w:rPr>
          <w:sz w:val="22"/>
          <w:szCs w:val="24"/>
        </w:rPr>
      </w:pPr>
      <w:r w:rsidRPr="00F17A1D">
        <w:rPr>
          <w:sz w:val="22"/>
          <w:szCs w:val="24"/>
        </w:rPr>
        <w:t>We notice quickly when another team’s actions make our work harder. We may be less aware of how our own habits affect the people who depend on us. This activity helps teammates consider both sides with the assumption that everyone has good intentions.</w:t>
      </w:r>
    </w:p>
    <w:p w14:paraId="21843164" w14:textId="77777777" w:rsidR="003A5DB0" w:rsidRPr="00F17A1D" w:rsidRDefault="003A5DB0" w:rsidP="003A5DB0">
      <w:pPr>
        <w:pStyle w:val="Heading2"/>
        <w:spacing w:before="240" w:after="100" w:line="240" w:lineRule="auto"/>
        <w:rPr>
          <w:sz w:val="28"/>
          <w:szCs w:val="28"/>
        </w:rPr>
      </w:pPr>
      <w:r w:rsidRPr="00F17A1D">
        <w:rPr>
          <w:sz w:val="28"/>
          <w:szCs w:val="28"/>
        </w:rPr>
        <w:t>The outcome</w:t>
      </w:r>
    </w:p>
    <w:p w14:paraId="67679D9F" w14:textId="77777777" w:rsidR="003A5DB0" w:rsidRPr="00F17A1D" w:rsidRDefault="003A5DB0" w:rsidP="003A5DB0">
      <w:pPr>
        <w:spacing w:after="140" w:line="283" w:lineRule="auto"/>
        <w:rPr>
          <w:sz w:val="22"/>
          <w:szCs w:val="24"/>
        </w:rPr>
      </w:pPr>
      <w:r w:rsidRPr="00F17A1D">
        <w:rPr>
          <w:sz w:val="22"/>
          <w:szCs w:val="24"/>
        </w:rPr>
        <w:t>The team identifies one practical improvement within its control. The leader also takes responsibility for thoughtfully following up on concerns involving other departments.</w:t>
      </w:r>
    </w:p>
    <w:p w14:paraId="0D16C3DE" w14:textId="77777777" w:rsidR="003A5DB0" w:rsidRPr="00F17A1D" w:rsidRDefault="003A5DB0" w:rsidP="003A5DB0">
      <w:pPr>
        <w:pStyle w:val="Heading2"/>
        <w:spacing w:before="240" w:after="100" w:line="240" w:lineRule="auto"/>
        <w:rPr>
          <w:sz w:val="28"/>
          <w:szCs w:val="28"/>
        </w:rPr>
      </w:pPr>
      <w:r w:rsidRPr="00F17A1D">
        <w:rPr>
          <w:sz w:val="28"/>
          <w:szCs w:val="28"/>
        </w:rPr>
        <w:t>Before the meeting | 5 minutes of preparation</w:t>
      </w:r>
    </w:p>
    <w:p w14:paraId="3D64CCBA" w14:textId="77777777" w:rsidR="003A5DB0" w:rsidRPr="00F17A1D" w:rsidRDefault="003A5DB0" w:rsidP="003A5DB0">
      <w:pPr>
        <w:spacing w:after="140" w:line="283" w:lineRule="auto"/>
        <w:rPr>
          <w:sz w:val="22"/>
          <w:szCs w:val="24"/>
        </w:rPr>
      </w:pPr>
      <w:r w:rsidRPr="00F17A1D">
        <w:rPr>
          <w:sz w:val="22"/>
          <w:szCs w:val="24"/>
        </w:rPr>
        <w:t>Bring a whiteboard or shared screen and a worksheet for each participant. Think of a few departments or groups your team regularly works with. No advance fact-finding is needed.</w:t>
      </w:r>
    </w:p>
    <w:p w14:paraId="5F0ED46F" w14:textId="77777777" w:rsidR="003A5DB0" w:rsidRPr="00F17A1D" w:rsidRDefault="003A5DB0" w:rsidP="003A5DB0">
      <w:pPr>
        <w:pStyle w:val="Heading2"/>
        <w:spacing w:before="240" w:after="100" w:line="240" w:lineRule="auto"/>
        <w:rPr>
          <w:sz w:val="28"/>
          <w:szCs w:val="28"/>
        </w:rPr>
      </w:pPr>
      <w:r w:rsidRPr="00F17A1D">
        <w:rPr>
          <w:sz w:val="28"/>
          <w:szCs w:val="28"/>
        </w:rPr>
        <w:t>1. Start with positive intent | 5 minutes</w:t>
      </w:r>
    </w:p>
    <w:p w14:paraId="56F8907F" w14:textId="77777777" w:rsidR="003A5DB0" w:rsidRPr="00F17A1D" w:rsidRDefault="003A5DB0" w:rsidP="003A5DB0">
      <w:pPr>
        <w:spacing w:after="140" w:line="283" w:lineRule="auto"/>
        <w:rPr>
          <w:sz w:val="22"/>
          <w:szCs w:val="24"/>
        </w:rPr>
      </w:pPr>
      <w:r w:rsidRPr="00F17A1D">
        <w:rPr>
          <w:sz w:val="22"/>
          <w:szCs w:val="24"/>
        </w:rPr>
        <w:t>Say: “</w:t>
      </w:r>
      <w:r w:rsidRPr="00A57C2C">
        <w:rPr>
          <w:i/>
          <w:iCs/>
          <w:sz w:val="22"/>
          <w:szCs w:val="24"/>
        </w:rPr>
        <w:t>Let’s assume everyone is doing their best and has good intentions. Even so, one team’s way of working can unintentionally make another team’s job harder. If you could snap your fingers and change one or two things about how work reaches us</w:t>
      </w:r>
      <w:r>
        <w:rPr>
          <w:i/>
          <w:iCs/>
          <w:sz w:val="22"/>
          <w:szCs w:val="24"/>
        </w:rPr>
        <w:t xml:space="preserve"> from other groups within or outside the organization</w:t>
      </w:r>
      <w:r w:rsidRPr="00A57C2C">
        <w:rPr>
          <w:i/>
          <w:iCs/>
          <w:sz w:val="22"/>
          <w:szCs w:val="24"/>
        </w:rPr>
        <w:t>, what would make our jobs easier?</w:t>
      </w:r>
      <w:r w:rsidRPr="00F17A1D">
        <w:rPr>
          <w:sz w:val="22"/>
          <w:szCs w:val="24"/>
        </w:rPr>
        <w:t>”</w:t>
      </w:r>
    </w:p>
    <w:p w14:paraId="18CC40BD" w14:textId="77777777" w:rsidR="003A5DB0" w:rsidRPr="00F17A1D" w:rsidRDefault="003A5DB0" w:rsidP="003A5DB0">
      <w:pPr>
        <w:spacing w:after="140" w:line="283" w:lineRule="auto"/>
        <w:rPr>
          <w:sz w:val="22"/>
          <w:szCs w:val="24"/>
        </w:rPr>
      </w:pPr>
      <w:r w:rsidRPr="00F17A1D">
        <w:rPr>
          <w:sz w:val="22"/>
          <w:szCs w:val="24"/>
        </w:rPr>
        <w:t>Invite a few specific examples and write them on the board. Focus on work practices and effects, not personalities or blame. Do</w:t>
      </w:r>
      <w:r w:rsidR="00294F0D">
        <w:rPr>
          <w:sz w:val="22"/>
          <w:szCs w:val="24"/>
        </w:rPr>
        <w:t xml:space="preserve">n’t </w:t>
      </w:r>
      <w:r w:rsidRPr="00F17A1D">
        <w:rPr>
          <w:sz w:val="22"/>
          <w:szCs w:val="24"/>
        </w:rPr>
        <w:t>try to solve the issues yet.</w:t>
      </w:r>
    </w:p>
    <w:p w14:paraId="6EDC5C03" w14:textId="77777777" w:rsidR="003A5DB0" w:rsidRPr="00F17A1D" w:rsidRDefault="003A5DB0" w:rsidP="003A5DB0">
      <w:pPr>
        <w:pStyle w:val="Heading2"/>
        <w:spacing w:before="240" w:after="100" w:line="240" w:lineRule="auto"/>
        <w:rPr>
          <w:sz w:val="28"/>
          <w:szCs w:val="28"/>
        </w:rPr>
      </w:pPr>
      <w:r w:rsidRPr="00F17A1D">
        <w:rPr>
          <w:sz w:val="28"/>
          <w:szCs w:val="28"/>
        </w:rPr>
        <w:t>2. Turn the mirror around | 10 minutes</w:t>
      </w:r>
    </w:p>
    <w:p w14:paraId="16C2D8A0" w14:textId="77777777" w:rsidR="003A5DB0" w:rsidRPr="00F17A1D" w:rsidRDefault="003A5DB0" w:rsidP="003A5DB0">
      <w:pPr>
        <w:spacing w:after="140" w:line="283" w:lineRule="auto"/>
        <w:rPr>
          <w:sz w:val="22"/>
          <w:szCs w:val="24"/>
        </w:rPr>
      </w:pPr>
      <w:r w:rsidRPr="00F17A1D">
        <w:rPr>
          <w:sz w:val="22"/>
          <w:szCs w:val="24"/>
        </w:rPr>
        <w:t>Say: “</w:t>
      </w:r>
      <w:r w:rsidRPr="00A57C2C">
        <w:rPr>
          <w:i/>
          <w:iCs/>
          <w:sz w:val="22"/>
          <w:szCs w:val="24"/>
        </w:rPr>
        <w:t>If those other teams were having this same conversation about us, what might they write on their whiteboard?</w:t>
      </w:r>
      <w:r w:rsidRPr="00F17A1D">
        <w:rPr>
          <w:sz w:val="22"/>
          <w:szCs w:val="24"/>
        </w:rPr>
        <w:t>” Divide into small groups. Ask each group to identify two or three ways our work might unintentionally create extra effort, confusion, or delays for others. Encourage concrete examples.</w:t>
      </w:r>
    </w:p>
    <w:p w14:paraId="4BFD3D94" w14:textId="77777777" w:rsidR="003A5DB0" w:rsidRPr="00F17A1D" w:rsidRDefault="003A5DB0" w:rsidP="003A5DB0">
      <w:pPr>
        <w:spacing w:after="140" w:line="283" w:lineRule="auto"/>
        <w:rPr>
          <w:sz w:val="22"/>
          <w:szCs w:val="24"/>
        </w:rPr>
      </w:pPr>
      <w:r w:rsidRPr="003658C8">
        <w:rPr>
          <w:b/>
          <w:bCs/>
          <w:sz w:val="22"/>
          <w:szCs w:val="24"/>
        </w:rPr>
        <w:t xml:space="preserve">Leader cue: </w:t>
      </w:r>
      <w:r w:rsidRPr="00A57C2C">
        <w:rPr>
          <w:sz w:val="22"/>
          <w:szCs w:val="24"/>
        </w:rPr>
        <w:t xml:space="preserve">Assume good intentions on both sides. If the discussion </w:t>
      </w:r>
      <w:r>
        <w:rPr>
          <w:sz w:val="22"/>
          <w:szCs w:val="24"/>
        </w:rPr>
        <w:t>starts talking about a person</w:t>
      </w:r>
      <w:r w:rsidRPr="00A57C2C">
        <w:rPr>
          <w:sz w:val="22"/>
          <w:szCs w:val="24"/>
        </w:rPr>
        <w:t>, ask what happens in the work process instead.</w:t>
      </w:r>
    </w:p>
    <w:p w14:paraId="4D302D3B" w14:textId="77777777" w:rsidR="003A5DB0" w:rsidRPr="00F17A1D" w:rsidRDefault="003A5DB0" w:rsidP="003A5DB0">
      <w:pPr>
        <w:pStyle w:val="Heading2"/>
        <w:spacing w:before="240" w:after="100" w:line="240" w:lineRule="auto"/>
        <w:rPr>
          <w:sz w:val="28"/>
          <w:szCs w:val="28"/>
        </w:rPr>
      </w:pPr>
      <w:r w:rsidRPr="00F17A1D">
        <w:rPr>
          <w:sz w:val="28"/>
          <w:szCs w:val="28"/>
        </w:rPr>
        <w:t>3. Own our part | 10 minutes</w:t>
      </w:r>
    </w:p>
    <w:p w14:paraId="4C4421CD" w14:textId="77777777" w:rsidR="003A5DB0" w:rsidRPr="00F17A1D" w:rsidRDefault="003A5DB0" w:rsidP="003A5DB0">
      <w:pPr>
        <w:spacing w:after="140" w:line="283" w:lineRule="auto"/>
        <w:rPr>
          <w:sz w:val="22"/>
          <w:szCs w:val="24"/>
        </w:rPr>
      </w:pPr>
      <w:r w:rsidRPr="00F17A1D">
        <w:rPr>
          <w:sz w:val="22"/>
          <w:szCs w:val="24"/>
        </w:rPr>
        <w:t>Have groups share their examples. Ask: “</w:t>
      </w:r>
      <w:r w:rsidRPr="00A57C2C">
        <w:rPr>
          <w:i/>
          <w:iCs/>
          <w:sz w:val="22"/>
          <w:szCs w:val="24"/>
        </w:rPr>
        <w:t>What could we do differently to make another team’s job easier?</w:t>
      </w:r>
      <w:r w:rsidRPr="00F17A1D">
        <w:rPr>
          <w:sz w:val="22"/>
          <w:szCs w:val="24"/>
        </w:rPr>
        <w:t>” Agree on one specific behavior the team can improve, and how members will know they are doing it consistently.</w:t>
      </w:r>
    </w:p>
    <w:p w14:paraId="6CD1887E" w14:textId="77777777" w:rsidR="003A5DB0" w:rsidRPr="00F17A1D" w:rsidRDefault="003A5DB0" w:rsidP="003A5DB0">
      <w:pPr>
        <w:spacing w:after="140" w:line="283" w:lineRule="auto"/>
        <w:rPr>
          <w:sz w:val="22"/>
          <w:szCs w:val="24"/>
        </w:rPr>
      </w:pPr>
      <w:r w:rsidRPr="00F17A1D">
        <w:rPr>
          <w:sz w:val="22"/>
          <w:szCs w:val="24"/>
        </w:rPr>
        <w:lastRenderedPageBreak/>
        <w:t>Return briefly to the opening whiteboard. Explain that you will review the concerns, speak with relevant peers where appropriate, and report back on what you learn. Do</w:t>
      </w:r>
      <w:r w:rsidR="00294F0D">
        <w:rPr>
          <w:sz w:val="22"/>
          <w:szCs w:val="24"/>
        </w:rPr>
        <w:t>n’t</w:t>
      </w:r>
      <w:r w:rsidRPr="00F17A1D">
        <w:rPr>
          <w:sz w:val="22"/>
          <w:szCs w:val="24"/>
        </w:rPr>
        <w:t xml:space="preserve"> promise a change another team may not be able to make.</w:t>
      </w:r>
    </w:p>
    <w:p w14:paraId="3D6E2D81" w14:textId="77777777" w:rsidR="003A5DB0" w:rsidRPr="00F17A1D" w:rsidRDefault="003A5DB0" w:rsidP="003A5DB0">
      <w:pPr>
        <w:pStyle w:val="Heading2"/>
        <w:spacing w:before="240" w:after="100" w:line="240" w:lineRule="auto"/>
        <w:rPr>
          <w:sz w:val="28"/>
          <w:szCs w:val="28"/>
        </w:rPr>
      </w:pPr>
      <w:r w:rsidRPr="00F17A1D">
        <w:rPr>
          <w:sz w:val="28"/>
          <w:szCs w:val="28"/>
        </w:rPr>
        <w:t>4. Bring it full circle | 5 minutes</w:t>
      </w:r>
    </w:p>
    <w:p w14:paraId="46D47EB6" w14:textId="77777777" w:rsidR="003A5DB0" w:rsidRPr="00F17A1D" w:rsidRDefault="003A5DB0" w:rsidP="003A5DB0">
      <w:pPr>
        <w:spacing w:after="140" w:line="283" w:lineRule="auto"/>
        <w:rPr>
          <w:sz w:val="22"/>
          <w:szCs w:val="24"/>
        </w:rPr>
      </w:pPr>
      <w:r w:rsidRPr="00F17A1D">
        <w:rPr>
          <w:sz w:val="22"/>
          <w:szCs w:val="24"/>
        </w:rPr>
        <w:t>Ask: “</w:t>
      </w:r>
      <w:r w:rsidRPr="00A57C2C">
        <w:rPr>
          <w:i/>
          <w:iCs/>
          <w:sz w:val="22"/>
          <w:szCs w:val="24"/>
        </w:rPr>
        <w:t>Are we giving other teams the same clarity, timeliness, and support we hope to receive?</w:t>
      </w:r>
      <w:r w:rsidRPr="00F17A1D">
        <w:rPr>
          <w:sz w:val="22"/>
          <w:szCs w:val="24"/>
        </w:rPr>
        <w:t>” Invite one final observation. Close by saying: “</w:t>
      </w:r>
      <w:r w:rsidRPr="00A57C2C">
        <w:rPr>
          <w:i/>
          <w:iCs/>
          <w:sz w:val="22"/>
          <w:szCs w:val="24"/>
        </w:rPr>
        <w:t xml:space="preserve">We all depend on other people’s work. Strong teams look beyond their own responsibilities and make it easier for everyone to </w:t>
      </w:r>
      <w:proofErr w:type="gramStart"/>
      <w:r w:rsidRPr="00A57C2C">
        <w:rPr>
          <w:i/>
          <w:iCs/>
          <w:sz w:val="22"/>
          <w:szCs w:val="24"/>
        </w:rPr>
        <w:t>succeed.</w:t>
      </w:r>
      <w:r w:rsidRPr="00F17A1D">
        <w:rPr>
          <w:sz w:val="22"/>
          <w:szCs w:val="24"/>
        </w:rPr>
        <w:t>”</w:t>
      </w:r>
      <w:proofErr w:type="gramEnd"/>
    </w:p>
    <w:p w14:paraId="610DE594" w14:textId="77777777" w:rsidR="003A5DB0" w:rsidRDefault="003A5DB0" w:rsidP="003A5DB0">
      <w:pPr>
        <w:spacing w:after="140" w:line="283" w:lineRule="auto"/>
      </w:pPr>
    </w:p>
    <w:p w14:paraId="6D2D5A52" w14:textId="77777777" w:rsidR="003A5DB0" w:rsidRDefault="003A5DB0" w:rsidP="003A5DB0">
      <w:pPr>
        <w:pStyle w:val="Title"/>
        <w:spacing w:after="220"/>
      </w:pPr>
      <w:r>
        <w:t>Facilitator Notes</w:t>
      </w:r>
    </w:p>
    <w:p w14:paraId="7FEEE9C8" w14:textId="77777777" w:rsidR="003A5DB0" w:rsidRPr="00F17A1D" w:rsidRDefault="003A5DB0" w:rsidP="003A5DB0">
      <w:pPr>
        <w:pStyle w:val="Heading2"/>
        <w:spacing w:before="240" w:after="100" w:line="240" w:lineRule="auto"/>
        <w:rPr>
          <w:sz w:val="28"/>
          <w:szCs w:val="28"/>
        </w:rPr>
      </w:pPr>
      <w:r w:rsidRPr="00F17A1D">
        <w:rPr>
          <w:sz w:val="28"/>
          <w:szCs w:val="28"/>
        </w:rPr>
        <w:t>Leader’s insight</w:t>
      </w:r>
    </w:p>
    <w:p w14:paraId="0B8B9060" w14:textId="77777777" w:rsidR="003A5DB0" w:rsidRPr="00F17A1D" w:rsidRDefault="003A5DB0" w:rsidP="003A5DB0">
      <w:pPr>
        <w:spacing w:after="140" w:line="283" w:lineRule="auto"/>
        <w:rPr>
          <w:sz w:val="22"/>
          <w:szCs w:val="24"/>
        </w:rPr>
      </w:pPr>
      <w:r w:rsidRPr="00F17A1D">
        <w:rPr>
          <w:sz w:val="22"/>
          <w:szCs w:val="24"/>
        </w:rPr>
        <w:t xml:space="preserve">Good intentions </w:t>
      </w:r>
      <w:r w:rsidR="00294F0D" w:rsidRPr="00294F0D">
        <w:rPr>
          <w:sz w:val="22"/>
          <w:szCs w:val="24"/>
        </w:rPr>
        <w:t xml:space="preserve">don’t </w:t>
      </w:r>
      <w:r w:rsidRPr="00F17A1D">
        <w:rPr>
          <w:sz w:val="22"/>
          <w:szCs w:val="24"/>
        </w:rPr>
        <w:t xml:space="preserve">prevent unintended consequences. Teamwork extends beyond department boundaries, and leaders have a responsibility in both directions: help their own team </w:t>
      </w:r>
      <w:proofErr w:type="gramStart"/>
      <w:r w:rsidRPr="00F17A1D">
        <w:rPr>
          <w:sz w:val="22"/>
          <w:szCs w:val="24"/>
        </w:rPr>
        <w:t>improve, and</w:t>
      </w:r>
      <w:proofErr w:type="gramEnd"/>
      <w:r w:rsidRPr="00F17A1D">
        <w:rPr>
          <w:sz w:val="22"/>
          <w:szCs w:val="24"/>
        </w:rPr>
        <w:t xml:space="preserve"> raise legitimate obstacles constructively with their peers.</w:t>
      </w:r>
    </w:p>
    <w:p w14:paraId="042E69F4" w14:textId="77777777" w:rsidR="003A5DB0" w:rsidRPr="00F17A1D" w:rsidRDefault="003A5DB0" w:rsidP="003A5DB0">
      <w:pPr>
        <w:pStyle w:val="Heading2"/>
        <w:spacing w:before="240" w:after="100" w:line="240" w:lineRule="auto"/>
        <w:rPr>
          <w:sz w:val="28"/>
          <w:szCs w:val="28"/>
        </w:rPr>
      </w:pPr>
      <w:r w:rsidRPr="00F17A1D">
        <w:rPr>
          <w:sz w:val="28"/>
          <w:szCs w:val="28"/>
        </w:rPr>
        <w:t>What to watch for</w:t>
      </w:r>
    </w:p>
    <w:p w14:paraId="03A3562A" w14:textId="77777777" w:rsidR="003A5DB0" w:rsidRPr="00F17A1D" w:rsidRDefault="003A5DB0" w:rsidP="003A5DB0">
      <w:pPr>
        <w:spacing w:after="140" w:line="283" w:lineRule="auto"/>
        <w:rPr>
          <w:sz w:val="22"/>
          <w:szCs w:val="24"/>
        </w:rPr>
      </w:pPr>
      <w:r w:rsidRPr="00F17A1D">
        <w:rPr>
          <w:sz w:val="22"/>
          <w:szCs w:val="24"/>
        </w:rPr>
        <w:t>The first discussion is a perspective-setting exercise, not a complaint session. Keep the examples specific and respectful. Avoid naming individuals, debating whether another team is wrong, or committing to fixes before understanding the full picture.</w:t>
      </w:r>
    </w:p>
    <w:p w14:paraId="2C2D364B" w14:textId="77777777" w:rsidR="003A5DB0" w:rsidRPr="00F17A1D" w:rsidRDefault="003A5DB0" w:rsidP="003A5DB0">
      <w:pPr>
        <w:pStyle w:val="Heading2"/>
        <w:spacing w:before="240" w:after="100" w:line="240" w:lineRule="auto"/>
        <w:rPr>
          <w:sz w:val="28"/>
          <w:szCs w:val="28"/>
        </w:rPr>
      </w:pPr>
      <w:r w:rsidRPr="00F17A1D">
        <w:rPr>
          <w:sz w:val="28"/>
          <w:szCs w:val="28"/>
        </w:rPr>
        <w:t>Following up as a leader</w:t>
      </w:r>
    </w:p>
    <w:p w14:paraId="5D889517" w14:textId="77777777" w:rsidR="003A5DB0" w:rsidRPr="00F17A1D" w:rsidRDefault="003A5DB0" w:rsidP="003A5DB0">
      <w:pPr>
        <w:spacing w:after="140" w:line="283" w:lineRule="auto"/>
        <w:rPr>
          <w:sz w:val="22"/>
          <w:szCs w:val="24"/>
        </w:rPr>
      </w:pPr>
      <w:r w:rsidRPr="00F17A1D">
        <w:rPr>
          <w:sz w:val="22"/>
          <w:szCs w:val="24"/>
        </w:rPr>
        <w:t>Review the concerns, then approach relevant peers with curiosity about what might help both teams. Share what you learn, even when a requested change is not possible.</w:t>
      </w:r>
    </w:p>
    <w:p w14:paraId="5BCC75E3" w14:textId="77777777" w:rsidR="003A5DB0" w:rsidRPr="00F17A1D" w:rsidRDefault="003A5DB0" w:rsidP="003A5DB0">
      <w:pPr>
        <w:pStyle w:val="Heading2"/>
        <w:spacing w:before="240" w:after="100" w:line="240" w:lineRule="auto"/>
        <w:rPr>
          <w:sz w:val="28"/>
          <w:szCs w:val="28"/>
        </w:rPr>
      </w:pPr>
      <w:r w:rsidRPr="00F17A1D">
        <w:rPr>
          <w:sz w:val="28"/>
          <w:szCs w:val="28"/>
        </w:rPr>
        <w:t>Optional follow-up</w:t>
      </w:r>
    </w:p>
    <w:p w14:paraId="4DD359D5" w14:textId="77777777" w:rsidR="003A5DB0" w:rsidRPr="00F17A1D" w:rsidRDefault="003A5DB0" w:rsidP="003A5DB0">
      <w:pPr>
        <w:spacing w:after="140" w:line="283" w:lineRule="auto"/>
        <w:rPr>
          <w:sz w:val="22"/>
          <w:szCs w:val="24"/>
        </w:rPr>
      </w:pPr>
      <w:r w:rsidRPr="00F17A1D">
        <w:rPr>
          <w:sz w:val="22"/>
          <w:szCs w:val="24"/>
        </w:rPr>
        <w:t>Briefly revisit the team’s chosen behavior in a future meeting. The leader can also share any useful updates from conversations with peer departments. Keep the follow-up proportionate to the issues raised.</w:t>
      </w:r>
    </w:p>
    <w:p w14:paraId="402A2E73" w14:textId="77777777" w:rsidR="003A5DB0" w:rsidRDefault="003A5DB0" w:rsidP="003A5DB0">
      <w:pPr>
        <w:pStyle w:val="Title"/>
        <w:pageBreakBefore/>
        <w:spacing w:after="220"/>
      </w:pPr>
      <w:r>
        <w:lastRenderedPageBreak/>
        <w:t>The Ripple Effect | Team Worksheet</w:t>
      </w:r>
    </w:p>
    <w:p w14:paraId="2D44C519" w14:textId="77777777" w:rsidR="003A5DB0" w:rsidRDefault="003A5DB0" w:rsidP="003A5DB0">
      <w:pPr>
        <w:spacing w:after="140" w:line="283" w:lineRule="auto"/>
        <w:rPr>
          <w:sz w:val="22"/>
          <w:szCs w:val="28"/>
        </w:rPr>
      </w:pPr>
      <w:r w:rsidRPr="0023426A">
        <w:rPr>
          <w:b/>
          <w:bCs/>
          <w:sz w:val="22"/>
          <w:szCs w:val="28"/>
        </w:rPr>
        <w:t>Participant worksheet  •  Capture ideas to support your group discussion. No names or ratings needed.</w:t>
      </w:r>
    </w:p>
    <w:p w14:paraId="424A2952" w14:textId="77777777" w:rsidR="003A5DB0" w:rsidRDefault="003A5DB0" w:rsidP="003A5DB0">
      <w:pPr>
        <w:pStyle w:val="Heading2"/>
        <w:spacing w:after="60"/>
      </w:pPr>
      <w:r>
        <w:t>What other teams do that unintentionally makes our work harder</w:t>
      </w:r>
    </w:p>
    <w:tbl>
      <w:tblPr>
        <w:tblW w:w="0" w:type="auto"/>
        <w:tblLayout w:type="fixed"/>
        <w:tblLook w:val="04A0" w:firstRow="1" w:lastRow="0" w:firstColumn="1" w:lastColumn="0" w:noHBand="0" w:noVBand="1"/>
      </w:tblPr>
      <w:tblGrid>
        <w:gridCol w:w="9792"/>
      </w:tblGrid>
      <w:tr w:rsidR="003A5DB0" w14:paraId="6616DF0E"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32201571" w14:textId="77777777" w:rsidR="003A5DB0" w:rsidRDefault="003A5DB0" w:rsidP="00060B29">
            <w:pPr>
              <w:spacing w:after="0" w:line="240" w:lineRule="auto"/>
            </w:pPr>
            <w:r>
              <w:t xml:space="preserve"> </w:t>
            </w:r>
          </w:p>
          <w:p w14:paraId="13E3640C" w14:textId="77777777" w:rsidR="003A5DB0" w:rsidRDefault="003A5DB0" w:rsidP="00060B29">
            <w:pPr>
              <w:spacing w:after="0" w:line="240" w:lineRule="auto"/>
            </w:pPr>
          </w:p>
          <w:p w14:paraId="1581EB97" w14:textId="77777777" w:rsidR="003A5DB0" w:rsidRDefault="003A5DB0" w:rsidP="00060B29">
            <w:pPr>
              <w:spacing w:after="0" w:line="240" w:lineRule="auto"/>
            </w:pPr>
          </w:p>
          <w:p w14:paraId="3437C16B" w14:textId="77777777" w:rsidR="003A5DB0" w:rsidRDefault="003A5DB0" w:rsidP="00060B29">
            <w:pPr>
              <w:spacing w:after="0" w:line="240" w:lineRule="auto"/>
            </w:pPr>
          </w:p>
          <w:p w14:paraId="5A03FD3C" w14:textId="77777777" w:rsidR="003A5DB0" w:rsidRDefault="003A5DB0" w:rsidP="00060B29">
            <w:pPr>
              <w:spacing w:after="0" w:line="240" w:lineRule="auto"/>
            </w:pPr>
          </w:p>
        </w:tc>
      </w:tr>
    </w:tbl>
    <w:p w14:paraId="16780A62" w14:textId="77777777" w:rsidR="003A5DB0" w:rsidRDefault="003A5DB0" w:rsidP="003A5DB0">
      <w:pPr>
        <w:pStyle w:val="Heading2"/>
        <w:spacing w:before="140" w:after="60"/>
      </w:pPr>
      <w:r>
        <w:t>How our work may unintentionally make another team’s job harder</w:t>
      </w:r>
    </w:p>
    <w:tbl>
      <w:tblPr>
        <w:tblW w:w="0" w:type="auto"/>
        <w:tblLayout w:type="fixed"/>
        <w:tblLook w:val="04A0" w:firstRow="1" w:lastRow="0" w:firstColumn="1" w:lastColumn="0" w:noHBand="0" w:noVBand="1"/>
      </w:tblPr>
      <w:tblGrid>
        <w:gridCol w:w="9792"/>
      </w:tblGrid>
      <w:tr w:rsidR="003A5DB0" w14:paraId="369C868F"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16331377" w14:textId="77777777" w:rsidR="003A5DB0" w:rsidRDefault="003A5DB0" w:rsidP="00060B29">
            <w:pPr>
              <w:spacing w:after="0" w:line="240" w:lineRule="auto"/>
            </w:pPr>
            <w:r>
              <w:t xml:space="preserve"> </w:t>
            </w:r>
          </w:p>
          <w:p w14:paraId="407E891B" w14:textId="77777777" w:rsidR="003A5DB0" w:rsidRDefault="003A5DB0" w:rsidP="00060B29">
            <w:pPr>
              <w:spacing w:after="0" w:line="240" w:lineRule="auto"/>
            </w:pPr>
          </w:p>
          <w:p w14:paraId="515EB895" w14:textId="77777777" w:rsidR="003A5DB0" w:rsidRDefault="003A5DB0" w:rsidP="00060B29">
            <w:pPr>
              <w:spacing w:after="0" w:line="240" w:lineRule="auto"/>
            </w:pPr>
          </w:p>
          <w:p w14:paraId="39DC1BEC" w14:textId="77777777" w:rsidR="003A5DB0" w:rsidRDefault="003A5DB0" w:rsidP="00060B29">
            <w:pPr>
              <w:spacing w:after="0" w:line="240" w:lineRule="auto"/>
            </w:pPr>
          </w:p>
          <w:p w14:paraId="4C2806DF" w14:textId="77777777" w:rsidR="003A5DB0" w:rsidRDefault="003A5DB0" w:rsidP="00060B29">
            <w:pPr>
              <w:spacing w:after="0" w:line="240" w:lineRule="auto"/>
            </w:pPr>
          </w:p>
        </w:tc>
      </w:tr>
    </w:tbl>
    <w:p w14:paraId="2DE2E4DB" w14:textId="77777777" w:rsidR="003A5DB0" w:rsidRDefault="003A5DB0" w:rsidP="003A5DB0">
      <w:pPr>
        <w:pStyle w:val="Heading2"/>
        <w:spacing w:before="140" w:after="60"/>
      </w:pPr>
      <w:r>
        <w:t>One behavior our team could improve</w:t>
      </w:r>
    </w:p>
    <w:tbl>
      <w:tblPr>
        <w:tblW w:w="0" w:type="auto"/>
        <w:tblLayout w:type="fixed"/>
        <w:tblLook w:val="04A0" w:firstRow="1" w:lastRow="0" w:firstColumn="1" w:lastColumn="0" w:noHBand="0" w:noVBand="1"/>
      </w:tblPr>
      <w:tblGrid>
        <w:gridCol w:w="9792"/>
      </w:tblGrid>
      <w:tr w:rsidR="003A5DB0" w14:paraId="139DD645"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74727548" w14:textId="77777777" w:rsidR="003A5DB0" w:rsidRDefault="003A5DB0" w:rsidP="00060B29">
            <w:pPr>
              <w:spacing w:after="0" w:line="240" w:lineRule="auto"/>
            </w:pPr>
            <w:r>
              <w:t xml:space="preserve"> </w:t>
            </w:r>
          </w:p>
          <w:p w14:paraId="660A2F2F" w14:textId="77777777" w:rsidR="003A5DB0" w:rsidRDefault="003A5DB0" w:rsidP="00060B29">
            <w:pPr>
              <w:spacing w:after="0" w:line="240" w:lineRule="auto"/>
            </w:pPr>
          </w:p>
          <w:p w14:paraId="2FC10ACC" w14:textId="77777777" w:rsidR="003A5DB0" w:rsidRDefault="003A5DB0" w:rsidP="00060B29">
            <w:pPr>
              <w:spacing w:after="0" w:line="240" w:lineRule="auto"/>
            </w:pPr>
          </w:p>
          <w:p w14:paraId="1BC7FD18" w14:textId="77777777" w:rsidR="003A5DB0" w:rsidRDefault="003A5DB0" w:rsidP="00060B29">
            <w:pPr>
              <w:spacing w:after="0" w:line="240" w:lineRule="auto"/>
            </w:pPr>
          </w:p>
          <w:p w14:paraId="6245320C" w14:textId="77777777" w:rsidR="003A5DB0" w:rsidRDefault="003A5DB0" w:rsidP="00060B29">
            <w:pPr>
              <w:spacing w:after="0" w:line="240" w:lineRule="auto"/>
            </w:pPr>
          </w:p>
        </w:tc>
      </w:tr>
    </w:tbl>
    <w:p w14:paraId="2931DBBA" w14:textId="77777777" w:rsidR="003A5DB0" w:rsidRDefault="003A5DB0" w:rsidP="003A5DB0">
      <w:pPr>
        <w:pStyle w:val="Heading2"/>
        <w:spacing w:before="140" w:after="60"/>
      </w:pPr>
      <w:r>
        <w:t>What our leader should understand or explore with other teams</w:t>
      </w:r>
    </w:p>
    <w:tbl>
      <w:tblPr>
        <w:tblW w:w="0" w:type="auto"/>
        <w:tblLayout w:type="fixed"/>
        <w:tblLook w:val="04A0" w:firstRow="1" w:lastRow="0" w:firstColumn="1" w:lastColumn="0" w:noHBand="0" w:noVBand="1"/>
      </w:tblPr>
      <w:tblGrid>
        <w:gridCol w:w="9792"/>
      </w:tblGrid>
      <w:tr w:rsidR="003A5DB0" w14:paraId="30E40591"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78C72D0F" w14:textId="77777777" w:rsidR="003A5DB0" w:rsidRDefault="003A5DB0" w:rsidP="00060B29">
            <w:pPr>
              <w:spacing w:after="0" w:line="240" w:lineRule="auto"/>
            </w:pPr>
            <w:r>
              <w:t xml:space="preserve"> </w:t>
            </w:r>
          </w:p>
          <w:p w14:paraId="0C188506" w14:textId="77777777" w:rsidR="003A5DB0" w:rsidRDefault="003A5DB0" w:rsidP="00060B29">
            <w:pPr>
              <w:spacing w:after="0" w:line="240" w:lineRule="auto"/>
            </w:pPr>
          </w:p>
          <w:p w14:paraId="23B3F24D" w14:textId="77777777" w:rsidR="003A5DB0" w:rsidRDefault="003A5DB0" w:rsidP="00060B29">
            <w:pPr>
              <w:spacing w:after="0" w:line="240" w:lineRule="auto"/>
            </w:pPr>
          </w:p>
          <w:p w14:paraId="49633383" w14:textId="77777777" w:rsidR="003A5DB0" w:rsidRDefault="003A5DB0" w:rsidP="00060B29">
            <w:pPr>
              <w:spacing w:after="0" w:line="240" w:lineRule="auto"/>
            </w:pPr>
          </w:p>
          <w:p w14:paraId="7DBC03A0" w14:textId="77777777" w:rsidR="003A5DB0" w:rsidRDefault="003A5DB0" w:rsidP="00060B29">
            <w:pPr>
              <w:spacing w:after="0" w:line="240" w:lineRule="auto"/>
            </w:pPr>
          </w:p>
        </w:tc>
      </w:tr>
    </w:tbl>
    <w:p w14:paraId="36B649A4" w14:textId="77777777" w:rsidR="003A5DB0" w:rsidRDefault="003A5DB0">
      <w:pPr>
        <w:pStyle w:val="MasterActivity"/>
      </w:pPr>
      <w:r>
        <w:br w:type="page"/>
      </w:r>
    </w:p>
    <w:p w14:paraId="0A33FABD" w14:textId="77777777" w:rsidR="00206CDB" w:rsidRDefault="00206CDB" w:rsidP="00206CDB">
      <w:pPr>
        <w:pStyle w:val="Title"/>
        <w:spacing w:after="220"/>
      </w:pPr>
      <w:r>
        <w:lastRenderedPageBreak/>
        <w:t>The Difference You Make</w:t>
      </w:r>
    </w:p>
    <w:p w14:paraId="0726D631" w14:textId="77777777" w:rsidR="00206CDB" w:rsidRPr="00AA770F" w:rsidRDefault="00206CDB" w:rsidP="00206CDB">
      <w:pPr>
        <w:spacing w:after="140" w:line="283" w:lineRule="auto"/>
        <w:jc w:val="right"/>
        <w:rPr>
          <w:sz w:val="32"/>
          <w:szCs w:val="36"/>
        </w:rPr>
      </w:pPr>
      <w:r w:rsidRPr="00AA770F">
        <w:rPr>
          <w:sz w:val="24"/>
          <w:szCs w:val="32"/>
        </w:rPr>
        <w:t>Recognition &amp; Team Culture</w:t>
      </w:r>
    </w:p>
    <w:p w14:paraId="77F3CBBF" w14:textId="77777777" w:rsidR="00206CDB" w:rsidRDefault="00206CDB" w:rsidP="00206CDB">
      <w:pPr>
        <w:spacing w:after="140" w:line="283" w:lineRule="auto"/>
        <w:jc w:val="right"/>
      </w:pPr>
      <w:r>
        <w:t>ACTIVITY TIME  |  25 minutes     PREPARATION  |  5 minutes</w:t>
      </w:r>
    </w:p>
    <w:p w14:paraId="5EDC5632" w14:textId="77777777" w:rsidR="00206CDB" w:rsidRPr="00CF3D4F" w:rsidRDefault="00206CDB" w:rsidP="00206CDB">
      <w:pPr>
        <w:spacing w:after="140" w:line="283" w:lineRule="auto"/>
        <w:rPr>
          <w:b/>
          <w:bCs/>
          <w:sz w:val="24"/>
          <w:szCs w:val="28"/>
        </w:rPr>
      </w:pPr>
      <w:r w:rsidRPr="00CF3D4F">
        <w:rPr>
          <w:b/>
          <w:bCs/>
          <w:sz w:val="24"/>
          <w:szCs w:val="28"/>
        </w:rPr>
        <w:t>Help teammates see the difference their everyday contributions make</w:t>
      </w:r>
    </w:p>
    <w:p w14:paraId="45E3A716" w14:textId="77777777" w:rsidR="00206CDB" w:rsidRPr="00F17A1D" w:rsidRDefault="00206CDB" w:rsidP="00206CDB">
      <w:pPr>
        <w:pStyle w:val="Heading2"/>
        <w:spacing w:before="240" w:after="100" w:line="240" w:lineRule="auto"/>
        <w:rPr>
          <w:sz w:val="28"/>
          <w:szCs w:val="28"/>
        </w:rPr>
      </w:pPr>
      <w:r w:rsidRPr="00F17A1D">
        <w:rPr>
          <w:sz w:val="28"/>
          <w:szCs w:val="28"/>
        </w:rPr>
        <w:t>Why this activity matters</w:t>
      </w:r>
    </w:p>
    <w:p w14:paraId="498DD88C" w14:textId="77777777" w:rsidR="00206CDB" w:rsidRPr="00F17A1D" w:rsidRDefault="00206CDB" w:rsidP="00206CDB">
      <w:pPr>
        <w:spacing w:after="140" w:line="283" w:lineRule="auto"/>
        <w:rPr>
          <w:sz w:val="22"/>
          <w:szCs w:val="24"/>
        </w:rPr>
      </w:pPr>
      <w:r w:rsidRPr="00F17A1D">
        <w:rPr>
          <w:sz w:val="22"/>
          <w:szCs w:val="24"/>
        </w:rPr>
        <w:t xml:space="preserve">We often appreciate what colleagues do without taking a moment to tell them. A sincere, specific note </w:t>
      </w:r>
      <w:r>
        <w:rPr>
          <w:sz w:val="22"/>
          <w:szCs w:val="24"/>
        </w:rPr>
        <w:t xml:space="preserve">of appreciation </w:t>
      </w:r>
      <w:r w:rsidRPr="00F17A1D">
        <w:rPr>
          <w:sz w:val="22"/>
          <w:szCs w:val="24"/>
        </w:rPr>
        <w:t>can help someone see that an everyday contribution matters and remind the rest of us to speak up more often.</w:t>
      </w:r>
    </w:p>
    <w:p w14:paraId="61B95FBA" w14:textId="77777777" w:rsidR="00206CDB" w:rsidRPr="00F17A1D" w:rsidRDefault="00206CDB" w:rsidP="00206CDB">
      <w:pPr>
        <w:pStyle w:val="Heading2"/>
        <w:spacing w:before="240" w:after="100" w:line="240" w:lineRule="auto"/>
        <w:rPr>
          <w:sz w:val="28"/>
          <w:szCs w:val="28"/>
        </w:rPr>
      </w:pPr>
      <w:r w:rsidRPr="00F17A1D">
        <w:rPr>
          <w:sz w:val="28"/>
          <w:szCs w:val="28"/>
        </w:rPr>
        <w:t>The outcome</w:t>
      </w:r>
    </w:p>
    <w:p w14:paraId="1F9A5FDA" w14:textId="77777777" w:rsidR="00206CDB" w:rsidRPr="00F17A1D" w:rsidRDefault="00206CDB" w:rsidP="00206CDB">
      <w:pPr>
        <w:spacing w:after="140" w:line="283" w:lineRule="auto"/>
        <w:rPr>
          <w:sz w:val="22"/>
          <w:szCs w:val="24"/>
        </w:rPr>
      </w:pPr>
      <w:r w:rsidRPr="003974B5">
        <w:rPr>
          <w:sz w:val="22"/>
          <w:szCs w:val="24"/>
        </w:rPr>
        <w:t xml:space="preserve">Participants identify </w:t>
      </w:r>
      <w:r>
        <w:rPr>
          <w:sz w:val="22"/>
          <w:szCs w:val="24"/>
        </w:rPr>
        <w:t>people</w:t>
      </w:r>
      <w:r w:rsidRPr="003974B5">
        <w:rPr>
          <w:sz w:val="22"/>
          <w:szCs w:val="24"/>
        </w:rPr>
        <w:t xml:space="preserve"> whose contributions they genuinely appreciate, take time to express that appreciation, and reflect on how </w:t>
      </w:r>
      <w:r>
        <w:rPr>
          <w:sz w:val="22"/>
          <w:szCs w:val="24"/>
        </w:rPr>
        <w:t xml:space="preserve">giving recognition makes them feel and how </w:t>
      </w:r>
      <w:r w:rsidRPr="003974B5">
        <w:rPr>
          <w:sz w:val="22"/>
          <w:szCs w:val="24"/>
        </w:rPr>
        <w:t>to make meaningful recognition a more natural part of working together.</w:t>
      </w:r>
    </w:p>
    <w:p w14:paraId="005BFCA6" w14:textId="77777777" w:rsidR="00206CDB" w:rsidRPr="00F17A1D" w:rsidRDefault="00206CDB" w:rsidP="00206CDB">
      <w:pPr>
        <w:pStyle w:val="Heading2"/>
        <w:spacing w:before="240" w:after="100" w:line="240" w:lineRule="auto"/>
        <w:rPr>
          <w:sz w:val="28"/>
          <w:szCs w:val="28"/>
        </w:rPr>
      </w:pPr>
      <w:r w:rsidRPr="00F17A1D">
        <w:rPr>
          <w:sz w:val="28"/>
          <w:szCs w:val="28"/>
        </w:rPr>
        <w:t>Before the meeting | 5 minutes of preparation</w:t>
      </w:r>
    </w:p>
    <w:p w14:paraId="63F82699" w14:textId="77777777" w:rsidR="00206CDB" w:rsidRPr="00F17A1D" w:rsidRDefault="00206CDB" w:rsidP="00206CDB">
      <w:pPr>
        <w:spacing w:after="140" w:line="283" w:lineRule="auto"/>
        <w:rPr>
          <w:sz w:val="22"/>
          <w:szCs w:val="24"/>
        </w:rPr>
      </w:pPr>
      <w:r w:rsidRPr="00F17A1D">
        <w:rPr>
          <w:sz w:val="22"/>
          <w:szCs w:val="24"/>
        </w:rPr>
        <w:t xml:space="preserve">Print one </w:t>
      </w:r>
      <w:r>
        <w:rPr>
          <w:sz w:val="22"/>
          <w:szCs w:val="24"/>
        </w:rPr>
        <w:t>The Difference You Make | Recognition Notes</w:t>
      </w:r>
      <w:r w:rsidRPr="00F17A1D">
        <w:rPr>
          <w:sz w:val="22"/>
          <w:szCs w:val="24"/>
        </w:rPr>
        <w:t xml:space="preserve"> worksheet per participant. </w:t>
      </w:r>
      <w:r w:rsidRPr="003974B5">
        <w:rPr>
          <w:sz w:val="22"/>
          <w:szCs w:val="24"/>
        </w:rPr>
        <w:t xml:space="preserve">No </w:t>
      </w:r>
      <w:proofErr w:type="gramStart"/>
      <w:r w:rsidRPr="003974B5">
        <w:rPr>
          <w:sz w:val="22"/>
          <w:szCs w:val="24"/>
        </w:rPr>
        <w:t>advance</w:t>
      </w:r>
      <w:proofErr w:type="gramEnd"/>
      <w:r w:rsidRPr="003974B5">
        <w:rPr>
          <w:sz w:val="22"/>
          <w:szCs w:val="24"/>
        </w:rPr>
        <w:t xml:space="preserve"> assignments are necessary. Participants </w:t>
      </w:r>
      <w:r>
        <w:rPr>
          <w:sz w:val="22"/>
          <w:szCs w:val="24"/>
        </w:rPr>
        <w:t>will</w:t>
      </w:r>
      <w:r w:rsidRPr="003974B5">
        <w:rPr>
          <w:sz w:val="22"/>
          <w:szCs w:val="24"/>
        </w:rPr>
        <w:t xml:space="preserve"> recognize </w:t>
      </w:r>
      <w:r>
        <w:rPr>
          <w:sz w:val="22"/>
          <w:szCs w:val="24"/>
        </w:rPr>
        <w:t>people</w:t>
      </w:r>
      <w:r w:rsidRPr="003974B5">
        <w:rPr>
          <w:sz w:val="22"/>
          <w:szCs w:val="24"/>
        </w:rPr>
        <w:t xml:space="preserve"> on their team</w:t>
      </w:r>
      <w:r w:rsidR="00E0703F">
        <w:rPr>
          <w:sz w:val="22"/>
          <w:szCs w:val="24"/>
        </w:rPr>
        <w:t>,</w:t>
      </w:r>
      <w:r>
        <w:rPr>
          <w:sz w:val="22"/>
          <w:szCs w:val="24"/>
        </w:rPr>
        <w:t xml:space="preserve"> </w:t>
      </w:r>
      <w:r w:rsidR="00E0703F">
        <w:rPr>
          <w:sz w:val="22"/>
          <w:szCs w:val="24"/>
        </w:rPr>
        <w:t>within</w:t>
      </w:r>
      <w:r w:rsidRPr="003974B5">
        <w:rPr>
          <w:sz w:val="22"/>
          <w:szCs w:val="24"/>
        </w:rPr>
        <w:t xml:space="preserve"> the organization</w:t>
      </w:r>
      <w:r>
        <w:rPr>
          <w:sz w:val="22"/>
          <w:szCs w:val="24"/>
        </w:rPr>
        <w:t>, or an external business partner</w:t>
      </w:r>
      <w:r w:rsidRPr="003974B5">
        <w:rPr>
          <w:sz w:val="22"/>
          <w:szCs w:val="24"/>
        </w:rPr>
        <w:t>.</w:t>
      </w:r>
    </w:p>
    <w:p w14:paraId="41EDA190" w14:textId="77777777" w:rsidR="00206CDB" w:rsidRPr="00F17A1D" w:rsidRDefault="00206CDB" w:rsidP="00206CDB">
      <w:pPr>
        <w:pStyle w:val="Heading2"/>
        <w:spacing w:before="240" w:after="100" w:line="240" w:lineRule="auto"/>
        <w:rPr>
          <w:sz w:val="28"/>
          <w:szCs w:val="28"/>
        </w:rPr>
      </w:pPr>
      <w:r w:rsidRPr="00F17A1D">
        <w:rPr>
          <w:sz w:val="28"/>
          <w:szCs w:val="28"/>
        </w:rPr>
        <w:t>1. Set the stage | 5 minutes</w:t>
      </w:r>
    </w:p>
    <w:p w14:paraId="545BDB57" w14:textId="77777777" w:rsidR="00206CDB" w:rsidRDefault="00206CDB" w:rsidP="00206CDB">
      <w:pPr>
        <w:spacing w:after="140" w:line="283" w:lineRule="auto"/>
        <w:rPr>
          <w:b/>
          <w:bCs/>
          <w:sz w:val="22"/>
          <w:szCs w:val="24"/>
        </w:rPr>
      </w:pPr>
      <w:r w:rsidRPr="00F17A1D">
        <w:rPr>
          <w:sz w:val="22"/>
          <w:szCs w:val="24"/>
        </w:rPr>
        <w:t>Say: “</w:t>
      </w:r>
      <w:r w:rsidRPr="00CF3D4F">
        <w:rPr>
          <w:i/>
          <w:iCs/>
          <w:sz w:val="22"/>
          <w:szCs w:val="24"/>
        </w:rPr>
        <w:t xml:space="preserve">Most of us notice good things our teammates do, but we don’t always say anything. Today we’re going to take a few minutes to </w:t>
      </w:r>
      <w:r>
        <w:rPr>
          <w:i/>
          <w:iCs/>
          <w:sz w:val="22"/>
          <w:szCs w:val="24"/>
        </w:rPr>
        <w:t xml:space="preserve">identify </w:t>
      </w:r>
      <w:r w:rsidRPr="00CF3D4F">
        <w:rPr>
          <w:i/>
          <w:iCs/>
          <w:sz w:val="22"/>
          <w:szCs w:val="24"/>
        </w:rPr>
        <w:t>people specifically</w:t>
      </w:r>
      <w:r>
        <w:rPr>
          <w:i/>
          <w:iCs/>
          <w:sz w:val="22"/>
          <w:szCs w:val="24"/>
        </w:rPr>
        <w:t xml:space="preserve"> for</w:t>
      </w:r>
      <w:r w:rsidRPr="00CF3D4F">
        <w:rPr>
          <w:i/>
          <w:iCs/>
          <w:sz w:val="22"/>
          <w:szCs w:val="24"/>
        </w:rPr>
        <w:t xml:space="preserve"> how they</w:t>
      </w:r>
      <w:r>
        <w:rPr>
          <w:i/>
          <w:iCs/>
          <w:sz w:val="22"/>
          <w:szCs w:val="24"/>
        </w:rPr>
        <w:t xml:space="preserve"> make a positive</w:t>
      </w:r>
      <w:r w:rsidRPr="00CF3D4F">
        <w:rPr>
          <w:i/>
          <w:iCs/>
          <w:sz w:val="22"/>
          <w:szCs w:val="24"/>
        </w:rPr>
        <w:t xml:space="preserve"> </w:t>
      </w:r>
      <w:proofErr w:type="gramStart"/>
      <w:r w:rsidRPr="00CF3D4F">
        <w:rPr>
          <w:i/>
          <w:iCs/>
          <w:sz w:val="22"/>
          <w:szCs w:val="24"/>
        </w:rPr>
        <w:t>difference.</w:t>
      </w:r>
      <w:r w:rsidRPr="00F17A1D">
        <w:rPr>
          <w:sz w:val="22"/>
          <w:szCs w:val="24"/>
        </w:rPr>
        <w:t>”</w:t>
      </w:r>
      <w:proofErr w:type="gramEnd"/>
      <w:r>
        <w:rPr>
          <w:sz w:val="22"/>
          <w:szCs w:val="24"/>
        </w:rPr>
        <w:t xml:space="preserve"> Ask attendees to pair up. </w:t>
      </w:r>
      <w:r w:rsidRPr="00A717D8">
        <w:rPr>
          <w:sz w:val="22"/>
          <w:szCs w:val="24"/>
        </w:rPr>
        <w:t xml:space="preserve">Explain that </w:t>
      </w:r>
      <w:r>
        <w:rPr>
          <w:sz w:val="22"/>
          <w:szCs w:val="24"/>
        </w:rPr>
        <w:t>they can work together to identify recognition opportunities. R</w:t>
      </w:r>
      <w:r w:rsidRPr="00A717D8">
        <w:rPr>
          <w:sz w:val="22"/>
          <w:szCs w:val="24"/>
        </w:rPr>
        <w:t xml:space="preserve">ecognition should be based on something genuine, not a compliment for the sake of </w:t>
      </w:r>
      <w:r>
        <w:rPr>
          <w:sz w:val="22"/>
          <w:szCs w:val="24"/>
        </w:rPr>
        <w:t>this exercise</w:t>
      </w:r>
      <w:r w:rsidRPr="00A717D8">
        <w:rPr>
          <w:sz w:val="22"/>
          <w:szCs w:val="24"/>
        </w:rPr>
        <w:t>.</w:t>
      </w:r>
    </w:p>
    <w:p w14:paraId="62FA8420" w14:textId="77777777" w:rsidR="00206CDB" w:rsidRPr="00F17A1D" w:rsidRDefault="00206CDB" w:rsidP="00206CDB">
      <w:pPr>
        <w:pStyle w:val="Heading2"/>
        <w:spacing w:before="240" w:after="100" w:line="240" w:lineRule="auto"/>
        <w:rPr>
          <w:sz w:val="28"/>
          <w:szCs w:val="28"/>
        </w:rPr>
      </w:pPr>
      <w:r w:rsidRPr="00F17A1D">
        <w:rPr>
          <w:sz w:val="28"/>
          <w:szCs w:val="28"/>
        </w:rPr>
        <w:t>2. Write what you noticed | 10 minutes</w:t>
      </w:r>
    </w:p>
    <w:p w14:paraId="3FABB291" w14:textId="77777777" w:rsidR="00206CDB" w:rsidRPr="00F17A1D" w:rsidRDefault="00206CDB" w:rsidP="00206CDB">
      <w:pPr>
        <w:spacing w:after="140" w:line="283" w:lineRule="auto"/>
        <w:rPr>
          <w:sz w:val="22"/>
          <w:szCs w:val="24"/>
        </w:rPr>
      </w:pPr>
      <w:r w:rsidRPr="0005696C">
        <w:rPr>
          <w:sz w:val="22"/>
          <w:szCs w:val="24"/>
        </w:rPr>
        <w:t xml:space="preserve">Invite each pair to think of </w:t>
      </w:r>
      <w:r>
        <w:rPr>
          <w:sz w:val="22"/>
          <w:szCs w:val="24"/>
        </w:rPr>
        <w:t xml:space="preserve">two people </w:t>
      </w:r>
      <w:r w:rsidRPr="0005696C">
        <w:rPr>
          <w:sz w:val="22"/>
          <w:szCs w:val="24"/>
        </w:rPr>
        <w:t xml:space="preserve">in the room whose actions </w:t>
      </w:r>
      <w:r>
        <w:rPr>
          <w:sz w:val="22"/>
          <w:szCs w:val="24"/>
        </w:rPr>
        <w:t>make</w:t>
      </w:r>
      <w:r w:rsidRPr="0005696C">
        <w:rPr>
          <w:sz w:val="22"/>
          <w:szCs w:val="24"/>
        </w:rPr>
        <w:t xml:space="preserve"> a positive difference</w:t>
      </w:r>
      <w:r>
        <w:rPr>
          <w:sz w:val="22"/>
          <w:szCs w:val="24"/>
        </w:rPr>
        <w:t>. W</w:t>
      </w:r>
      <w:r w:rsidRPr="0005696C">
        <w:rPr>
          <w:sz w:val="22"/>
          <w:szCs w:val="24"/>
        </w:rPr>
        <w:t xml:space="preserve">rite </w:t>
      </w:r>
      <w:r>
        <w:rPr>
          <w:sz w:val="22"/>
          <w:szCs w:val="24"/>
        </w:rPr>
        <w:t>them</w:t>
      </w:r>
      <w:r w:rsidRPr="0005696C">
        <w:rPr>
          <w:sz w:val="22"/>
          <w:szCs w:val="24"/>
        </w:rPr>
        <w:t xml:space="preserve"> down in the first </w:t>
      </w:r>
      <w:r>
        <w:rPr>
          <w:sz w:val="22"/>
          <w:szCs w:val="24"/>
        </w:rPr>
        <w:t xml:space="preserve">two </w:t>
      </w:r>
      <w:r w:rsidRPr="0005696C">
        <w:rPr>
          <w:sz w:val="22"/>
          <w:szCs w:val="24"/>
        </w:rPr>
        <w:t>note</w:t>
      </w:r>
      <w:r>
        <w:rPr>
          <w:sz w:val="22"/>
          <w:szCs w:val="24"/>
        </w:rPr>
        <w:t>s</w:t>
      </w:r>
      <w:r w:rsidRPr="0005696C">
        <w:rPr>
          <w:sz w:val="22"/>
          <w:szCs w:val="24"/>
        </w:rPr>
        <w:t xml:space="preserve">. Use the </w:t>
      </w:r>
      <w:r>
        <w:rPr>
          <w:sz w:val="22"/>
          <w:szCs w:val="24"/>
        </w:rPr>
        <w:t>third</w:t>
      </w:r>
      <w:r w:rsidRPr="0005696C">
        <w:rPr>
          <w:sz w:val="22"/>
          <w:szCs w:val="24"/>
        </w:rPr>
        <w:t xml:space="preserve"> note to identify someone outside the group. It </w:t>
      </w:r>
      <w:r>
        <w:rPr>
          <w:sz w:val="22"/>
          <w:szCs w:val="24"/>
        </w:rPr>
        <w:t>can</w:t>
      </w:r>
      <w:r w:rsidRPr="0005696C">
        <w:rPr>
          <w:sz w:val="22"/>
          <w:szCs w:val="24"/>
        </w:rPr>
        <w:t xml:space="preserve"> be someone from another department, or a</w:t>
      </w:r>
      <w:r w:rsidR="004A49AE">
        <w:rPr>
          <w:sz w:val="22"/>
          <w:szCs w:val="24"/>
        </w:rPr>
        <w:t>n</w:t>
      </w:r>
      <w:r w:rsidRPr="0005696C">
        <w:rPr>
          <w:sz w:val="22"/>
          <w:szCs w:val="24"/>
        </w:rPr>
        <w:t xml:space="preserve"> external business partner whose contributions often go unnoticed. </w:t>
      </w:r>
      <w:r w:rsidRPr="00A717D8">
        <w:rPr>
          <w:sz w:val="22"/>
          <w:szCs w:val="24"/>
        </w:rPr>
        <w:t>Describe something the person did</w:t>
      </w:r>
      <w:r>
        <w:rPr>
          <w:sz w:val="22"/>
          <w:szCs w:val="24"/>
        </w:rPr>
        <w:t xml:space="preserve"> recently, or perhaps they do it on a regular basis,</w:t>
      </w:r>
      <w:r w:rsidRPr="00A717D8">
        <w:rPr>
          <w:sz w:val="22"/>
          <w:szCs w:val="24"/>
        </w:rPr>
        <w:t xml:space="preserve"> and explain why it matter</w:t>
      </w:r>
      <w:r>
        <w:rPr>
          <w:sz w:val="22"/>
          <w:szCs w:val="24"/>
        </w:rPr>
        <w:t>s</w:t>
      </w:r>
      <w:r w:rsidRPr="00A717D8">
        <w:rPr>
          <w:sz w:val="22"/>
          <w:szCs w:val="24"/>
        </w:rPr>
        <w:t xml:space="preserve">. </w:t>
      </w:r>
      <w:r w:rsidRPr="00B00319">
        <w:rPr>
          <w:sz w:val="22"/>
          <w:szCs w:val="24"/>
        </w:rPr>
        <w:t xml:space="preserve">If </w:t>
      </w:r>
      <w:r>
        <w:rPr>
          <w:sz w:val="22"/>
          <w:szCs w:val="24"/>
        </w:rPr>
        <w:t>two genuine</w:t>
      </w:r>
      <w:r w:rsidRPr="00B00319">
        <w:rPr>
          <w:sz w:val="22"/>
          <w:szCs w:val="24"/>
        </w:rPr>
        <w:t xml:space="preserve"> example</w:t>
      </w:r>
      <w:r>
        <w:rPr>
          <w:sz w:val="22"/>
          <w:szCs w:val="24"/>
        </w:rPr>
        <w:t>s</w:t>
      </w:r>
      <w:r w:rsidRPr="00B00319">
        <w:rPr>
          <w:sz w:val="22"/>
          <w:szCs w:val="24"/>
        </w:rPr>
        <w:t xml:space="preserve"> don’t come to mind, </w:t>
      </w:r>
      <w:r>
        <w:rPr>
          <w:sz w:val="22"/>
          <w:szCs w:val="24"/>
        </w:rPr>
        <w:t xml:space="preserve">strive for at least one. </w:t>
      </w:r>
    </w:p>
    <w:p w14:paraId="38EE3094" w14:textId="77777777" w:rsidR="00206CDB" w:rsidRPr="00CF3D4F" w:rsidRDefault="00206CDB" w:rsidP="00206CDB">
      <w:pPr>
        <w:spacing w:after="140" w:line="283" w:lineRule="auto"/>
        <w:rPr>
          <w:sz w:val="22"/>
          <w:szCs w:val="24"/>
        </w:rPr>
      </w:pPr>
      <w:r w:rsidRPr="003658C8">
        <w:rPr>
          <w:b/>
          <w:bCs/>
          <w:sz w:val="22"/>
          <w:szCs w:val="24"/>
        </w:rPr>
        <w:t xml:space="preserve">Leader cue: </w:t>
      </w:r>
      <w:r w:rsidRPr="00CF3D4F">
        <w:rPr>
          <w:sz w:val="22"/>
          <w:szCs w:val="24"/>
        </w:rPr>
        <w:t xml:space="preserve">If someone needs an idea, suggest thinking about a time the colleague helped, followed through, shared information, or made someone’s work easier. </w:t>
      </w:r>
      <w:r>
        <w:rPr>
          <w:sz w:val="22"/>
          <w:szCs w:val="24"/>
        </w:rPr>
        <w:t>Praise should always be authentic</w:t>
      </w:r>
      <w:r w:rsidRPr="00CF3D4F">
        <w:rPr>
          <w:sz w:val="22"/>
          <w:szCs w:val="24"/>
        </w:rPr>
        <w:t>.</w:t>
      </w:r>
    </w:p>
    <w:p w14:paraId="24CA77AE" w14:textId="77777777" w:rsidR="00206CDB" w:rsidRPr="00F17A1D" w:rsidRDefault="00206CDB" w:rsidP="00206CDB">
      <w:pPr>
        <w:pStyle w:val="Heading2"/>
        <w:spacing w:before="240" w:after="100" w:line="240" w:lineRule="auto"/>
        <w:rPr>
          <w:sz w:val="28"/>
          <w:szCs w:val="28"/>
        </w:rPr>
      </w:pPr>
      <w:r w:rsidRPr="00F17A1D">
        <w:rPr>
          <w:sz w:val="28"/>
          <w:szCs w:val="28"/>
        </w:rPr>
        <w:t>3. Deliver the appreciation | 5 minutes</w:t>
      </w:r>
    </w:p>
    <w:p w14:paraId="065E26DB" w14:textId="77777777" w:rsidR="00206CDB" w:rsidRDefault="00206CDB" w:rsidP="00206CDB">
      <w:pPr>
        <w:spacing w:after="140" w:line="283" w:lineRule="auto"/>
        <w:rPr>
          <w:sz w:val="22"/>
          <w:szCs w:val="24"/>
        </w:rPr>
      </w:pPr>
      <w:r>
        <w:rPr>
          <w:sz w:val="22"/>
          <w:szCs w:val="24"/>
        </w:rPr>
        <w:t xml:space="preserve">Ask pairs to volunteer to share recognition of team members who are in </w:t>
      </w:r>
      <w:r w:rsidR="00DF2A82">
        <w:rPr>
          <w:sz w:val="22"/>
          <w:szCs w:val="24"/>
        </w:rPr>
        <w:t xml:space="preserve">the </w:t>
      </w:r>
      <w:r>
        <w:rPr>
          <w:sz w:val="22"/>
          <w:szCs w:val="24"/>
        </w:rPr>
        <w:t xml:space="preserve">room from the first two notes. Don’t force people to share. </w:t>
      </w:r>
      <w:r w:rsidRPr="00570324">
        <w:rPr>
          <w:sz w:val="22"/>
          <w:szCs w:val="24"/>
        </w:rPr>
        <w:t>Allow time for genuine recognition without pressuring anyone to participate</w:t>
      </w:r>
      <w:r>
        <w:rPr>
          <w:sz w:val="22"/>
          <w:szCs w:val="24"/>
        </w:rPr>
        <w:t xml:space="preserve">. </w:t>
      </w:r>
    </w:p>
    <w:p w14:paraId="65054E76" w14:textId="77777777" w:rsidR="00206CDB" w:rsidRDefault="00206CDB" w:rsidP="00206CDB">
      <w:pPr>
        <w:spacing w:after="140" w:line="283" w:lineRule="auto"/>
        <w:rPr>
          <w:sz w:val="22"/>
          <w:szCs w:val="24"/>
        </w:rPr>
      </w:pPr>
      <w:r>
        <w:rPr>
          <w:sz w:val="22"/>
          <w:szCs w:val="24"/>
        </w:rPr>
        <w:lastRenderedPageBreak/>
        <w:t>Next, ask for examples of recognition opportunities for people not in the room, people from other departments or business partners. Encourage team members to deliver those compliments to those individuals.</w:t>
      </w:r>
    </w:p>
    <w:p w14:paraId="179FF9D5" w14:textId="77777777" w:rsidR="00206CDB" w:rsidRPr="00F17A1D" w:rsidRDefault="00206CDB" w:rsidP="00206CDB">
      <w:pPr>
        <w:pStyle w:val="Heading2"/>
        <w:spacing w:before="240" w:after="100" w:line="240" w:lineRule="auto"/>
        <w:rPr>
          <w:sz w:val="28"/>
          <w:szCs w:val="28"/>
        </w:rPr>
      </w:pPr>
      <w:r w:rsidRPr="00F17A1D">
        <w:rPr>
          <w:sz w:val="28"/>
          <w:szCs w:val="28"/>
        </w:rPr>
        <w:t>4. Make it a habit | 5 minutes</w:t>
      </w:r>
    </w:p>
    <w:p w14:paraId="6F40289B" w14:textId="77777777" w:rsidR="00206CDB" w:rsidRPr="00F17A1D" w:rsidRDefault="00206CDB" w:rsidP="00206CDB">
      <w:pPr>
        <w:spacing w:after="140" w:line="283" w:lineRule="auto"/>
        <w:rPr>
          <w:sz w:val="22"/>
          <w:szCs w:val="24"/>
        </w:rPr>
      </w:pPr>
      <w:r>
        <w:rPr>
          <w:sz w:val="22"/>
          <w:szCs w:val="24"/>
        </w:rPr>
        <w:t>Once recognition is completed, a</w:t>
      </w:r>
      <w:r w:rsidRPr="00F17A1D">
        <w:rPr>
          <w:sz w:val="22"/>
          <w:szCs w:val="24"/>
        </w:rPr>
        <w:t>sk</w:t>
      </w:r>
      <w:r>
        <w:rPr>
          <w:sz w:val="22"/>
          <w:szCs w:val="24"/>
        </w:rPr>
        <w:t xml:space="preserve"> recipients of the praise</w:t>
      </w:r>
      <w:r w:rsidRPr="00F17A1D">
        <w:rPr>
          <w:sz w:val="22"/>
          <w:szCs w:val="24"/>
        </w:rPr>
        <w:t xml:space="preserve">: </w:t>
      </w:r>
      <w:r w:rsidR="00BD0EA1">
        <w:rPr>
          <w:sz w:val="22"/>
          <w:szCs w:val="24"/>
        </w:rPr>
        <w:t>“</w:t>
      </w:r>
      <w:r w:rsidRPr="00370428">
        <w:rPr>
          <w:i/>
          <w:iCs/>
          <w:sz w:val="22"/>
          <w:szCs w:val="24"/>
        </w:rPr>
        <w:t>What was it like to hear that something you did mattered?</w:t>
      </w:r>
      <w:r w:rsidRPr="00370428">
        <w:rPr>
          <w:sz w:val="22"/>
          <w:szCs w:val="24"/>
        </w:rPr>
        <w:t>“</w:t>
      </w:r>
      <w:r w:rsidRPr="00F17A1D">
        <w:rPr>
          <w:sz w:val="22"/>
          <w:szCs w:val="24"/>
        </w:rPr>
        <w:t xml:space="preserve"> </w:t>
      </w:r>
      <w:r>
        <w:rPr>
          <w:sz w:val="22"/>
          <w:szCs w:val="24"/>
        </w:rPr>
        <w:t>Writing the responses on a whiteboard is optional. Then ask the individuals who gave praise, “</w:t>
      </w:r>
      <w:r w:rsidRPr="00875F23">
        <w:rPr>
          <w:i/>
          <w:iCs/>
          <w:sz w:val="22"/>
          <w:szCs w:val="24"/>
        </w:rPr>
        <w:t>How did giving that recognition make you feel?</w:t>
      </w:r>
      <w:r>
        <w:rPr>
          <w:sz w:val="22"/>
          <w:szCs w:val="24"/>
        </w:rPr>
        <w:t>” The point being, “</w:t>
      </w:r>
      <w:r w:rsidRPr="00CE7184">
        <w:rPr>
          <w:i/>
          <w:iCs/>
          <w:sz w:val="22"/>
          <w:szCs w:val="24"/>
        </w:rPr>
        <w:t>If appreciation feels good to give and receive, why don’t we express it more often?</w:t>
      </w:r>
      <w:r>
        <w:rPr>
          <w:sz w:val="22"/>
          <w:szCs w:val="24"/>
        </w:rPr>
        <w:t>”</w:t>
      </w:r>
      <w:r w:rsidRPr="00F17A1D">
        <w:rPr>
          <w:sz w:val="22"/>
          <w:szCs w:val="24"/>
        </w:rPr>
        <w:t xml:space="preserve"> Invite brief reflections, then ask how the team might express genuine appreciation more often without making it feel forced.</w:t>
      </w:r>
    </w:p>
    <w:p w14:paraId="0B62C669" w14:textId="77777777" w:rsidR="00206CDB" w:rsidRPr="00CF3D4F" w:rsidRDefault="00206CDB" w:rsidP="00206CDB">
      <w:pPr>
        <w:spacing w:after="140" w:line="283" w:lineRule="auto"/>
        <w:rPr>
          <w:sz w:val="22"/>
          <w:szCs w:val="24"/>
        </w:rPr>
      </w:pPr>
      <w:r w:rsidRPr="00CF3D4F">
        <w:rPr>
          <w:sz w:val="22"/>
          <w:szCs w:val="24"/>
        </w:rPr>
        <w:t>Close by saying: “</w:t>
      </w:r>
      <w:r w:rsidRPr="00CF3D4F">
        <w:rPr>
          <w:i/>
          <w:iCs/>
          <w:sz w:val="22"/>
          <w:szCs w:val="24"/>
        </w:rPr>
        <w:t xml:space="preserve">We often appreciate people more than we tell them. When someone makes a difference, let them know. Be genuine, be specific, and tell them why </w:t>
      </w:r>
      <w:r>
        <w:rPr>
          <w:i/>
          <w:iCs/>
          <w:sz w:val="22"/>
          <w:szCs w:val="24"/>
        </w:rPr>
        <w:t>what they do</w:t>
      </w:r>
      <w:r w:rsidRPr="00CF3D4F">
        <w:rPr>
          <w:i/>
          <w:iCs/>
          <w:sz w:val="22"/>
          <w:szCs w:val="24"/>
        </w:rPr>
        <w:t xml:space="preserve"> </w:t>
      </w:r>
      <w:proofErr w:type="gramStart"/>
      <w:r w:rsidRPr="00CF3D4F">
        <w:rPr>
          <w:i/>
          <w:iCs/>
          <w:sz w:val="22"/>
          <w:szCs w:val="24"/>
        </w:rPr>
        <w:t>matter</w:t>
      </w:r>
      <w:r>
        <w:rPr>
          <w:i/>
          <w:iCs/>
          <w:sz w:val="22"/>
          <w:szCs w:val="24"/>
        </w:rPr>
        <w:t>s</w:t>
      </w:r>
      <w:r w:rsidRPr="00CF3D4F">
        <w:rPr>
          <w:i/>
          <w:iCs/>
          <w:sz w:val="22"/>
          <w:szCs w:val="24"/>
        </w:rPr>
        <w:t>.</w:t>
      </w:r>
      <w:r w:rsidRPr="00CF3D4F">
        <w:rPr>
          <w:sz w:val="22"/>
          <w:szCs w:val="24"/>
        </w:rPr>
        <w:t>”</w:t>
      </w:r>
      <w:proofErr w:type="gramEnd"/>
    </w:p>
    <w:p w14:paraId="6762669C" w14:textId="77777777" w:rsidR="00206CDB" w:rsidRDefault="00206CDB" w:rsidP="00206CDB">
      <w:pPr>
        <w:pStyle w:val="Title"/>
        <w:spacing w:before="240" w:after="220"/>
      </w:pPr>
      <w:r>
        <w:t>Facilitator Notes</w:t>
      </w:r>
    </w:p>
    <w:p w14:paraId="45075EEA" w14:textId="77777777" w:rsidR="00206CDB" w:rsidRPr="00F17A1D" w:rsidRDefault="00206CDB" w:rsidP="00206CDB">
      <w:pPr>
        <w:pStyle w:val="Heading2"/>
        <w:spacing w:before="240" w:after="100" w:line="240" w:lineRule="auto"/>
        <w:rPr>
          <w:sz w:val="28"/>
          <w:szCs w:val="28"/>
        </w:rPr>
      </w:pPr>
      <w:r w:rsidRPr="00F17A1D">
        <w:rPr>
          <w:sz w:val="28"/>
          <w:szCs w:val="28"/>
        </w:rPr>
        <w:t>Leader’s insight</w:t>
      </w:r>
    </w:p>
    <w:p w14:paraId="46D11498" w14:textId="77777777" w:rsidR="00206CDB" w:rsidRPr="00F17A1D" w:rsidRDefault="00206CDB" w:rsidP="00206CDB">
      <w:pPr>
        <w:spacing w:after="140" w:line="283" w:lineRule="auto"/>
        <w:rPr>
          <w:sz w:val="22"/>
          <w:szCs w:val="24"/>
        </w:rPr>
      </w:pPr>
      <w:r w:rsidRPr="00F17A1D">
        <w:rPr>
          <w:sz w:val="22"/>
          <w:szCs w:val="24"/>
        </w:rPr>
        <w:t>Specific recognition shows people how their contributions matter. Reflecting on giving and receiving appreciation encourages teammates to express it more often, without making it an obligation.</w:t>
      </w:r>
    </w:p>
    <w:p w14:paraId="5E0FE009" w14:textId="77777777" w:rsidR="00206CDB" w:rsidRPr="00F17A1D" w:rsidRDefault="00206CDB" w:rsidP="00206CDB">
      <w:pPr>
        <w:pStyle w:val="Heading2"/>
        <w:spacing w:before="240" w:after="100" w:line="240" w:lineRule="auto"/>
        <w:rPr>
          <w:sz w:val="28"/>
          <w:szCs w:val="28"/>
        </w:rPr>
      </w:pPr>
      <w:r w:rsidRPr="00F17A1D">
        <w:rPr>
          <w:sz w:val="28"/>
          <w:szCs w:val="28"/>
        </w:rPr>
        <w:t>What to watch for</w:t>
      </w:r>
    </w:p>
    <w:p w14:paraId="2212AACA" w14:textId="77777777" w:rsidR="00206CDB" w:rsidRPr="00F17A1D" w:rsidRDefault="00206CDB" w:rsidP="00206CDB">
      <w:pPr>
        <w:spacing w:after="140" w:line="283" w:lineRule="auto"/>
        <w:rPr>
          <w:sz w:val="22"/>
          <w:szCs w:val="24"/>
        </w:rPr>
      </w:pPr>
      <w:r w:rsidRPr="00F17A1D">
        <w:rPr>
          <w:sz w:val="22"/>
          <w:szCs w:val="24"/>
        </w:rPr>
        <w:t xml:space="preserve">Keep sharing voluntary and recognition </w:t>
      </w:r>
      <w:proofErr w:type="gramStart"/>
      <w:r w:rsidRPr="00F17A1D">
        <w:rPr>
          <w:sz w:val="22"/>
          <w:szCs w:val="24"/>
        </w:rPr>
        <w:t>sincere</w:t>
      </w:r>
      <w:proofErr w:type="gramEnd"/>
      <w:r w:rsidRPr="00F17A1D">
        <w:rPr>
          <w:sz w:val="22"/>
          <w:szCs w:val="24"/>
        </w:rPr>
        <w:t>. Do</w:t>
      </w:r>
      <w:r w:rsidR="00294F0D">
        <w:rPr>
          <w:sz w:val="22"/>
          <w:szCs w:val="24"/>
        </w:rPr>
        <w:t>n’t</w:t>
      </w:r>
      <w:r w:rsidRPr="00F17A1D">
        <w:rPr>
          <w:sz w:val="22"/>
          <w:szCs w:val="24"/>
        </w:rPr>
        <w:t xml:space="preserve"> pressure pairs to invent compliments, compare praise, or require public reactions. Send recognition to people outside the room afterward.</w:t>
      </w:r>
    </w:p>
    <w:p w14:paraId="412EC1FA" w14:textId="77777777" w:rsidR="00206CDB" w:rsidRPr="00F17A1D" w:rsidRDefault="00206CDB" w:rsidP="00206CDB">
      <w:pPr>
        <w:pStyle w:val="Heading2"/>
        <w:spacing w:before="240" w:after="100" w:line="240" w:lineRule="auto"/>
        <w:rPr>
          <w:sz w:val="28"/>
          <w:szCs w:val="28"/>
        </w:rPr>
      </w:pPr>
      <w:r w:rsidRPr="00F17A1D">
        <w:rPr>
          <w:sz w:val="28"/>
          <w:szCs w:val="28"/>
        </w:rPr>
        <w:t>If the group needs a prompt</w:t>
      </w:r>
    </w:p>
    <w:p w14:paraId="39D46F4F" w14:textId="77777777" w:rsidR="00206CDB" w:rsidRPr="00F17A1D" w:rsidRDefault="00206CDB" w:rsidP="00206CDB">
      <w:pPr>
        <w:spacing w:after="140" w:line="283" w:lineRule="auto"/>
        <w:rPr>
          <w:sz w:val="22"/>
          <w:szCs w:val="24"/>
        </w:rPr>
      </w:pPr>
      <w:r w:rsidRPr="00F17A1D">
        <w:rPr>
          <w:sz w:val="22"/>
          <w:szCs w:val="24"/>
        </w:rPr>
        <w:t>Try “</w:t>
      </w:r>
      <w:r w:rsidRPr="00BC44BC">
        <w:rPr>
          <w:i/>
          <w:iCs/>
          <w:sz w:val="22"/>
          <w:szCs w:val="24"/>
        </w:rPr>
        <w:t>It helped when you…</w:t>
      </w:r>
      <w:r w:rsidRPr="00F17A1D">
        <w:rPr>
          <w:sz w:val="22"/>
          <w:szCs w:val="24"/>
        </w:rPr>
        <w:t>” or “</w:t>
      </w:r>
      <w:r w:rsidRPr="00BC44BC">
        <w:rPr>
          <w:i/>
          <w:iCs/>
          <w:sz w:val="22"/>
          <w:szCs w:val="24"/>
        </w:rPr>
        <w:t>I appreciate how you…</w:t>
      </w:r>
      <w:r w:rsidRPr="00F17A1D">
        <w:rPr>
          <w:sz w:val="22"/>
          <w:szCs w:val="24"/>
        </w:rPr>
        <w:t>” Ask for an actual contribution and why it mattered. If a pair lacks a genuine example, let them choose someone else.</w:t>
      </w:r>
    </w:p>
    <w:p w14:paraId="25BEFB39" w14:textId="77777777" w:rsidR="00206CDB" w:rsidRPr="00F17A1D" w:rsidRDefault="00206CDB" w:rsidP="00206CDB">
      <w:pPr>
        <w:pStyle w:val="Heading2"/>
        <w:spacing w:before="240" w:after="100" w:line="240" w:lineRule="auto"/>
        <w:rPr>
          <w:sz w:val="28"/>
          <w:szCs w:val="28"/>
        </w:rPr>
      </w:pPr>
      <w:r w:rsidRPr="00F17A1D">
        <w:rPr>
          <w:sz w:val="28"/>
          <w:szCs w:val="28"/>
        </w:rPr>
        <w:t>Virtual adaptation</w:t>
      </w:r>
    </w:p>
    <w:p w14:paraId="2AB88529" w14:textId="77777777" w:rsidR="00206CDB" w:rsidRPr="00F17A1D" w:rsidRDefault="00206CDB" w:rsidP="00206CDB">
      <w:pPr>
        <w:spacing w:after="140" w:line="283" w:lineRule="auto"/>
        <w:rPr>
          <w:sz w:val="22"/>
          <w:szCs w:val="24"/>
        </w:rPr>
      </w:pPr>
      <w:r w:rsidRPr="00F17A1D">
        <w:rPr>
          <w:sz w:val="22"/>
          <w:szCs w:val="24"/>
        </w:rPr>
        <w:t>Use breakout pairs to write recognition for colleagues, including someone outside the meeting. Invite voluntary sharing or private messages, then reflect briefly together.</w:t>
      </w:r>
    </w:p>
    <w:p w14:paraId="03D94C5E" w14:textId="77777777" w:rsidR="00206CDB" w:rsidRPr="00F17A1D" w:rsidRDefault="00206CDB" w:rsidP="00206CDB">
      <w:pPr>
        <w:pStyle w:val="Heading2"/>
        <w:spacing w:before="240" w:after="100" w:line="240" w:lineRule="auto"/>
        <w:rPr>
          <w:sz w:val="28"/>
          <w:szCs w:val="28"/>
        </w:rPr>
      </w:pPr>
      <w:r w:rsidRPr="00F17A1D">
        <w:rPr>
          <w:sz w:val="28"/>
          <w:szCs w:val="28"/>
        </w:rPr>
        <w:t>Optional follow-up</w:t>
      </w:r>
    </w:p>
    <w:p w14:paraId="425356CA" w14:textId="77777777" w:rsidR="00206CDB" w:rsidRPr="00F17A1D" w:rsidRDefault="00206CDB" w:rsidP="00206CDB">
      <w:pPr>
        <w:spacing w:after="140" w:line="283" w:lineRule="auto"/>
        <w:rPr>
          <w:sz w:val="22"/>
          <w:szCs w:val="24"/>
        </w:rPr>
      </w:pPr>
      <w:r w:rsidRPr="00F17A1D">
        <w:rPr>
          <w:sz w:val="22"/>
          <w:szCs w:val="24"/>
        </w:rPr>
        <w:t>Encourage genuine appreciation for colleagues and external partners whenever it is deserved. Keep it specific, voluntary, and untracked; recognition loses meaning when it becomes a quota.</w:t>
      </w:r>
    </w:p>
    <w:p w14:paraId="12355668" w14:textId="77777777" w:rsidR="00206CDB" w:rsidRDefault="00206CDB" w:rsidP="00206CDB">
      <w:pPr>
        <w:pStyle w:val="Title"/>
        <w:pageBreakBefore/>
        <w:spacing w:after="220"/>
      </w:pPr>
      <w:r>
        <w:lastRenderedPageBreak/>
        <w:t>The Difference You Make | Recognition Notes</w:t>
      </w:r>
    </w:p>
    <w:p w14:paraId="23409126" w14:textId="77777777" w:rsidR="00206CDB" w:rsidRPr="00CF3D4F" w:rsidRDefault="00206CDB" w:rsidP="00206CDB">
      <w:pPr>
        <w:spacing w:after="140" w:line="283" w:lineRule="auto"/>
        <w:rPr>
          <w:sz w:val="22"/>
          <w:szCs w:val="28"/>
        </w:rPr>
      </w:pPr>
      <w:r w:rsidRPr="00CF3D4F">
        <w:rPr>
          <w:sz w:val="22"/>
          <w:szCs w:val="28"/>
        </w:rPr>
        <w:t xml:space="preserve">Participant worksheet  •  </w:t>
      </w:r>
      <w:r w:rsidRPr="00337867">
        <w:rPr>
          <w:sz w:val="22"/>
          <w:szCs w:val="28"/>
        </w:rPr>
        <w:t>Write sincere, specific recognition for two colleagues in the room and someone outside the group. Keep your notes and share your appreciation with those individuals during or after the activity.</w:t>
      </w:r>
    </w:p>
    <w:p w14:paraId="7F0D2F93" w14:textId="77777777" w:rsidR="00206CDB" w:rsidRDefault="00206CDB" w:rsidP="00206CDB">
      <w:pPr>
        <w:pStyle w:val="Heading2"/>
        <w:spacing w:before="360" w:after="60"/>
      </w:pPr>
      <w:r>
        <w:t xml:space="preserve">NOTE 1  |  To: ____________________   </w:t>
      </w:r>
      <w:proofErr w:type="gramStart"/>
      <w:r>
        <w:t>From</w:t>
      </w:r>
      <w:proofErr w:type="gramEnd"/>
      <w:r>
        <w:t>: ____________________</w:t>
      </w:r>
    </w:p>
    <w:p w14:paraId="37E71343" w14:textId="77777777" w:rsidR="00206CDB" w:rsidRDefault="00206CDB" w:rsidP="00206CDB">
      <w:pPr>
        <w:pStyle w:val="Heading2"/>
        <w:spacing w:before="140" w:after="60"/>
      </w:pPr>
      <w:r>
        <w:t>What I noticed you do</w:t>
      </w:r>
    </w:p>
    <w:tbl>
      <w:tblPr>
        <w:tblW w:w="0" w:type="auto"/>
        <w:tblLayout w:type="fixed"/>
        <w:tblLook w:val="04A0" w:firstRow="1" w:lastRow="0" w:firstColumn="1" w:lastColumn="0" w:noHBand="0" w:noVBand="1"/>
      </w:tblPr>
      <w:tblGrid>
        <w:gridCol w:w="9792"/>
      </w:tblGrid>
      <w:tr w:rsidR="00206CDB" w14:paraId="02A0362A"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36DACABB" w14:textId="77777777" w:rsidR="00206CDB" w:rsidRDefault="00206CDB" w:rsidP="00060B29">
            <w:pPr>
              <w:spacing w:after="0" w:line="240" w:lineRule="auto"/>
            </w:pPr>
          </w:p>
        </w:tc>
      </w:tr>
    </w:tbl>
    <w:p w14:paraId="574A8EA5" w14:textId="77777777" w:rsidR="00206CDB" w:rsidRDefault="00206CDB" w:rsidP="00206CDB">
      <w:pPr>
        <w:pStyle w:val="Heading2"/>
        <w:spacing w:before="140" w:after="60"/>
      </w:pPr>
      <w:r>
        <w:t>Why that mattered</w:t>
      </w:r>
    </w:p>
    <w:tbl>
      <w:tblPr>
        <w:tblW w:w="0" w:type="auto"/>
        <w:tblLayout w:type="fixed"/>
        <w:tblLook w:val="04A0" w:firstRow="1" w:lastRow="0" w:firstColumn="1" w:lastColumn="0" w:noHBand="0" w:noVBand="1"/>
      </w:tblPr>
      <w:tblGrid>
        <w:gridCol w:w="9792"/>
      </w:tblGrid>
      <w:tr w:rsidR="00206CDB" w14:paraId="15AEBC0B"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624F4248" w14:textId="77777777" w:rsidR="00206CDB" w:rsidRDefault="00206CDB" w:rsidP="00060B29">
            <w:pPr>
              <w:spacing w:after="0" w:line="240" w:lineRule="auto"/>
            </w:pPr>
            <w:r>
              <w:t xml:space="preserve"> </w:t>
            </w:r>
          </w:p>
        </w:tc>
      </w:tr>
    </w:tbl>
    <w:p w14:paraId="6B70BD72" w14:textId="77777777" w:rsidR="00206CDB" w:rsidRDefault="00206CDB" w:rsidP="00206CDB">
      <w:pPr>
        <w:pStyle w:val="Heading2"/>
        <w:spacing w:before="360" w:after="60"/>
      </w:pPr>
      <w:r>
        <w:t xml:space="preserve">NOTE 2  |  To: ____________________   </w:t>
      </w:r>
      <w:proofErr w:type="gramStart"/>
      <w:r>
        <w:t>From</w:t>
      </w:r>
      <w:proofErr w:type="gramEnd"/>
      <w:r>
        <w:t>: ____________________</w:t>
      </w:r>
    </w:p>
    <w:p w14:paraId="5F20BB3E" w14:textId="77777777" w:rsidR="00206CDB" w:rsidRDefault="00206CDB" w:rsidP="00206CDB">
      <w:pPr>
        <w:pStyle w:val="Heading2"/>
        <w:spacing w:before="140" w:after="60"/>
      </w:pPr>
      <w:r>
        <w:t>What I noticed you do</w:t>
      </w:r>
    </w:p>
    <w:tbl>
      <w:tblPr>
        <w:tblW w:w="0" w:type="auto"/>
        <w:tblLayout w:type="fixed"/>
        <w:tblLook w:val="04A0" w:firstRow="1" w:lastRow="0" w:firstColumn="1" w:lastColumn="0" w:noHBand="0" w:noVBand="1"/>
      </w:tblPr>
      <w:tblGrid>
        <w:gridCol w:w="9792"/>
      </w:tblGrid>
      <w:tr w:rsidR="00206CDB" w14:paraId="1ECBFF98"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05BC2B0B" w14:textId="77777777" w:rsidR="00206CDB" w:rsidRDefault="00206CDB" w:rsidP="00060B29">
            <w:pPr>
              <w:spacing w:after="0" w:line="240" w:lineRule="auto"/>
            </w:pPr>
            <w:r>
              <w:t xml:space="preserve"> </w:t>
            </w:r>
          </w:p>
        </w:tc>
      </w:tr>
    </w:tbl>
    <w:p w14:paraId="13191F59" w14:textId="77777777" w:rsidR="00206CDB" w:rsidRDefault="00206CDB" w:rsidP="00206CDB">
      <w:pPr>
        <w:pStyle w:val="Heading2"/>
        <w:spacing w:before="140" w:after="60"/>
      </w:pPr>
      <w:r>
        <w:t>Why that mattered</w:t>
      </w:r>
    </w:p>
    <w:tbl>
      <w:tblPr>
        <w:tblW w:w="9792" w:type="dxa"/>
        <w:tblLayout w:type="fixed"/>
        <w:tblLook w:val="04A0" w:firstRow="1" w:lastRow="0" w:firstColumn="1" w:lastColumn="0" w:noHBand="0" w:noVBand="1"/>
      </w:tblPr>
      <w:tblGrid>
        <w:gridCol w:w="9792"/>
      </w:tblGrid>
      <w:tr w:rsidR="00206CDB" w14:paraId="7B546139"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45D4447E" w14:textId="77777777" w:rsidR="00206CDB" w:rsidRDefault="00206CDB" w:rsidP="00060B29">
            <w:pPr>
              <w:spacing w:after="0" w:line="240" w:lineRule="auto"/>
            </w:pPr>
            <w:r>
              <w:t xml:space="preserve"> </w:t>
            </w:r>
          </w:p>
        </w:tc>
      </w:tr>
    </w:tbl>
    <w:p w14:paraId="6F22C489" w14:textId="77777777" w:rsidR="00206CDB" w:rsidRDefault="00206CDB" w:rsidP="00206CDB">
      <w:pPr>
        <w:pStyle w:val="Heading2"/>
        <w:spacing w:before="360" w:after="60"/>
      </w:pPr>
      <w:r>
        <w:t xml:space="preserve">NOTE 3  |  To: ____________________   </w:t>
      </w:r>
      <w:proofErr w:type="gramStart"/>
      <w:r>
        <w:t>From</w:t>
      </w:r>
      <w:proofErr w:type="gramEnd"/>
      <w:r>
        <w:t>: ____________________</w:t>
      </w:r>
    </w:p>
    <w:p w14:paraId="23DAAD4A" w14:textId="77777777" w:rsidR="00206CDB" w:rsidRDefault="00206CDB" w:rsidP="00206CDB">
      <w:pPr>
        <w:pStyle w:val="Heading2"/>
        <w:spacing w:before="140" w:after="60"/>
      </w:pPr>
      <w:r>
        <w:t>What I noticed you do</w:t>
      </w:r>
    </w:p>
    <w:tbl>
      <w:tblPr>
        <w:tblW w:w="0" w:type="auto"/>
        <w:tblLayout w:type="fixed"/>
        <w:tblLook w:val="04A0" w:firstRow="1" w:lastRow="0" w:firstColumn="1" w:lastColumn="0" w:noHBand="0" w:noVBand="1"/>
      </w:tblPr>
      <w:tblGrid>
        <w:gridCol w:w="9792"/>
      </w:tblGrid>
      <w:tr w:rsidR="00206CDB" w14:paraId="2739C5AE"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1736AA8E" w14:textId="77777777" w:rsidR="00206CDB" w:rsidRDefault="00206CDB" w:rsidP="00060B29">
            <w:pPr>
              <w:spacing w:after="0" w:line="240" w:lineRule="auto"/>
            </w:pPr>
            <w:r>
              <w:t xml:space="preserve"> </w:t>
            </w:r>
          </w:p>
        </w:tc>
      </w:tr>
    </w:tbl>
    <w:p w14:paraId="6E61719C" w14:textId="77777777" w:rsidR="00206CDB" w:rsidRDefault="00206CDB" w:rsidP="00206CDB">
      <w:pPr>
        <w:pStyle w:val="Heading2"/>
        <w:spacing w:before="140" w:after="60"/>
      </w:pPr>
      <w:r>
        <w:t>Why that mattered</w:t>
      </w:r>
    </w:p>
    <w:tbl>
      <w:tblPr>
        <w:tblW w:w="0" w:type="auto"/>
        <w:tblLayout w:type="fixed"/>
        <w:tblLook w:val="04A0" w:firstRow="1" w:lastRow="0" w:firstColumn="1" w:lastColumn="0" w:noHBand="0" w:noVBand="1"/>
      </w:tblPr>
      <w:tblGrid>
        <w:gridCol w:w="9792"/>
      </w:tblGrid>
      <w:tr w:rsidR="00206CDB" w14:paraId="457A743B"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2B505FDD" w14:textId="77777777" w:rsidR="00206CDB" w:rsidRDefault="00206CDB" w:rsidP="00060B29">
            <w:pPr>
              <w:spacing w:after="0" w:line="240" w:lineRule="auto"/>
            </w:pPr>
            <w:r>
              <w:t xml:space="preserve"> </w:t>
            </w:r>
          </w:p>
        </w:tc>
      </w:tr>
    </w:tbl>
    <w:p w14:paraId="05C9D833" w14:textId="77777777" w:rsidR="00E10B19" w:rsidRDefault="00EB4D04">
      <w:r>
        <w:br w:type="page"/>
      </w:r>
    </w:p>
    <w:p w14:paraId="2B77CB0F" w14:textId="77777777" w:rsidR="00E128A8" w:rsidRDefault="00E128A8" w:rsidP="00E128A8">
      <w:pPr>
        <w:pStyle w:val="Title"/>
        <w:spacing w:after="220"/>
      </w:pPr>
      <w:r>
        <w:lastRenderedPageBreak/>
        <w:t>What Great Looks Like</w:t>
      </w:r>
    </w:p>
    <w:p w14:paraId="2DB5D092" w14:textId="77777777" w:rsidR="00E128A8" w:rsidRPr="00AA770F" w:rsidRDefault="00E128A8" w:rsidP="00E128A8">
      <w:pPr>
        <w:spacing w:after="140" w:line="283" w:lineRule="auto"/>
        <w:jc w:val="right"/>
        <w:rPr>
          <w:sz w:val="32"/>
          <w:szCs w:val="36"/>
        </w:rPr>
      </w:pPr>
      <w:r w:rsidRPr="00AA770F">
        <w:rPr>
          <w:sz w:val="24"/>
          <w:szCs w:val="32"/>
        </w:rPr>
        <w:t>Recognition &amp; Team Culture</w:t>
      </w:r>
    </w:p>
    <w:p w14:paraId="330F4DE0" w14:textId="77777777" w:rsidR="00E128A8" w:rsidRDefault="00E128A8" w:rsidP="00E128A8">
      <w:pPr>
        <w:spacing w:after="140" w:line="283" w:lineRule="auto"/>
        <w:jc w:val="right"/>
      </w:pPr>
      <w:r>
        <w:t>ACTIVITY TIME  |  25 minutes     PREPARATION  |  5 minutes</w:t>
      </w:r>
    </w:p>
    <w:p w14:paraId="6D2B663C" w14:textId="77777777" w:rsidR="00E128A8" w:rsidRPr="00746852" w:rsidRDefault="00E128A8" w:rsidP="00E128A8">
      <w:pPr>
        <w:spacing w:after="140" w:line="283" w:lineRule="auto"/>
        <w:rPr>
          <w:b/>
          <w:bCs/>
          <w:sz w:val="24"/>
          <w:szCs w:val="28"/>
        </w:rPr>
      </w:pPr>
      <w:r w:rsidRPr="00746852">
        <w:rPr>
          <w:b/>
          <w:bCs/>
          <w:sz w:val="24"/>
          <w:szCs w:val="28"/>
        </w:rPr>
        <w:t>Discover the everyday behaviors that turn finished work into great work</w:t>
      </w:r>
    </w:p>
    <w:p w14:paraId="34FE0029" w14:textId="77777777" w:rsidR="00E128A8" w:rsidRPr="00F17A1D" w:rsidRDefault="00E128A8" w:rsidP="00E128A8">
      <w:pPr>
        <w:pStyle w:val="Heading2"/>
        <w:spacing w:before="240" w:after="100" w:line="240" w:lineRule="auto"/>
        <w:rPr>
          <w:sz w:val="28"/>
          <w:szCs w:val="28"/>
        </w:rPr>
      </w:pPr>
      <w:r w:rsidRPr="00F17A1D">
        <w:rPr>
          <w:sz w:val="28"/>
          <w:szCs w:val="28"/>
        </w:rPr>
        <w:t>Why this activity matters</w:t>
      </w:r>
    </w:p>
    <w:p w14:paraId="0F59022F" w14:textId="77777777" w:rsidR="00E128A8" w:rsidRPr="00F17A1D" w:rsidRDefault="00E128A8" w:rsidP="00E128A8">
      <w:pPr>
        <w:spacing w:after="140" w:line="283" w:lineRule="auto"/>
        <w:rPr>
          <w:sz w:val="22"/>
          <w:szCs w:val="24"/>
        </w:rPr>
      </w:pPr>
      <w:r w:rsidRPr="00F17A1D">
        <w:rPr>
          <w:sz w:val="22"/>
          <w:szCs w:val="24"/>
        </w:rPr>
        <w:t>Teams may agree that quality matters without ever discussing what g</w:t>
      </w:r>
      <w:r>
        <w:rPr>
          <w:sz w:val="22"/>
          <w:szCs w:val="24"/>
        </w:rPr>
        <w:t>reat</w:t>
      </w:r>
      <w:r w:rsidRPr="00F17A1D">
        <w:rPr>
          <w:sz w:val="22"/>
          <w:szCs w:val="24"/>
        </w:rPr>
        <w:t xml:space="preserve"> work looks like. This exercise helps people identify the small, observable actions that make a meaningful difference to coworkers and those they serve.</w:t>
      </w:r>
    </w:p>
    <w:p w14:paraId="64B57E05" w14:textId="77777777" w:rsidR="00E128A8" w:rsidRPr="00F17A1D" w:rsidRDefault="00E128A8" w:rsidP="00E128A8">
      <w:pPr>
        <w:pStyle w:val="Heading2"/>
        <w:spacing w:before="240" w:after="100" w:line="240" w:lineRule="auto"/>
        <w:rPr>
          <w:sz w:val="28"/>
          <w:szCs w:val="28"/>
        </w:rPr>
      </w:pPr>
      <w:r w:rsidRPr="00F17A1D">
        <w:rPr>
          <w:sz w:val="28"/>
          <w:szCs w:val="28"/>
        </w:rPr>
        <w:t>The outcome</w:t>
      </w:r>
    </w:p>
    <w:p w14:paraId="21B06175" w14:textId="77777777" w:rsidR="00E128A8" w:rsidRPr="00F17A1D" w:rsidRDefault="00E128A8" w:rsidP="00E128A8">
      <w:pPr>
        <w:spacing w:after="140" w:line="283" w:lineRule="auto"/>
        <w:rPr>
          <w:sz w:val="22"/>
          <w:szCs w:val="24"/>
        </w:rPr>
      </w:pPr>
      <w:r w:rsidRPr="00F17A1D">
        <w:rPr>
          <w:sz w:val="22"/>
          <w:szCs w:val="24"/>
        </w:rPr>
        <w:t xml:space="preserve">The team identifies two or three behaviors that distinguish </w:t>
      </w:r>
      <w:r>
        <w:rPr>
          <w:sz w:val="22"/>
          <w:szCs w:val="24"/>
        </w:rPr>
        <w:t xml:space="preserve">great </w:t>
      </w:r>
      <w:r w:rsidRPr="00F17A1D">
        <w:rPr>
          <w:sz w:val="22"/>
          <w:szCs w:val="24"/>
        </w:rPr>
        <w:t xml:space="preserve">work from work simply </w:t>
      </w:r>
      <w:proofErr w:type="gramStart"/>
      <w:r w:rsidRPr="00F17A1D">
        <w:rPr>
          <w:sz w:val="22"/>
          <w:szCs w:val="24"/>
        </w:rPr>
        <w:t>completed, and</w:t>
      </w:r>
      <w:proofErr w:type="gramEnd"/>
      <w:r w:rsidRPr="00F17A1D">
        <w:rPr>
          <w:sz w:val="22"/>
          <w:szCs w:val="24"/>
        </w:rPr>
        <w:t xml:space="preserve"> chooses </w:t>
      </w:r>
      <w:r>
        <w:rPr>
          <w:sz w:val="22"/>
          <w:szCs w:val="24"/>
        </w:rPr>
        <w:t>a behavior</w:t>
      </w:r>
      <w:r w:rsidRPr="00F17A1D">
        <w:rPr>
          <w:sz w:val="22"/>
          <w:szCs w:val="24"/>
        </w:rPr>
        <w:t xml:space="preserve"> to pay closer attention to.</w:t>
      </w:r>
    </w:p>
    <w:p w14:paraId="06977E9A" w14:textId="77777777" w:rsidR="00E128A8" w:rsidRPr="00F17A1D" w:rsidRDefault="00E128A8" w:rsidP="00E128A8">
      <w:pPr>
        <w:pStyle w:val="Heading2"/>
        <w:spacing w:before="240" w:after="100" w:line="240" w:lineRule="auto"/>
        <w:rPr>
          <w:sz w:val="28"/>
          <w:szCs w:val="28"/>
        </w:rPr>
      </w:pPr>
      <w:r w:rsidRPr="00F17A1D">
        <w:rPr>
          <w:sz w:val="28"/>
          <w:szCs w:val="28"/>
        </w:rPr>
        <w:t>Before the meeting | 5 minutes of preparation</w:t>
      </w:r>
    </w:p>
    <w:p w14:paraId="7CE09D27" w14:textId="77777777" w:rsidR="00E128A8" w:rsidRPr="00F17A1D" w:rsidRDefault="00E128A8" w:rsidP="00E128A8">
      <w:pPr>
        <w:spacing w:after="140" w:line="283" w:lineRule="auto"/>
        <w:rPr>
          <w:sz w:val="22"/>
          <w:szCs w:val="24"/>
        </w:rPr>
      </w:pPr>
      <w:r w:rsidRPr="00F17A1D">
        <w:rPr>
          <w:sz w:val="22"/>
          <w:szCs w:val="24"/>
        </w:rPr>
        <w:t xml:space="preserve">Bring a whiteboard and one </w:t>
      </w:r>
      <w:r w:rsidRPr="00746852">
        <w:rPr>
          <w:sz w:val="22"/>
          <w:szCs w:val="24"/>
        </w:rPr>
        <w:t>What G</w:t>
      </w:r>
      <w:r w:rsidR="006A5C60">
        <w:rPr>
          <w:sz w:val="22"/>
          <w:szCs w:val="24"/>
        </w:rPr>
        <w:t>reat</w:t>
      </w:r>
      <w:r w:rsidRPr="00746852">
        <w:rPr>
          <w:sz w:val="22"/>
          <w:szCs w:val="24"/>
        </w:rPr>
        <w:t xml:space="preserve"> Looks Like | Team Worksheet</w:t>
      </w:r>
      <w:r w:rsidRPr="00F17A1D">
        <w:rPr>
          <w:sz w:val="22"/>
          <w:szCs w:val="24"/>
        </w:rPr>
        <w:t xml:space="preserve"> per person. Choose a familiar type of work your team does regularly. </w:t>
      </w:r>
    </w:p>
    <w:p w14:paraId="4FF9DEBF" w14:textId="77777777" w:rsidR="00E128A8" w:rsidRPr="00F17A1D" w:rsidRDefault="00E128A8" w:rsidP="00E128A8">
      <w:pPr>
        <w:pStyle w:val="Heading2"/>
        <w:spacing w:before="240" w:after="100" w:line="240" w:lineRule="auto"/>
        <w:rPr>
          <w:sz w:val="28"/>
          <w:szCs w:val="28"/>
        </w:rPr>
      </w:pPr>
      <w:r w:rsidRPr="00F17A1D">
        <w:rPr>
          <w:sz w:val="28"/>
          <w:szCs w:val="28"/>
        </w:rPr>
        <w:t>1. Start with a comparison | 5 minutes</w:t>
      </w:r>
    </w:p>
    <w:p w14:paraId="3FE32FB6" w14:textId="77777777" w:rsidR="00E128A8" w:rsidRPr="00F17A1D" w:rsidRDefault="00E128A8" w:rsidP="00E128A8">
      <w:pPr>
        <w:spacing w:after="140" w:line="283" w:lineRule="auto"/>
        <w:rPr>
          <w:sz w:val="22"/>
          <w:szCs w:val="24"/>
        </w:rPr>
      </w:pPr>
      <w:r w:rsidRPr="00F17A1D">
        <w:rPr>
          <w:sz w:val="22"/>
          <w:szCs w:val="24"/>
        </w:rPr>
        <w:t>Ask: “</w:t>
      </w:r>
      <w:r w:rsidRPr="00746852">
        <w:rPr>
          <w:i/>
          <w:iCs/>
          <w:sz w:val="22"/>
          <w:szCs w:val="24"/>
        </w:rPr>
        <w:t xml:space="preserve">Think of a task we do regularly. What is the difference between getting it done and doing it </w:t>
      </w:r>
      <w:proofErr w:type="gramStart"/>
      <w:r w:rsidRPr="00746852">
        <w:rPr>
          <w:i/>
          <w:iCs/>
          <w:sz w:val="22"/>
          <w:szCs w:val="24"/>
        </w:rPr>
        <w:t>really well</w:t>
      </w:r>
      <w:proofErr w:type="gramEnd"/>
      <w:r w:rsidRPr="00746852">
        <w:rPr>
          <w:i/>
          <w:iCs/>
          <w:sz w:val="22"/>
          <w:szCs w:val="24"/>
        </w:rPr>
        <w:t>?</w:t>
      </w:r>
      <w:r w:rsidRPr="00F17A1D">
        <w:rPr>
          <w:sz w:val="22"/>
          <w:szCs w:val="24"/>
        </w:rPr>
        <w:t xml:space="preserve">” Invite a few quick examples. Capture the specific actions people </w:t>
      </w:r>
      <w:proofErr w:type="gramStart"/>
      <w:r w:rsidRPr="00F17A1D">
        <w:rPr>
          <w:sz w:val="22"/>
          <w:szCs w:val="24"/>
        </w:rPr>
        <w:t>describe,</w:t>
      </w:r>
      <w:proofErr w:type="gramEnd"/>
      <w:r w:rsidRPr="00F17A1D">
        <w:rPr>
          <w:sz w:val="22"/>
          <w:szCs w:val="24"/>
        </w:rPr>
        <w:t xml:space="preserve"> not general words like “</w:t>
      </w:r>
      <w:r w:rsidRPr="00746852">
        <w:rPr>
          <w:i/>
          <w:iCs/>
          <w:sz w:val="22"/>
          <w:szCs w:val="24"/>
        </w:rPr>
        <w:t>excellence</w:t>
      </w:r>
      <w:r w:rsidRPr="00F17A1D">
        <w:rPr>
          <w:sz w:val="22"/>
          <w:szCs w:val="24"/>
        </w:rPr>
        <w:t>” or “</w:t>
      </w:r>
      <w:r w:rsidRPr="00746852">
        <w:rPr>
          <w:i/>
          <w:iCs/>
          <w:sz w:val="22"/>
          <w:szCs w:val="24"/>
        </w:rPr>
        <w:t>professionalism.</w:t>
      </w:r>
      <w:r w:rsidRPr="00F17A1D">
        <w:rPr>
          <w:sz w:val="22"/>
          <w:szCs w:val="24"/>
        </w:rPr>
        <w:t>”</w:t>
      </w:r>
    </w:p>
    <w:p w14:paraId="09AA294B" w14:textId="77777777" w:rsidR="00E128A8" w:rsidRPr="00F17A1D" w:rsidRDefault="00E128A8" w:rsidP="00E128A8">
      <w:pPr>
        <w:pStyle w:val="Heading2"/>
        <w:spacing w:before="240" w:after="100" w:line="240" w:lineRule="auto"/>
        <w:rPr>
          <w:sz w:val="28"/>
          <w:szCs w:val="28"/>
        </w:rPr>
      </w:pPr>
      <w:r w:rsidRPr="00F17A1D">
        <w:rPr>
          <w:sz w:val="28"/>
          <w:szCs w:val="28"/>
        </w:rPr>
        <w:t>2. Find the hidden difference | 5 minutes</w:t>
      </w:r>
    </w:p>
    <w:p w14:paraId="5FFEE35B" w14:textId="77777777" w:rsidR="00E128A8" w:rsidRPr="00F17A1D" w:rsidRDefault="00E128A8" w:rsidP="00E128A8">
      <w:pPr>
        <w:spacing w:after="140" w:line="283" w:lineRule="auto"/>
        <w:rPr>
          <w:sz w:val="22"/>
          <w:szCs w:val="24"/>
        </w:rPr>
      </w:pPr>
      <w:r w:rsidRPr="00F17A1D">
        <w:rPr>
          <w:sz w:val="22"/>
          <w:szCs w:val="24"/>
        </w:rPr>
        <w:t>Ask each person to think of a time someone made work noticeably easier for the next person, another department, or a customer. What did that person do</w:t>
      </w:r>
      <w:r>
        <w:rPr>
          <w:sz w:val="22"/>
          <w:szCs w:val="24"/>
        </w:rPr>
        <w:t xml:space="preserve"> differently</w:t>
      </w:r>
      <w:r w:rsidRPr="00F17A1D">
        <w:rPr>
          <w:sz w:val="22"/>
          <w:szCs w:val="24"/>
        </w:rPr>
        <w:t>? Have participants jot down the action and its impact. No names are needed.</w:t>
      </w:r>
    </w:p>
    <w:p w14:paraId="50651457" w14:textId="77777777" w:rsidR="00E128A8" w:rsidRPr="00F17A1D" w:rsidRDefault="00E128A8" w:rsidP="00E128A8">
      <w:pPr>
        <w:pStyle w:val="Heading2"/>
        <w:spacing w:before="240" w:after="100" w:line="240" w:lineRule="auto"/>
        <w:rPr>
          <w:sz w:val="28"/>
          <w:szCs w:val="28"/>
        </w:rPr>
      </w:pPr>
      <w:r w:rsidRPr="00F17A1D">
        <w:rPr>
          <w:sz w:val="28"/>
          <w:szCs w:val="28"/>
        </w:rPr>
        <w:t>3. Compare what g</w:t>
      </w:r>
      <w:r w:rsidR="006A5C60">
        <w:rPr>
          <w:sz w:val="28"/>
          <w:szCs w:val="28"/>
        </w:rPr>
        <w:t>reat</w:t>
      </w:r>
      <w:r w:rsidRPr="00F17A1D">
        <w:rPr>
          <w:sz w:val="28"/>
          <w:szCs w:val="28"/>
        </w:rPr>
        <w:t xml:space="preserve"> looks like | 10 minutes</w:t>
      </w:r>
    </w:p>
    <w:p w14:paraId="50CA383A" w14:textId="77777777" w:rsidR="00E128A8" w:rsidRPr="00F17A1D" w:rsidRDefault="00E128A8" w:rsidP="00E128A8">
      <w:pPr>
        <w:spacing w:after="140" w:line="283" w:lineRule="auto"/>
        <w:rPr>
          <w:sz w:val="22"/>
          <w:szCs w:val="24"/>
        </w:rPr>
      </w:pPr>
      <w:r w:rsidRPr="00F17A1D">
        <w:rPr>
          <w:sz w:val="22"/>
          <w:szCs w:val="24"/>
        </w:rPr>
        <w:t>In groups of two or three</w:t>
      </w:r>
      <w:proofErr w:type="gramStart"/>
      <w:r w:rsidRPr="00F17A1D">
        <w:rPr>
          <w:sz w:val="22"/>
          <w:szCs w:val="24"/>
        </w:rPr>
        <w:t>, have</w:t>
      </w:r>
      <w:proofErr w:type="gramEnd"/>
      <w:r w:rsidRPr="00F17A1D">
        <w:rPr>
          <w:sz w:val="22"/>
          <w:szCs w:val="24"/>
        </w:rPr>
        <w:t xml:space="preserve"> participants share their examples and choose two behaviors that make the biggest difference. Invite groups to report back. As a team, combine similar ideas and identify two or three clear behaviors people could observe.</w:t>
      </w:r>
    </w:p>
    <w:p w14:paraId="78DBF51D" w14:textId="77777777" w:rsidR="00E128A8" w:rsidRPr="00746852" w:rsidRDefault="00E128A8" w:rsidP="00E128A8">
      <w:pPr>
        <w:spacing w:after="140" w:line="283" w:lineRule="auto"/>
        <w:rPr>
          <w:sz w:val="22"/>
          <w:szCs w:val="24"/>
        </w:rPr>
      </w:pPr>
      <w:r w:rsidRPr="003658C8">
        <w:rPr>
          <w:b/>
          <w:bCs/>
          <w:sz w:val="22"/>
          <w:szCs w:val="24"/>
        </w:rPr>
        <w:t xml:space="preserve">Leader cue: </w:t>
      </w:r>
      <w:r w:rsidRPr="00746852">
        <w:rPr>
          <w:sz w:val="22"/>
          <w:szCs w:val="24"/>
        </w:rPr>
        <w:t>Push past words like “</w:t>
      </w:r>
      <w:r w:rsidRPr="00746852">
        <w:rPr>
          <w:i/>
          <w:iCs/>
          <w:sz w:val="22"/>
          <w:szCs w:val="24"/>
        </w:rPr>
        <w:t>care</w:t>
      </w:r>
      <w:r w:rsidRPr="00746852">
        <w:rPr>
          <w:sz w:val="22"/>
          <w:szCs w:val="24"/>
        </w:rPr>
        <w:t>” or “</w:t>
      </w:r>
      <w:r w:rsidRPr="00746852">
        <w:rPr>
          <w:i/>
          <w:iCs/>
          <w:sz w:val="22"/>
          <w:szCs w:val="24"/>
        </w:rPr>
        <w:t>communicate.</w:t>
      </w:r>
      <w:r w:rsidRPr="00746852">
        <w:rPr>
          <w:sz w:val="22"/>
          <w:szCs w:val="24"/>
        </w:rPr>
        <w:t>” Ask: “</w:t>
      </w:r>
      <w:r w:rsidRPr="00746852">
        <w:rPr>
          <w:i/>
          <w:iCs/>
          <w:sz w:val="22"/>
          <w:szCs w:val="24"/>
        </w:rPr>
        <w:t>What would I see or hear someone doing?</w:t>
      </w:r>
      <w:r w:rsidRPr="00746852">
        <w:rPr>
          <w:sz w:val="22"/>
          <w:szCs w:val="24"/>
        </w:rPr>
        <w:t xml:space="preserve">” A useful </w:t>
      </w:r>
      <w:r>
        <w:rPr>
          <w:sz w:val="22"/>
          <w:szCs w:val="24"/>
        </w:rPr>
        <w:t>example</w:t>
      </w:r>
      <w:r w:rsidRPr="00746852">
        <w:rPr>
          <w:sz w:val="22"/>
          <w:szCs w:val="24"/>
        </w:rPr>
        <w:t xml:space="preserve"> describes an action, not a personality trait.</w:t>
      </w:r>
    </w:p>
    <w:p w14:paraId="295756E4" w14:textId="77777777" w:rsidR="00E128A8" w:rsidRPr="00F17A1D" w:rsidRDefault="00E128A8" w:rsidP="00E128A8">
      <w:pPr>
        <w:pStyle w:val="Heading2"/>
        <w:spacing w:before="240" w:after="100" w:line="240" w:lineRule="auto"/>
        <w:rPr>
          <w:sz w:val="28"/>
          <w:szCs w:val="28"/>
        </w:rPr>
      </w:pPr>
      <w:r w:rsidRPr="00F17A1D">
        <w:rPr>
          <w:sz w:val="28"/>
          <w:szCs w:val="28"/>
        </w:rPr>
        <w:t>4. Make it our standard | 5 minutes</w:t>
      </w:r>
    </w:p>
    <w:p w14:paraId="16AD3E53" w14:textId="77777777" w:rsidR="00E128A8" w:rsidRPr="00F17A1D" w:rsidRDefault="00E128A8" w:rsidP="00E128A8">
      <w:pPr>
        <w:spacing w:after="140" w:line="283" w:lineRule="auto"/>
        <w:rPr>
          <w:sz w:val="22"/>
          <w:szCs w:val="24"/>
        </w:rPr>
      </w:pPr>
      <w:r w:rsidRPr="00F17A1D">
        <w:rPr>
          <w:sz w:val="22"/>
          <w:szCs w:val="24"/>
        </w:rPr>
        <w:t>Ask: “</w:t>
      </w:r>
      <w:r w:rsidRPr="00746852">
        <w:rPr>
          <w:i/>
          <w:iCs/>
          <w:sz w:val="22"/>
          <w:szCs w:val="24"/>
        </w:rPr>
        <w:t>Which of these behaviors would most improve the experience of someone who depends on our work?</w:t>
      </w:r>
      <w:r w:rsidRPr="00F17A1D">
        <w:rPr>
          <w:sz w:val="22"/>
          <w:szCs w:val="24"/>
        </w:rPr>
        <w:t>” Choose one to emphasize. Ask what it would look like on an ordinary busy day, not just when everything goes smoothly.</w:t>
      </w:r>
    </w:p>
    <w:p w14:paraId="0F3CB34C" w14:textId="77777777" w:rsidR="00E128A8" w:rsidRPr="00746852" w:rsidRDefault="00E128A8" w:rsidP="00E128A8">
      <w:pPr>
        <w:spacing w:after="140" w:line="283" w:lineRule="auto"/>
        <w:rPr>
          <w:sz w:val="22"/>
          <w:szCs w:val="24"/>
        </w:rPr>
      </w:pPr>
      <w:r w:rsidRPr="00746852">
        <w:rPr>
          <w:sz w:val="22"/>
          <w:szCs w:val="24"/>
        </w:rPr>
        <w:lastRenderedPageBreak/>
        <w:t>Close by saying: “</w:t>
      </w:r>
      <w:r w:rsidRPr="00746852">
        <w:rPr>
          <w:i/>
          <w:iCs/>
          <w:sz w:val="22"/>
          <w:szCs w:val="24"/>
        </w:rPr>
        <w:t>Great work is often the result of small choices made consistently. When we know what g</w:t>
      </w:r>
      <w:r>
        <w:rPr>
          <w:i/>
          <w:iCs/>
          <w:sz w:val="22"/>
          <w:szCs w:val="24"/>
        </w:rPr>
        <w:t>reat</w:t>
      </w:r>
      <w:r w:rsidRPr="00746852">
        <w:rPr>
          <w:i/>
          <w:iCs/>
          <w:sz w:val="22"/>
          <w:szCs w:val="24"/>
        </w:rPr>
        <w:t xml:space="preserve"> looks like, we have a better chance of delivering it together</w:t>
      </w:r>
      <w:r>
        <w:rPr>
          <w:i/>
          <w:iCs/>
          <w:sz w:val="22"/>
          <w:szCs w:val="24"/>
        </w:rPr>
        <w:t xml:space="preserve"> on a more consistent basis</w:t>
      </w:r>
      <w:r w:rsidRPr="00746852">
        <w:rPr>
          <w:i/>
          <w:iCs/>
          <w:sz w:val="22"/>
          <w:szCs w:val="24"/>
        </w:rPr>
        <w:t>.</w:t>
      </w:r>
      <w:r w:rsidRPr="00746852">
        <w:rPr>
          <w:sz w:val="22"/>
          <w:szCs w:val="24"/>
        </w:rPr>
        <w:t>”</w:t>
      </w:r>
    </w:p>
    <w:p w14:paraId="26B7267B" w14:textId="77777777" w:rsidR="00E128A8" w:rsidRDefault="00E128A8" w:rsidP="00E128A8">
      <w:pPr>
        <w:pStyle w:val="Title"/>
        <w:spacing w:before="240" w:after="220"/>
      </w:pPr>
      <w:r>
        <w:t>Facilitator Notes</w:t>
      </w:r>
    </w:p>
    <w:p w14:paraId="5B4BF52E" w14:textId="77777777" w:rsidR="00E128A8" w:rsidRPr="00F17A1D" w:rsidRDefault="00E128A8" w:rsidP="00E128A8">
      <w:pPr>
        <w:pStyle w:val="Heading2"/>
        <w:spacing w:before="240" w:after="100" w:line="240" w:lineRule="auto"/>
        <w:rPr>
          <w:sz w:val="28"/>
          <w:szCs w:val="28"/>
        </w:rPr>
      </w:pPr>
      <w:r w:rsidRPr="00F17A1D">
        <w:rPr>
          <w:sz w:val="28"/>
          <w:szCs w:val="28"/>
        </w:rPr>
        <w:t>Leader’s insight</w:t>
      </w:r>
    </w:p>
    <w:p w14:paraId="0C09BDE8" w14:textId="77777777" w:rsidR="00E128A8" w:rsidRPr="00F17A1D" w:rsidRDefault="00E128A8" w:rsidP="00E128A8">
      <w:pPr>
        <w:spacing w:after="140" w:line="283" w:lineRule="auto"/>
        <w:rPr>
          <w:sz w:val="22"/>
          <w:szCs w:val="24"/>
        </w:rPr>
      </w:pPr>
      <w:r w:rsidRPr="00F17A1D">
        <w:rPr>
          <w:sz w:val="22"/>
          <w:szCs w:val="24"/>
        </w:rPr>
        <w:t>People are more likely to meet a standard when they can picture the behavior behind it. Naming real actions makes quality easier to teach, notice, and reinforce without turning the conversation into an evaluation of individuals.</w:t>
      </w:r>
    </w:p>
    <w:p w14:paraId="6CC718BD" w14:textId="77777777" w:rsidR="00E128A8" w:rsidRPr="00F17A1D" w:rsidRDefault="00E128A8" w:rsidP="00E128A8">
      <w:pPr>
        <w:pStyle w:val="Heading2"/>
        <w:spacing w:before="240" w:after="100" w:line="240" w:lineRule="auto"/>
        <w:rPr>
          <w:sz w:val="28"/>
          <w:szCs w:val="28"/>
        </w:rPr>
      </w:pPr>
      <w:r w:rsidRPr="00F17A1D">
        <w:rPr>
          <w:sz w:val="28"/>
          <w:szCs w:val="28"/>
        </w:rPr>
        <w:t>What to watch for</w:t>
      </w:r>
    </w:p>
    <w:p w14:paraId="2D0CF1FD" w14:textId="77777777" w:rsidR="00E128A8" w:rsidRPr="00F17A1D" w:rsidRDefault="00E128A8" w:rsidP="00E128A8">
      <w:pPr>
        <w:spacing w:after="140" w:line="283" w:lineRule="auto"/>
        <w:rPr>
          <w:sz w:val="22"/>
          <w:szCs w:val="24"/>
        </w:rPr>
      </w:pPr>
      <w:r w:rsidRPr="00F17A1D">
        <w:rPr>
          <w:sz w:val="22"/>
          <w:szCs w:val="24"/>
        </w:rPr>
        <w:t>Do</w:t>
      </w:r>
      <w:r w:rsidR="00294F0D">
        <w:rPr>
          <w:sz w:val="22"/>
          <w:szCs w:val="24"/>
        </w:rPr>
        <w:t>n’t</w:t>
      </w:r>
      <w:r w:rsidRPr="00F17A1D">
        <w:rPr>
          <w:sz w:val="22"/>
          <w:szCs w:val="24"/>
        </w:rPr>
        <w:t xml:space="preserve"> let the discussion become a critique of who falls short. Focus on examples of effective work and actions within the team’s control. Avoid vague expectations or promises of perfection.</w:t>
      </w:r>
    </w:p>
    <w:p w14:paraId="64AC3CF7" w14:textId="77777777" w:rsidR="00E128A8" w:rsidRPr="00F17A1D" w:rsidRDefault="00E128A8" w:rsidP="00E128A8">
      <w:pPr>
        <w:pStyle w:val="Heading2"/>
        <w:spacing w:before="240" w:after="100" w:line="240" w:lineRule="auto"/>
        <w:rPr>
          <w:sz w:val="28"/>
          <w:szCs w:val="28"/>
        </w:rPr>
      </w:pPr>
      <w:r w:rsidRPr="00F17A1D">
        <w:rPr>
          <w:sz w:val="28"/>
          <w:szCs w:val="28"/>
        </w:rPr>
        <w:t>If the group gets stuck</w:t>
      </w:r>
    </w:p>
    <w:p w14:paraId="3EABC990" w14:textId="77777777" w:rsidR="00E128A8" w:rsidRPr="00F17A1D" w:rsidRDefault="00E128A8" w:rsidP="00E128A8">
      <w:pPr>
        <w:spacing w:after="140" w:line="283" w:lineRule="auto"/>
        <w:rPr>
          <w:sz w:val="22"/>
          <w:szCs w:val="24"/>
        </w:rPr>
      </w:pPr>
      <w:r w:rsidRPr="00F17A1D">
        <w:rPr>
          <w:sz w:val="22"/>
          <w:szCs w:val="24"/>
        </w:rPr>
        <w:t>Ask: “</w:t>
      </w:r>
      <w:r w:rsidRPr="00746852">
        <w:rPr>
          <w:i/>
          <w:iCs/>
          <w:sz w:val="22"/>
          <w:szCs w:val="24"/>
        </w:rPr>
        <w:t>What does someone downstream appreciate receiving from us?</w:t>
      </w:r>
      <w:r w:rsidRPr="00F17A1D">
        <w:rPr>
          <w:sz w:val="22"/>
          <w:szCs w:val="24"/>
        </w:rPr>
        <w:t>” or “</w:t>
      </w:r>
      <w:r w:rsidRPr="00746852">
        <w:rPr>
          <w:i/>
          <w:iCs/>
          <w:sz w:val="22"/>
          <w:szCs w:val="24"/>
        </w:rPr>
        <w:t>What extra step saves someone else time later?</w:t>
      </w:r>
      <w:r w:rsidRPr="00F17A1D">
        <w:rPr>
          <w:sz w:val="22"/>
          <w:szCs w:val="24"/>
        </w:rPr>
        <w:t>” A small, concrete example is enough.</w:t>
      </w:r>
    </w:p>
    <w:p w14:paraId="5F60807D" w14:textId="77777777" w:rsidR="00E128A8" w:rsidRPr="00F17A1D" w:rsidRDefault="00E128A8" w:rsidP="00E128A8">
      <w:pPr>
        <w:pStyle w:val="Heading2"/>
        <w:spacing w:before="240" w:after="100" w:line="240" w:lineRule="auto"/>
        <w:rPr>
          <w:sz w:val="28"/>
          <w:szCs w:val="28"/>
        </w:rPr>
      </w:pPr>
      <w:r w:rsidRPr="00F17A1D">
        <w:rPr>
          <w:sz w:val="28"/>
          <w:szCs w:val="28"/>
        </w:rPr>
        <w:t>Illustrative example</w:t>
      </w:r>
    </w:p>
    <w:p w14:paraId="142E19D3" w14:textId="77777777" w:rsidR="00E128A8" w:rsidRPr="00F17A1D" w:rsidRDefault="00E128A8" w:rsidP="00E128A8">
      <w:pPr>
        <w:spacing w:after="140" w:line="283" w:lineRule="auto"/>
        <w:rPr>
          <w:sz w:val="22"/>
          <w:szCs w:val="24"/>
        </w:rPr>
      </w:pPr>
      <w:r w:rsidRPr="00F17A1D">
        <w:rPr>
          <w:sz w:val="22"/>
          <w:szCs w:val="24"/>
        </w:rPr>
        <w:t xml:space="preserve">A team initially </w:t>
      </w:r>
      <w:proofErr w:type="gramStart"/>
      <w:r w:rsidRPr="00F17A1D">
        <w:rPr>
          <w:sz w:val="22"/>
          <w:szCs w:val="24"/>
        </w:rPr>
        <w:t>says</w:t>
      </w:r>
      <w:proofErr w:type="gramEnd"/>
      <w:r w:rsidRPr="00F17A1D">
        <w:rPr>
          <w:sz w:val="22"/>
          <w:szCs w:val="24"/>
        </w:rPr>
        <w:t xml:space="preserve"> “</w:t>
      </w:r>
      <w:r w:rsidRPr="00746852">
        <w:rPr>
          <w:i/>
          <w:iCs/>
          <w:sz w:val="22"/>
          <w:szCs w:val="24"/>
        </w:rPr>
        <w:t>good communication.</w:t>
      </w:r>
      <w:r w:rsidRPr="00F17A1D">
        <w:rPr>
          <w:sz w:val="22"/>
          <w:szCs w:val="24"/>
        </w:rPr>
        <w:t>” The</w:t>
      </w:r>
      <w:r>
        <w:rPr>
          <w:sz w:val="22"/>
          <w:szCs w:val="24"/>
        </w:rPr>
        <w:t>n the</w:t>
      </w:r>
      <w:r w:rsidRPr="00F17A1D">
        <w:rPr>
          <w:sz w:val="22"/>
          <w:szCs w:val="24"/>
        </w:rPr>
        <w:t>y make it observable: “</w:t>
      </w:r>
      <w:r w:rsidRPr="00746852">
        <w:rPr>
          <w:i/>
          <w:iCs/>
          <w:sz w:val="22"/>
          <w:szCs w:val="24"/>
        </w:rPr>
        <w:t xml:space="preserve">When we pass </w:t>
      </w:r>
      <w:r>
        <w:rPr>
          <w:i/>
          <w:iCs/>
          <w:sz w:val="22"/>
          <w:szCs w:val="24"/>
        </w:rPr>
        <w:t xml:space="preserve">along </w:t>
      </w:r>
      <w:r w:rsidRPr="00746852">
        <w:rPr>
          <w:i/>
          <w:iCs/>
          <w:sz w:val="22"/>
          <w:szCs w:val="24"/>
        </w:rPr>
        <w:t xml:space="preserve">a request to another team, we include </w:t>
      </w:r>
      <w:r>
        <w:rPr>
          <w:i/>
          <w:iCs/>
          <w:sz w:val="22"/>
          <w:szCs w:val="24"/>
        </w:rPr>
        <w:t>details such as what’s most important to the customer</w:t>
      </w:r>
      <w:r w:rsidRPr="00746852">
        <w:rPr>
          <w:i/>
          <w:iCs/>
          <w:sz w:val="22"/>
          <w:szCs w:val="24"/>
        </w:rPr>
        <w:t xml:space="preserve">, </w:t>
      </w:r>
      <w:r>
        <w:rPr>
          <w:i/>
          <w:iCs/>
          <w:sz w:val="22"/>
          <w:szCs w:val="24"/>
        </w:rPr>
        <w:t xml:space="preserve">a requested </w:t>
      </w:r>
      <w:r w:rsidRPr="00746852">
        <w:rPr>
          <w:i/>
          <w:iCs/>
          <w:sz w:val="22"/>
          <w:szCs w:val="24"/>
        </w:rPr>
        <w:t>deadline, and any missing information</w:t>
      </w:r>
      <w:r>
        <w:rPr>
          <w:i/>
          <w:iCs/>
          <w:sz w:val="22"/>
          <w:szCs w:val="24"/>
        </w:rPr>
        <w:t xml:space="preserve"> we couldn’t find</w:t>
      </w:r>
      <w:r w:rsidRPr="00746852">
        <w:rPr>
          <w:i/>
          <w:iCs/>
          <w:sz w:val="22"/>
          <w:szCs w:val="24"/>
        </w:rPr>
        <w:t>.</w:t>
      </w:r>
      <w:r w:rsidRPr="00F17A1D">
        <w:rPr>
          <w:sz w:val="22"/>
          <w:szCs w:val="24"/>
        </w:rPr>
        <w:t>”</w:t>
      </w:r>
    </w:p>
    <w:p w14:paraId="47A16208" w14:textId="77777777" w:rsidR="00E128A8" w:rsidRPr="00F17A1D" w:rsidRDefault="00E128A8" w:rsidP="00E128A8">
      <w:pPr>
        <w:pStyle w:val="Heading2"/>
        <w:spacing w:before="240" w:after="100" w:line="240" w:lineRule="auto"/>
        <w:rPr>
          <w:sz w:val="28"/>
          <w:szCs w:val="28"/>
        </w:rPr>
      </w:pPr>
      <w:r w:rsidRPr="00F17A1D">
        <w:rPr>
          <w:sz w:val="28"/>
          <w:szCs w:val="28"/>
        </w:rPr>
        <w:t>Virtual adaptation</w:t>
      </w:r>
    </w:p>
    <w:p w14:paraId="153AB775" w14:textId="77777777" w:rsidR="00E128A8" w:rsidRPr="00F17A1D" w:rsidRDefault="00E128A8" w:rsidP="00E128A8">
      <w:pPr>
        <w:spacing w:after="140" w:line="283" w:lineRule="auto"/>
        <w:rPr>
          <w:sz w:val="22"/>
          <w:szCs w:val="24"/>
        </w:rPr>
      </w:pPr>
      <w:r w:rsidRPr="00F17A1D">
        <w:rPr>
          <w:sz w:val="22"/>
          <w:szCs w:val="24"/>
        </w:rPr>
        <w:t>Use breakout pairs to identify examples, then capture short descriptions of observable behaviors in a shared document. Keep the final list visible during the discussion.</w:t>
      </w:r>
    </w:p>
    <w:p w14:paraId="089CC239" w14:textId="77777777" w:rsidR="00E128A8" w:rsidRPr="00F17A1D" w:rsidRDefault="00E128A8" w:rsidP="00E128A8">
      <w:pPr>
        <w:pStyle w:val="Heading2"/>
        <w:spacing w:before="240" w:after="100" w:line="240" w:lineRule="auto"/>
        <w:rPr>
          <w:sz w:val="28"/>
          <w:szCs w:val="28"/>
        </w:rPr>
      </w:pPr>
      <w:r w:rsidRPr="00F17A1D">
        <w:rPr>
          <w:sz w:val="28"/>
          <w:szCs w:val="28"/>
        </w:rPr>
        <w:t>Optional follow-up</w:t>
      </w:r>
    </w:p>
    <w:p w14:paraId="00D3B976" w14:textId="77777777" w:rsidR="00E128A8" w:rsidRPr="00F17A1D" w:rsidRDefault="00E128A8" w:rsidP="00E128A8">
      <w:pPr>
        <w:spacing w:after="140" w:line="283" w:lineRule="auto"/>
        <w:rPr>
          <w:sz w:val="22"/>
          <w:szCs w:val="24"/>
        </w:rPr>
      </w:pPr>
      <w:r w:rsidRPr="00F17A1D">
        <w:rPr>
          <w:sz w:val="22"/>
          <w:szCs w:val="24"/>
        </w:rPr>
        <w:t>At a future meeting, ask for one real example of the chosen behavior making work easier. Keep the check-in brief and appreciative.</w:t>
      </w:r>
    </w:p>
    <w:p w14:paraId="557E928C" w14:textId="77777777" w:rsidR="00E128A8" w:rsidRPr="00F17A1D" w:rsidRDefault="00E128A8" w:rsidP="00E128A8">
      <w:pPr>
        <w:pStyle w:val="Heading2"/>
        <w:spacing w:before="240" w:after="100" w:line="240" w:lineRule="auto"/>
        <w:rPr>
          <w:sz w:val="28"/>
          <w:szCs w:val="28"/>
        </w:rPr>
      </w:pPr>
      <w:r w:rsidRPr="00F17A1D">
        <w:rPr>
          <w:sz w:val="28"/>
          <w:szCs w:val="28"/>
        </w:rPr>
        <w:t>Success looks like</w:t>
      </w:r>
    </w:p>
    <w:p w14:paraId="73C8E4EA" w14:textId="77777777" w:rsidR="00E128A8" w:rsidRPr="00F17A1D" w:rsidRDefault="00E128A8" w:rsidP="00E128A8">
      <w:pPr>
        <w:spacing w:after="140" w:line="283" w:lineRule="auto"/>
        <w:rPr>
          <w:sz w:val="22"/>
          <w:szCs w:val="24"/>
        </w:rPr>
      </w:pPr>
      <w:r w:rsidRPr="00F17A1D">
        <w:rPr>
          <w:sz w:val="22"/>
          <w:szCs w:val="24"/>
        </w:rPr>
        <w:t xml:space="preserve">The team can name at least two specific behaviors that improve </w:t>
      </w:r>
      <w:proofErr w:type="gramStart"/>
      <w:r w:rsidRPr="00F17A1D">
        <w:rPr>
          <w:sz w:val="22"/>
          <w:szCs w:val="24"/>
        </w:rPr>
        <w:t>its</w:t>
      </w:r>
      <w:proofErr w:type="gramEnd"/>
      <w:r w:rsidRPr="00F17A1D">
        <w:rPr>
          <w:sz w:val="22"/>
          <w:szCs w:val="24"/>
        </w:rPr>
        <w:t xml:space="preserve"> work and explain why one deserves consistent attention.</w:t>
      </w:r>
    </w:p>
    <w:p w14:paraId="7D02EB6D" w14:textId="77777777" w:rsidR="00E128A8" w:rsidRDefault="00E128A8" w:rsidP="00E128A8">
      <w:pPr>
        <w:pStyle w:val="Title"/>
        <w:pageBreakBefore/>
        <w:spacing w:after="220"/>
      </w:pPr>
      <w:r>
        <w:lastRenderedPageBreak/>
        <w:t>What G</w:t>
      </w:r>
      <w:r w:rsidR="006A5C60">
        <w:t>reat</w:t>
      </w:r>
      <w:r>
        <w:t xml:space="preserve"> Looks Like | Team Worksheet</w:t>
      </w:r>
    </w:p>
    <w:p w14:paraId="740EAFB4" w14:textId="77777777" w:rsidR="00E128A8" w:rsidRDefault="00E128A8" w:rsidP="00E128A8">
      <w:pPr>
        <w:spacing w:after="140" w:line="283" w:lineRule="auto"/>
        <w:rPr>
          <w:sz w:val="22"/>
          <w:szCs w:val="28"/>
        </w:rPr>
      </w:pPr>
      <w:r w:rsidRPr="0023426A">
        <w:rPr>
          <w:b/>
          <w:bCs/>
          <w:sz w:val="22"/>
          <w:szCs w:val="28"/>
        </w:rPr>
        <w:t>Participant worksheet  •  Reflect on a real example, then compare ideas with your group.</w:t>
      </w:r>
    </w:p>
    <w:p w14:paraId="72777703" w14:textId="77777777" w:rsidR="00E128A8" w:rsidRDefault="00E128A8" w:rsidP="00E128A8">
      <w:pPr>
        <w:pStyle w:val="Heading2"/>
        <w:spacing w:after="60"/>
      </w:pPr>
      <w:r>
        <w:t xml:space="preserve">What is the difference between done and done </w:t>
      </w:r>
      <w:proofErr w:type="gramStart"/>
      <w:r>
        <w:t>really well</w:t>
      </w:r>
      <w:proofErr w:type="gramEnd"/>
      <w:r>
        <w:t>?</w:t>
      </w:r>
    </w:p>
    <w:tbl>
      <w:tblPr>
        <w:tblW w:w="0" w:type="auto"/>
        <w:tblLayout w:type="fixed"/>
        <w:tblLook w:val="04A0" w:firstRow="1" w:lastRow="0" w:firstColumn="1" w:lastColumn="0" w:noHBand="0" w:noVBand="1"/>
      </w:tblPr>
      <w:tblGrid>
        <w:gridCol w:w="9792"/>
      </w:tblGrid>
      <w:tr w:rsidR="00E128A8" w14:paraId="4DC10A21"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6C1D9A36" w14:textId="77777777" w:rsidR="00E128A8" w:rsidRDefault="00E128A8" w:rsidP="00060B29">
            <w:pPr>
              <w:spacing w:after="0" w:line="240" w:lineRule="auto"/>
            </w:pPr>
            <w:r>
              <w:t xml:space="preserve"> </w:t>
            </w:r>
          </w:p>
          <w:p w14:paraId="46B1E7A7" w14:textId="77777777" w:rsidR="00E128A8" w:rsidRDefault="00E128A8" w:rsidP="00060B29">
            <w:pPr>
              <w:spacing w:after="0" w:line="240" w:lineRule="auto"/>
            </w:pPr>
          </w:p>
          <w:p w14:paraId="3210CA02" w14:textId="77777777" w:rsidR="00E128A8" w:rsidRDefault="00E128A8" w:rsidP="00060B29">
            <w:pPr>
              <w:spacing w:after="0" w:line="240" w:lineRule="auto"/>
            </w:pPr>
          </w:p>
          <w:p w14:paraId="49228E7C" w14:textId="77777777" w:rsidR="00E128A8" w:rsidRDefault="00E128A8" w:rsidP="00060B29">
            <w:pPr>
              <w:spacing w:after="0" w:line="240" w:lineRule="auto"/>
            </w:pPr>
          </w:p>
        </w:tc>
      </w:tr>
    </w:tbl>
    <w:p w14:paraId="01AE8117" w14:textId="77777777" w:rsidR="00E128A8" w:rsidRDefault="00E128A8" w:rsidP="00E128A8">
      <w:pPr>
        <w:pStyle w:val="Heading2"/>
        <w:spacing w:before="140" w:after="60"/>
      </w:pPr>
      <w:r>
        <w:t xml:space="preserve">An action I have seen </w:t>
      </w:r>
      <w:proofErr w:type="gramStart"/>
      <w:r>
        <w:t>make</w:t>
      </w:r>
      <w:proofErr w:type="gramEnd"/>
      <w:r>
        <w:t xml:space="preserve"> a positive difference</w:t>
      </w:r>
    </w:p>
    <w:tbl>
      <w:tblPr>
        <w:tblW w:w="0" w:type="auto"/>
        <w:tblLayout w:type="fixed"/>
        <w:tblLook w:val="04A0" w:firstRow="1" w:lastRow="0" w:firstColumn="1" w:lastColumn="0" w:noHBand="0" w:noVBand="1"/>
      </w:tblPr>
      <w:tblGrid>
        <w:gridCol w:w="9792"/>
      </w:tblGrid>
      <w:tr w:rsidR="00E128A8" w14:paraId="6BB179A8"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1E9AEE74" w14:textId="77777777" w:rsidR="00E128A8" w:rsidRDefault="00E128A8" w:rsidP="00060B29">
            <w:pPr>
              <w:spacing w:after="0" w:line="240" w:lineRule="auto"/>
            </w:pPr>
            <w:r>
              <w:t xml:space="preserve"> </w:t>
            </w:r>
          </w:p>
          <w:p w14:paraId="38BA9A3B" w14:textId="77777777" w:rsidR="00E128A8" w:rsidRDefault="00E128A8" w:rsidP="00060B29">
            <w:pPr>
              <w:spacing w:after="0" w:line="240" w:lineRule="auto"/>
            </w:pPr>
          </w:p>
          <w:p w14:paraId="69BB9BDA" w14:textId="77777777" w:rsidR="00E128A8" w:rsidRDefault="00E128A8" w:rsidP="00060B29">
            <w:pPr>
              <w:spacing w:after="0" w:line="240" w:lineRule="auto"/>
            </w:pPr>
          </w:p>
          <w:p w14:paraId="5D56F2E7" w14:textId="77777777" w:rsidR="00E128A8" w:rsidRDefault="00E128A8" w:rsidP="00060B29">
            <w:pPr>
              <w:spacing w:after="0" w:line="240" w:lineRule="auto"/>
            </w:pPr>
          </w:p>
        </w:tc>
      </w:tr>
    </w:tbl>
    <w:p w14:paraId="129517E6" w14:textId="77777777" w:rsidR="00E128A8" w:rsidRDefault="00E128A8" w:rsidP="00E128A8">
      <w:pPr>
        <w:pStyle w:val="Heading2"/>
        <w:spacing w:before="140" w:after="60"/>
      </w:pPr>
      <w:r>
        <w:t>Two behaviors our group believes matter most</w:t>
      </w:r>
    </w:p>
    <w:tbl>
      <w:tblPr>
        <w:tblW w:w="0" w:type="auto"/>
        <w:tblLayout w:type="fixed"/>
        <w:tblLook w:val="04A0" w:firstRow="1" w:lastRow="0" w:firstColumn="1" w:lastColumn="0" w:noHBand="0" w:noVBand="1"/>
      </w:tblPr>
      <w:tblGrid>
        <w:gridCol w:w="9792"/>
      </w:tblGrid>
      <w:tr w:rsidR="00E128A8" w14:paraId="16D97CD6"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7CC27B63" w14:textId="77777777" w:rsidR="00E128A8" w:rsidRDefault="00E128A8" w:rsidP="00060B29">
            <w:pPr>
              <w:spacing w:after="0" w:line="240" w:lineRule="auto"/>
            </w:pPr>
            <w:r>
              <w:t xml:space="preserve"> </w:t>
            </w:r>
          </w:p>
          <w:p w14:paraId="4C0484F1" w14:textId="77777777" w:rsidR="00E128A8" w:rsidRDefault="00E128A8" w:rsidP="00060B29">
            <w:pPr>
              <w:spacing w:after="0" w:line="240" w:lineRule="auto"/>
            </w:pPr>
          </w:p>
          <w:p w14:paraId="646CF4AE" w14:textId="77777777" w:rsidR="00E128A8" w:rsidRDefault="00E128A8" w:rsidP="00060B29">
            <w:pPr>
              <w:spacing w:after="0" w:line="240" w:lineRule="auto"/>
            </w:pPr>
          </w:p>
          <w:p w14:paraId="42F39CF7" w14:textId="77777777" w:rsidR="00E128A8" w:rsidRDefault="00E128A8" w:rsidP="00060B29">
            <w:pPr>
              <w:spacing w:after="0" w:line="240" w:lineRule="auto"/>
            </w:pPr>
          </w:p>
        </w:tc>
      </w:tr>
    </w:tbl>
    <w:p w14:paraId="3096CDB3" w14:textId="77777777" w:rsidR="00E128A8" w:rsidRDefault="00E128A8" w:rsidP="00E128A8">
      <w:pPr>
        <w:pStyle w:val="Heading2"/>
        <w:spacing w:before="140" w:after="60"/>
      </w:pPr>
      <w:r>
        <w:t>One behavior our team will pay closer attention to</w:t>
      </w:r>
    </w:p>
    <w:tbl>
      <w:tblPr>
        <w:tblW w:w="0" w:type="auto"/>
        <w:tblLayout w:type="fixed"/>
        <w:tblLook w:val="04A0" w:firstRow="1" w:lastRow="0" w:firstColumn="1" w:lastColumn="0" w:noHBand="0" w:noVBand="1"/>
      </w:tblPr>
      <w:tblGrid>
        <w:gridCol w:w="9792"/>
      </w:tblGrid>
      <w:tr w:rsidR="00E128A8" w14:paraId="3BEA7D3F" w14:textId="77777777" w:rsidTr="00060B29">
        <w:tc>
          <w:tcPr>
            <w:tcW w:w="9792" w:type="dxa"/>
            <w:tcBorders>
              <w:top w:val="single" w:sz="5" w:space="0" w:color="BFC7D4"/>
              <w:left w:val="single" w:sz="5" w:space="0" w:color="BFC7D4"/>
              <w:bottom w:val="single" w:sz="5" w:space="0" w:color="BFC7D4"/>
              <w:right w:val="single" w:sz="5" w:space="0" w:color="BFC7D4"/>
            </w:tcBorders>
            <w:shd w:val="clear" w:color="auto" w:fill="FFF8E7"/>
            <w:tcMar>
              <w:top w:w="180" w:type="dxa"/>
              <w:left w:w="110" w:type="dxa"/>
              <w:bottom w:w="180" w:type="dxa"/>
              <w:right w:w="110" w:type="dxa"/>
            </w:tcMar>
            <w:vAlign w:val="center"/>
          </w:tcPr>
          <w:p w14:paraId="245E0919" w14:textId="77777777" w:rsidR="00E128A8" w:rsidRDefault="00E128A8" w:rsidP="00060B29">
            <w:pPr>
              <w:spacing w:after="0" w:line="240" w:lineRule="auto"/>
            </w:pPr>
            <w:r>
              <w:t xml:space="preserve"> </w:t>
            </w:r>
          </w:p>
          <w:p w14:paraId="468FB8FB" w14:textId="77777777" w:rsidR="00E128A8" w:rsidRDefault="00E128A8" w:rsidP="00060B29">
            <w:pPr>
              <w:spacing w:after="0" w:line="240" w:lineRule="auto"/>
            </w:pPr>
          </w:p>
          <w:p w14:paraId="12B8582B" w14:textId="77777777" w:rsidR="00E128A8" w:rsidRDefault="00E128A8" w:rsidP="00060B29">
            <w:pPr>
              <w:spacing w:after="0" w:line="240" w:lineRule="auto"/>
            </w:pPr>
          </w:p>
          <w:p w14:paraId="451B1B13" w14:textId="77777777" w:rsidR="00E128A8" w:rsidRDefault="00E128A8" w:rsidP="00060B29">
            <w:pPr>
              <w:spacing w:after="0" w:line="240" w:lineRule="auto"/>
            </w:pPr>
          </w:p>
        </w:tc>
      </w:tr>
    </w:tbl>
    <w:p w14:paraId="2DD3AF75" w14:textId="77777777" w:rsidR="00E10B19" w:rsidRDefault="00EB4D04">
      <w:r>
        <w:br w:type="page"/>
      </w:r>
    </w:p>
    <w:p w14:paraId="2CFEDF9D" w14:textId="77777777" w:rsidR="007B24E3" w:rsidRPr="007B24E3" w:rsidRDefault="007B24E3" w:rsidP="007B24E3">
      <w:pPr>
        <w:pBdr>
          <w:bottom w:val="single" w:sz="8" w:space="4" w:color="B9913A"/>
        </w:pBdr>
        <w:spacing w:after="260" w:line="240" w:lineRule="auto"/>
        <w:contextualSpacing/>
        <w:rPr>
          <w:rFonts w:asciiTheme="majorHAnsi" w:eastAsiaTheme="majorEastAsia" w:hAnsiTheme="majorHAnsi" w:cstheme="majorBidi"/>
          <w:b/>
          <w:color w:val="1A2744"/>
          <w:spacing w:val="5"/>
          <w:kern w:val="28"/>
          <w:sz w:val="42"/>
          <w:szCs w:val="42"/>
        </w:rPr>
      </w:pPr>
      <w:r w:rsidRPr="007B24E3">
        <w:rPr>
          <w:rFonts w:asciiTheme="majorHAnsi" w:eastAsiaTheme="majorEastAsia" w:hAnsiTheme="majorHAnsi" w:cstheme="majorBidi"/>
          <w:b/>
          <w:color w:val="1A2744"/>
          <w:spacing w:val="5"/>
          <w:kern w:val="28"/>
          <w:sz w:val="42"/>
          <w:szCs w:val="42"/>
        </w:rPr>
        <w:lastRenderedPageBreak/>
        <w:t>Build Your Team Building Activity</w:t>
      </w:r>
    </w:p>
    <w:p w14:paraId="48D56825" w14:textId="77777777" w:rsidR="007B24E3" w:rsidRPr="00CF726C" w:rsidRDefault="007B24E3" w:rsidP="00CF726C">
      <w:pPr>
        <w:spacing w:before="480" w:after="140"/>
        <w:rPr>
          <w:b/>
          <w:bCs/>
          <w:sz w:val="22"/>
        </w:rPr>
      </w:pPr>
      <w:r w:rsidRPr="00CF726C">
        <w:rPr>
          <w:b/>
          <w:bCs/>
          <w:sz w:val="22"/>
        </w:rPr>
        <w:t>Create an experience that helps your team connect, discover, and grow.</w:t>
      </w:r>
    </w:p>
    <w:p w14:paraId="3E0932AD" w14:textId="77777777" w:rsidR="007B24E3" w:rsidRPr="007B24E3" w:rsidRDefault="007B24E3" w:rsidP="007B24E3">
      <w:pPr>
        <w:spacing w:after="140"/>
        <w:rPr>
          <w:sz w:val="22"/>
        </w:rPr>
      </w:pPr>
      <w:r w:rsidRPr="007B24E3">
        <w:rPr>
          <w:sz w:val="22"/>
        </w:rPr>
        <w:t xml:space="preserve">Sometimes the best activity begins with something your team is experiencing right now: a communication challenge, a new project, or simply the chance to have some fun together. You </w:t>
      </w:r>
      <w:r w:rsidR="00294F0D" w:rsidRPr="00294F0D">
        <w:rPr>
          <w:sz w:val="22"/>
        </w:rPr>
        <w:t xml:space="preserve">don’t </w:t>
      </w:r>
      <w:r w:rsidRPr="007B24E3">
        <w:rPr>
          <w:sz w:val="22"/>
        </w:rPr>
        <w:t>need special training or elaborate materials. Start with one purpose, give people something meaningful to experience, and help them discover what it means for their work.</w:t>
      </w:r>
    </w:p>
    <w:p w14:paraId="01E9EB85" w14:textId="77777777" w:rsidR="007B24E3" w:rsidRPr="007B24E3" w:rsidRDefault="007B24E3" w:rsidP="007B24E3">
      <w:pPr>
        <w:keepNext/>
        <w:keepLines/>
        <w:spacing w:before="200" w:after="100"/>
        <w:outlineLvl w:val="1"/>
        <w:rPr>
          <w:rFonts w:asciiTheme="majorHAnsi" w:eastAsiaTheme="majorEastAsia" w:hAnsiTheme="majorHAnsi" w:cstheme="majorBidi"/>
          <w:b/>
          <w:bCs/>
          <w:color w:val="1A2744"/>
          <w:sz w:val="24"/>
          <w:szCs w:val="26"/>
        </w:rPr>
      </w:pPr>
      <w:r w:rsidRPr="007B24E3">
        <w:rPr>
          <w:rFonts w:asciiTheme="majorHAnsi" w:eastAsiaTheme="majorEastAsia" w:hAnsiTheme="majorHAnsi" w:cstheme="majorBidi"/>
          <w:b/>
          <w:bCs/>
          <w:color w:val="1A2744"/>
          <w:sz w:val="28"/>
          <w:szCs w:val="26"/>
        </w:rPr>
        <w:t>1. Set the stage</w:t>
      </w:r>
    </w:p>
    <w:p w14:paraId="05FD0A89" w14:textId="77777777" w:rsidR="007B24E3" w:rsidRPr="007B24E3" w:rsidRDefault="007B24E3" w:rsidP="007B24E3">
      <w:pPr>
        <w:spacing w:after="140"/>
        <w:rPr>
          <w:sz w:val="22"/>
        </w:rPr>
      </w:pPr>
      <w:r w:rsidRPr="007B24E3">
        <w:rPr>
          <w:sz w:val="22"/>
        </w:rPr>
        <w:t>Choose one thing you want your team to experience or discover. A familiar workplace situation can be a useful starting point. Give the activity an inviting name and introduce the challenge without revealing the lesson too soon.</w:t>
      </w:r>
    </w:p>
    <w:p w14:paraId="5789EC9B" w14:textId="77777777" w:rsidR="007B24E3" w:rsidRPr="007B24E3" w:rsidRDefault="007B24E3" w:rsidP="007B24E3">
      <w:pPr>
        <w:keepNext/>
        <w:keepLines/>
        <w:spacing w:before="200" w:after="100"/>
        <w:outlineLvl w:val="1"/>
        <w:rPr>
          <w:rFonts w:asciiTheme="majorHAnsi" w:eastAsiaTheme="majorEastAsia" w:hAnsiTheme="majorHAnsi" w:cstheme="majorBidi"/>
          <w:b/>
          <w:bCs/>
          <w:color w:val="1A2744"/>
          <w:sz w:val="24"/>
          <w:szCs w:val="26"/>
        </w:rPr>
      </w:pPr>
      <w:r w:rsidRPr="007B24E3">
        <w:rPr>
          <w:rFonts w:asciiTheme="majorHAnsi" w:eastAsiaTheme="majorEastAsia" w:hAnsiTheme="majorHAnsi" w:cstheme="majorBidi"/>
          <w:b/>
          <w:bCs/>
          <w:color w:val="1A2744"/>
          <w:sz w:val="28"/>
          <w:szCs w:val="26"/>
        </w:rPr>
        <w:t>2. Create the experience</w:t>
      </w:r>
    </w:p>
    <w:p w14:paraId="6146E80A" w14:textId="77777777" w:rsidR="007B24E3" w:rsidRPr="007B24E3" w:rsidRDefault="007B24E3" w:rsidP="007B24E3">
      <w:pPr>
        <w:spacing w:after="140"/>
        <w:rPr>
          <w:sz w:val="22"/>
        </w:rPr>
      </w:pPr>
      <w:r w:rsidRPr="007B24E3">
        <w:rPr>
          <w:sz w:val="22"/>
        </w:rPr>
        <w:t>Give participants something to solve, build, compare, discover, or try together. A surprise, playful challenge, or unexpected change in perspective can make it memorable. Keep instructions simple and participation comfortable. The experience should be more than a discussion disguised as an activity.</w:t>
      </w:r>
    </w:p>
    <w:p w14:paraId="7840AE35" w14:textId="77777777" w:rsidR="007B24E3" w:rsidRPr="007B24E3" w:rsidRDefault="007B24E3" w:rsidP="007B24E3">
      <w:pPr>
        <w:keepNext/>
        <w:keepLines/>
        <w:spacing w:before="200" w:after="100"/>
        <w:outlineLvl w:val="1"/>
        <w:rPr>
          <w:rFonts w:asciiTheme="majorHAnsi" w:eastAsiaTheme="majorEastAsia" w:hAnsiTheme="majorHAnsi" w:cstheme="majorBidi"/>
          <w:b/>
          <w:bCs/>
          <w:color w:val="1A2744"/>
          <w:sz w:val="24"/>
          <w:szCs w:val="26"/>
        </w:rPr>
      </w:pPr>
      <w:r w:rsidRPr="007B24E3">
        <w:rPr>
          <w:rFonts w:asciiTheme="majorHAnsi" w:eastAsiaTheme="majorEastAsia" w:hAnsiTheme="majorHAnsi" w:cstheme="majorBidi"/>
          <w:b/>
          <w:bCs/>
          <w:color w:val="1A2744"/>
          <w:sz w:val="28"/>
          <w:szCs w:val="26"/>
        </w:rPr>
        <w:t>3. Reveal the lesson</w:t>
      </w:r>
    </w:p>
    <w:p w14:paraId="64681AA4" w14:textId="77777777" w:rsidR="007B24E3" w:rsidRPr="007B24E3" w:rsidRDefault="007B24E3" w:rsidP="007B24E3">
      <w:pPr>
        <w:spacing w:after="140"/>
        <w:rPr>
          <w:sz w:val="22"/>
        </w:rPr>
      </w:pPr>
      <w:r w:rsidRPr="007B24E3">
        <w:rPr>
          <w:sz w:val="22"/>
        </w:rPr>
        <w:t>After the experience, ask what people noticed. Useful questions include: “</w:t>
      </w:r>
      <w:r w:rsidRPr="007B24E3">
        <w:rPr>
          <w:i/>
          <w:iCs/>
          <w:sz w:val="22"/>
        </w:rPr>
        <w:t>What surprised you?</w:t>
      </w:r>
      <w:r w:rsidRPr="007B24E3">
        <w:rPr>
          <w:sz w:val="22"/>
        </w:rPr>
        <w:t>” “</w:t>
      </w:r>
      <w:r w:rsidRPr="007B24E3">
        <w:rPr>
          <w:i/>
          <w:iCs/>
          <w:sz w:val="22"/>
        </w:rPr>
        <w:t>What changed your thinking?</w:t>
      </w:r>
      <w:r w:rsidRPr="007B24E3">
        <w:rPr>
          <w:sz w:val="22"/>
        </w:rPr>
        <w:t>” and “</w:t>
      </w:r>
      <w:r w:rsidRPr="007B24E3">
        <w:rPr>
          <w:i/>
          <w:iCs/>
          <w:sz w:val="22"/>
        </w:rPr>
        <w:t>What would you do differently?</w:t>
      </w:r>
      <w:r w:rsidRPr="007B24E3">
        <w:rPr>
          <w:sz w:val="22"/>
        </w:rPr>
        <w:t xml:space="preserve">” Ask about what participants experienced. Let their discoveries come before you reveal the lesson participants can take away from the exercise. </w:t>
      </w:r>
    </w:p>
    <w:p w14:paraId="08D2FB4B" w14:textId="77777777" w:rsidR="007B24E3" w:rsidRPr="007B24E3" w:rsidRDefault="007B24E3" w:rsidP="007B24E3">
      <w:pPr>
        <w:keepNext/>
        <w:keepLines/>
        <w:spacing w:before="200" w:after="100"/>
        <w:outlineLvl w:val="1"/>
        <w:rPr>
          <w:rFonts w:asciiTheme="majorHAnsi" w:eastAsiaTheme="majorEastAsia" w:hAnsiTheme="majorHAnsi" w:cstheme="majorBidi"/>
          <w:b/>
          <w:bCs/>
          <w:color w:val="1A2744"/>
          <w:sz w:val="24"/>
          <w:szCs w:val="26"/>
        </w:rPr>
      </w:pPr>
      <w:r w:rsidRPr="007B24E3">
        <w:rPr>
          <w:rFonts w:asciiTheme="majorHAnsi" w:eastAsiaTheme="majorEastAsia" w:hAnsiTheme="majorHAnsi" w:cstheme="majorBidi"/>
          <w:b/>
          <w:bCs/>
          <w:color w:val="1A2744"/>
          <w:sz w:val="28"/>
          <w:szCs w:val="26"/>
        </w:rPr>
        <w:t>4. Connect it to work</w:t>
      </w:r>
    </w:p>
    <w:p w14:paraId="20FF2D70" w14:textId="77777777" w:rsidR="007B24E3" w:rsidRPr="007B24E3" w:rsidRDefault="007B24E3" w:rsidP="007B24E3">
      <w:pPr>
        <w:spacing w:after="140"/>
        <w:rPr>
          <w:sz w:val="22"/>
        </w:rPr>
      </w:pPr>
      <w:r w:rsidRPr="007B24E3">
        <w:rPr>
          <w:sz w:val="22"/>
        </w:rPr>
        <w:t xml:space="preserve">Ask where the same behaviors or challenges appear in the team’s daily work. These are </w:t>
      </w:r>
      <w:proofErr w:type="gramStart"/>
      <w:r w:rsidRPr="007B24E3">
        <w:rPr>
          <w:sz w:val="22"/>
        </w:rPr>
        <w:t>team building</w:t>
      </w:r>
      <w:proofErr w:type="gramEnd"/>
      <w:r w:rsidRPr="007B24E3">
        <w:rPr>
          <w:sz w:val="22"/>
        </w:rPr>
        <w:t xml:space="preserve"> activities so make certain the focus remains on how the team can build stronger relationships and improve the quality of team dynamics and results.</w:t>
      </w:r>
    </w:p>
    <w:p w14:paraId="787ED636" w14:textId="77777777" w:rsidR="007B24E3" w:rsidRPr="007B24E3" w:rsidRDefault="007B24E3" w:rsidP="007B24E3">
      <w:pPr>
        <w:keepNext/>
        <w:keepLines/>
        <w:spacing w:before="200" w:after="100"/>
        <w:outlineLvl w:val="1"/>
        <w:rPr>
          <w:rFonts w:asciiTheme="majorHAnsi" w:eastAsiaTheme="majorEastAsia" w:hAnsiTheme="majorHAnsi" w:cstheme="majorBidi"/>
          <w:b/>
          <w:bCs/>
          <w:color w:val="1A2744"/>
          <w:sz w:val="24"/>
          <w:szCs w:val="26"/>
        </w:rPr>
      </w:pPr>
      <w:r w:rsidRPr="007B24E3">
        <w:rPr>
          <w:rFonts w:asciiTheme="majorHAnsi" w:eastAsiaTheme="majorEastAsia" w:hAnsiTheme="majorHAnsi" w:cstheme="majorBidi"/>
          <w:b/>
          <w:bCs/>
          <w:color w:val="1A2744"/>
          <w:sz w:val="28"/>
          <w:szCs w:val="26"/>
        </w:rPr>
        <w:t>5. Make it stick</w:t>
      </w:r>
    </w:p>
    <w:p w14:paraId="34ECBC1F" w14:textId="77777777" w:rsidR="007B24E3" w:rsidRPr="007B24E3" w:rsidRDefault="007B24E3" w:rsidP="007B24E3">
      <w:pPr>
        <w:spacing w:after="140"/>
        <w:rPr>
          <w:sz w:val="22"/>
        </w:rPr>
      </w:pPr>
      <w:r w:rsidRPr="007B24E3">
        <w:rPr>
          <w:sz w:val="22"/>
        </w:rPr>
        <w:t>Not every activity needs an action plan. Sometimes laughter, connection, or a new perspective is enough. When the group identifies a practical improvement, choose one small action and follow through without creating unnecessary paperwork.</w:t>
      </w:r>
    </w:p>
    <w:p w14:paraId="78F9B751" w14:textId="77777777" w:rsidR="007B24E3" w:rsidRPr="007B24E3" w:rsidRDefault="007B24E3" w:rsidP="007B24E3">
      <w:pPr>
        <w:rPr>
          <w:sz w:val="22"/>
        </w:rPr>
      </w:pPr>
      <w:r w:rsidRPr="007B24E3">
        <w:rPr>
          <w:sz w:val="22"/>
        </w:rPr>
        <w:br w:type="page"/>
      </w:r>
    </w:p>
    <w:p w14:paraId="1EFA9843" w14:textId="77777777" w:rsidR="007B24E3" w:rsidRPr="007B24E3" w:rsidRDefault="007B24E3" w:rsidP="007B24E3">
      <w:pPr>
        <w:pBdr>
          <w:bottom w:val="single" w:sz="8" w:space="4" w:color="B9913A"/>
        </w:pBdr>
        <w:spacing w:after="260" w:line="240" w:lineRule="auto"/>
        <w:contextualSpacing/>
        <w:rPr>
          <w:rFonts w:asciiTheme="majorHAnsi" w:eastAsiaTheme="majorEastAsia" w:hAnsiTheme="majorHAnsi" w:cstheme="majorBidi"/>
          <w:b/>
          <w:color w:val="1A2744"/>
          <w:spacing w:val="5"/>
          <w:kern w:val="28"/>
          <w:sz w:val="42"/>
          <w:szCs w:val="42"/>
        </w:rPr>
      </w:pPr>
      <w:r w:rsidRPr="007B24E3">
        <w:rPr>
          <w:rFonts w:asciiTheme="majorHAnsi" w:eastAsiaTheme="majorEastAsia" w:hAnsiTheme="majorHAnsi" w:cstheme="majorBidi"/>
          <w:b/>
          <w:color w:val="1A2744"/>
          <w:spacing w:val="5"/>
          <w:kern w:val="28"/>
          <w:sz w:val="42"/>
          <w:szCs w:val="42"/>
        </w:rPr>
        <w:lastRenderedPageBreak/>
        <w:t>A Few Tips from Experience</w:t>
      </w:r>
    </w:p>
    <w:p w14:paraId="0EB0034E" w14:textId="77777777" w:rsidR="007B24E3" w:rsidRPr="007B24E3" w:rsidRDefault="007B24E3" w:rsidP="00CF726C">
      <w:pPr>
        <w:keepNext/>
        <w:keepLines/>
        <w:spacing w:before="480" w:after="100"/>
        <w:outlineLvl w:val="1"/>
        <w:rPr>
          <w:rFonts w:asciiTheme="majorHAnsi" w:eastAsiaTheme="majorEastAsia" w:hAnsiTheme="majorHAnsi" w:cstheme="majorBidi"/>
          <w:b/>
          <w:bCs/>
          <w:color w:val="1A2744"/>
          <w:sz w:val="24"/>
          <w:szCs w:val="26"/>
        </w:rPr>
      </w:pPr>
      <w:r w:rsidRPr="007B24E3">
        <w:rPr>
          <w:rFonts w:asciiTheme="majorHAnsi" w:eastAsiaTheme="majorEastAsia" w:hAnsiTheme="majorHAnsi" w:cstheme="majorBidi"/>
          <w:b/>
          <w:bCs/>
          <w:color w:val="1A2744"/>
          <w:sz w:val="28"/>
          <w:szCs w:val="26"/>
        </w:rPr>
        <w:t>Make it fun</w:t>
      </w:r>
    </w:p>
    <w:p w14:paraId="117B8D52" w14:textId="77777777" w:rsidR="007B24E3" w:rsidRPr="007B24E3" w:rsidRDefault="007B24E3" w:rsidP="007B24E3">
      <w:pPr>
        <w:spacing w:after="140"/>
        <w:rPr>
          <w:sz w:val="22"/>
        </w:rPr>
      </w:pPr>
      <w:r w:rsidRPr="007B24E3">
        <w:rPr>
          <w:sz w:val="22"/>
        </w:rPr>
        <w:t>Small touches can help people relax. Individually wrapped treats can create a welcoming atmosphere or help get the conversation started. Use your judgment, account for dietary needs, and don’t make participation feel like a condition for receiving a treat.</w:t>
      </w:r>
    </w:p>
    <w:p w14:paraId="4BE94F4A" w14:textId="77777777" w:rsidR="007B24E3" w:rsidRPr="007B24E3" w:rsidRDefault="007B24E3" w:rsidP="007B24E3">
      <w:pPr>
        <w:keepNext/>
        <w:keepLines/>
        <w:spacing w:before="200" w:after="100"/>
        <w:outlineLvl w:val="1"/>
        <w:rPr>
          <w:rFonts w:asciiTheme="majorHAnsi" w:eastAsiaTheme="majorEastAsia" w:hAnsiTheme="majorHAnsi" w:cstheme="majorBidi"/>
          <w:b/>
          <w:bCs/>
          <w:color w:val="1A2744"/>
          <w:sz w:val="24"/>
          <w:szCs w:val="26"/>
        </w:rPr>
      </w:pPr>
      <w:r w:rsidRPr="007B24E3">
        <w:rPr>
          <w:rFonts w:asciiTheme="majorHAnsi" w:eastAsiaTheme="majorEastAsia" w:hAnsiTheme="majorHAnsi" w:cstheme="majorBidi"/>
          <w:b/>
          <w:bCs/>
          <w:color w:val="1A2744"/>
          <w:sz w:val="28"/>
          <w:szCs w:val="26"/>
        </w:rPr>
        <w:t>Get a second opinion</w:t>
      </w:r>
    </w:p>
    <w:p w14:paraId="5093B52E" w14:textId="77777777" w:rsidR="007B24E3" w:rsidRPr="007B24E3" w:rsidRDefault="007B24E3" w:rsidP="007B24E3">
      <w:pPr>
        <w:spacing w:after="140"/>
        <w:rPr>
          <w:sz w:val="22"/>
        </w:rPr>
      </w:pPr>
      <w:r w:rsidRPr="007B24E3">
        <w:rPr>
          <w:sz w:val="22"/>
        </w:rPr>
        <w:t>Ask someone you trust to review your activity before you lead it. A fresh perspective can reveal confusing directions, uncomfortable moments, unrealistic timing, or questions that may not land as intended.</w:t>
      </w:r>
    </w:p>
    <w:p w14:paraId="4D9A83BF" w14:textId="77777777" w:rsidR="007B24E3" w:rsidRPr="007B24E3" w:rsidRDefault="007B24E3" w:rsidP="007B24E3">
      <w:pPr>
        <w:keepNext/>
        <w:keepLines/>
        <w:spacing w:before="200" w:after="100"/>
        <w:outlineLvl w:val="1"/>
        <w:rPr>
          <w:rFonts w:asciiTheme="majorHAnsi" w:eastAsiaTheme="majorEastAsia" w:hAnsiTheme="majorHAnsi" w:cstheme="majorBidi"/>
          <w:b/>
          <w:bCs/>
          <w:color w:val="1A2744"/>
          <w:sz w:val="24"/>
          <w:szCs w:val="26"/>
        </w:rPr>
      </w:pPr>
      <w:r w:rsidRPr="007B24E3">
        <w:rPr>
          <w:rFonts w:asciiTheme="majorHAnsi" w:eastAsiaTheme="majorEastAsia" w:hAnsiTheme="majorHAnsi" w:cstheme="majorBidi"/>
          <w:b/>
          <w:bCs/>
          <w:color w:val="1A2744"/>
          <w:sz w:val="28"/>
          <w:szCs w:val="26"/>
        </w:rPr>
        <w:t>Develop future leaders</w:t>
      </w:r>
    </w:p>
    <w:p w14:paraId="3BBD0EA7" w14:textId="77777777" w:rsidR="007B24E3" w:rsidRPr="007B24E3" w:rsidRDefault="007B24E3" w:rsidP="007B24E3">
      <w:pPr>
        <w:spacing w:after="140"/>
        <w:rPr>
          <w:sz w:val="22"/>
        </w:rPr>
      </w:pPr>
      <w:r w:rsidRPr="007B24E3">
        <w:rPr>
          <w:sz w:val="22"/>
        </w:rPr>
        <w:t xml:space="preserve">Invite one or two employees who are interested in </w:t>
      </w:r>
      <w:proofErr w:type="gramStart"/>
      <w:r w:rsidRPr="007B24E3">
        <w:rPr>
          <w:sz w:val="22"/>
        </w:rPr>
        <w:t>growing</w:t>
      </w:r>
      <w:proofErr w:type="gramEnd"/>
      <w:r w:rsidRPr="007B24E3">
        <w:rPr>
          <w:sz w:val="22"/>
        </w:rPr>
        <w:t xml:space="preserve"> their leadership skills to design a team building activity. Give them room to be creative. Review and approve the finished </w:t>
      </w:r>
      <w:r w:rsidR="00F62D40" w:rsidRPr="007B24E3">
        <w:rPr>
          <w:sz w:val="22"/>
        </w:rPr>
        <w:t>plan and</w:t>
      </w:r>
      <w:r w:rsidRPr="007B24E3">
        <w:rPr>
          <w:sz w:val="22"/>
        </w:rPr>
        <w:t xml:space="preserve"> consider letting them facilitate it. </w:t>
      </w:r>
    </w:p>
    <w:p w14:paraId="5EE7F575" w14:textId="77777777" w:rsidR="007B24E3" w:rsidRPr="007B24E3" w:rsidRDefault="007B24E3" w:rsidP="007B24E3">
      <w:pPr>
        <w:spacing w:after="140"/>
        <w:rPr>
          <w:sz w:val="22"/>
        </w:rPr>
      </w:pPr>
      <w:r w:rsidRPr="007B24E3">
        <w:rPr>
          <w:sz w:val="22"/>
        </w:rPr>
        <w:t>Designing and leading a team building activity is a valuable leadership development opportunity.</w:t>
      </w:r>
    </w:p>
    <w:p w14:paraId="03C06CB7" w14:textId="77777777" w:rsidR="007B24E3" w:rsidRPr="007B24E3" w:rsidRDefault="007B24E3" w:rsidP="007B24E3">
      <w:pPr>
        <w:keepNext/>
        <w:keepLines/>
        <w:spacing w:before="200" w:after="100"/>
        <w:outlineLvl w:val="1"/>
        <w:rPr>
          <w:rFonts w:asciiTheme="majorHAnsi" w:eastAsiaTheme="majorEastAsia" w:hAnsiTheme="majorHAnsi" w:cstheme="majorBidi"/>
          <w:b/>
          <w:bCs/>
          <w:color w:val="1A2744"/>
          <w:sz w:val="24"/>
          <w:szCs w:val="26"/>
        </w:rPr>
      </w:pPr>
      <w:r w:rsidRPr="007B24E3">
        <w:rPr>
          <w:rFonts w:asciiTheme="majorHAnsi" w:eastAsiaTheme="majorEastAsia" w:hAnsiTheme="majorHAnsi" w:cstheme="majorBidi"/>
          <w:b/>
          <w:bCs/>
          <w:color w:val="1A2744"/>
          <w:sz w:val="28"/>
          <w:szCs w:val="26"/>
        </w:rPr>
        <w:t xml:space="preserve">Before </w:t>
      </w:r>
      <w:r w:rsidR="008A00D1">
        <w:rPr>
          <w:rFonts w:asciiTheme="majorHAnsi" w:eastAsiaTheme="majorEastAsia" w:hAnsiTheme="majorHAnsi" w:cstheme="majorBidi"/>
          <w:b/>
          <w:bCs/>
          <w:color w:val="1A2744"/>
          <w:sz w:val="28"/>
          <w:szCs w:val="26"/>
        </w:rPr>
        <w:t>y</w:t>
      </w:r>
      <w:r w:rsidRPr="007B24E3">
        <w:rPr>
          <w:rFonts w:asciiTheme="majorHAnsi" w:eastAsiaTheme="majorEastAsia" w:hAnsiTheme="majorHAnsi" w:cstheme="majorBidi"/>
          <w:b/>
          <w:bCs/>
          <w:color w:val="1A2744"/>
          <w:sz w:val="28"/>
          <w:szCs w:val="26"/>
        </w:rPr>
        <w:t xml:space="preserve">ou </w:t>
      </w:r>
      <w:r w:rsidR="008A00D1">
        <w:rPr>
          <w:rFonts w:asciiTheme="majorHAnsi" w:eastAsiaTheme="majorEastAsia" w:hAnsiTheme="majorHAnsi" w:cstheme="majorBidi"/>
          <w:b/>
          <w:bCs/>
          <w:color w:val="1A2744"/>
          <w:sz w:val="28"/>
          <w:szCs w:val="26"/>
        </w:rPr>
        <w:t>le</w:t>
      </w:r>
      <w:r w:rsidRPr="007B24E3">
        <w:rPr>
          <w:rFonts w:asciiTheme="majorHAnsi" w:eastAsiaTheme="majorEastAsia" w:hAnsiTheme="majorHAnsi" w:cstheme="majorBidi"/>
          <w:b/>
          <w:bCs/>
          <w:color w:val="1A2744"/>
          <w:sz w:val="28"/>
          <w:szCs w:val="26"/>
        </w:rPr>
        <w:t xml:space="preserve">ad </w:t>
      </w:r>
      <w:r w:rsidR="008A00D1" w:rsidRPr="007B24E3">
        <w:rPr>
          <w:rFonts w:asciiTheme="majorHAnsi" w:eastAsiaTheme="majorEastAsia" w:hAnsiTheme="majorHAnsi" w:cstheme="majorBidi"/>
          <w:b/>
          <w:bCs/>
          <w:color w:val="1A2744"/>
          <w:sz w:val="28"/>
          <w:szCs w:val="26"/>
        </w:rPr>
        <w:t>the</w:t>
      </w:r>
      <w:r w:rsidRPr="007B24E3">
        <w:rPr>
          <w:rFonts w:asciiTheme="majorHAnsi" w:eastAsiaTheme="majorEastAsia" w:hAnsiTheme="majorHAnsi" w:cstheme="majorBidi"/>
          <w:b/>
          <w:bCs/>
          <w:color w:val="1A2744"/>
          <w:sz w:val="28"/>
          <w:szCs w:val="26"/>
        </w:rPr>
        <w:t xml:space="preserve"> </w:t>
      </w:r>
      <w:r w:rsidR="008A00D1">
        <w:rPr>
          <w:rFonts w:asciiTheme="majorHAnsi" w:eastAsiaTheme="majorEastAsia" w:hAnsiTheme="majorHAnsi" w:cstheme="majorBidi"/>
          <w:b/>
          <w:bCs/>
          <w:color w:val="1A2744"/>
          <w:sz w:val="28"/>
          <w:szCs w:val="26"/>
        </w:rPr>
        <w:t>a</w:t>
      </w:r>
      <w:r w:rsidRPr="007B24E3">
        <w:rPr>
          <w:rFonts w:asciiTheme="majorHAnsi" w:eastAsiaTheme="majorEastAsia" w:hAnsiTheme="majorHAnsi" w:cstheme="majorBidi"/>
          <w:b/>
          <w:bCs/>
          <w:color w:val="1A2744"/>
          <w:sz w:val="28"/>
          <w:szCs w:val="26"/>
        </w:rPr>
        <w:t>ctivity</w:t>
      </w:r>
    </w:p>
    <w:p w14:paraId="0817487B" w14:textId="77777777" w:rsidR="007B24E3" w:rsidRPr="00294F0D" w:rsidRDefault="007B24E3" w:rsidP="007B24E3">
      <w:pPr>
        <w:spacing w:after="140"/>
        <w:ind w:left="270"/>
        <w:rPr>
          <w:sz w:val="36"/>
          <w:szCs w:val="36"/>
        </w:rPr>
      </w:pPr>
      <w:r w:rsidRPr="00294F0D">
        <w:rPr>
          <w:sz w:val="24"/>
          <w:szCs w:val="24"/>
        </w:rPr>
        <w:t>☐  Is the purpose clear and relevant to this team?</w:t>
      </w:r>
    </w:p>
    <w:p w14:paraId="0044394E" w14:textId="77777777" w:rsidR="007B24E3" w:rsidRPr="00294F0D" w:rsidRDefault="007B24E3" w:rsidP="007B24E3">
      <w:pPr>
        <w:spacing w:after="140"/>
        <w:ind w:left="270"/>
        <w:rPr>
          <w:sz w:val="24"/>
          <w:szCs w:val="24"/>
        </w:rPr>
      </w:pPr>
      <w:r w:rsidRPr="00294F0D">
        <w:rPr>
          <w:sz w:val="24"/>
          <w:szCs w:val="24"/>
        </w:rPr>
        <w:t>☐  Will people experience something rather than simply listen?</w:t>
      </w:r>
    </w:p>
    <w:p w14:paraId="545715AA" w14:textId="77777777" w:rsidR="007B24E3" w:rsidRPr="00294F0D" w:rsidRDefault="007B24E3" w:rsidP="007B24E3">
      <w:pPr>
        <w:spacing w:after="140"/>
        <w:ind w:left="270"/>
        <w:rPr>
          <w:sz w:val="24"/>
          <w:szCs w:val="24"/>
        </w:rPr>
      </w:pPr>
      <w:r w:rsidRPr="00294F0D">
        <w:rPr>
          <w:sz w:val="24"/>
          <w:szCs w:val="24"/>
        </w:rPr>
        <w:t>☐  Are the directions and timing realistic?</w:t>
      </w:r>
    </w:p>
    <w:p w14:paraId="2BE6FAAB" w14:textId="77777777" w:rsidR="007B24E3" w:rsidRPr="00294F0D" w:rsidRDefault="007B24E3" w:rsidP="007B24E3">
      <w:pPr>
        <w:spacing w:after="140"/>
        <w:ind w:left="270"/>
        <w:rPr>
          <w:sz w:val="24"/>
          <w:szCs w:val="24"/>
        </w:rPr>
      </w:pPr>
      <w:r w:rsidRPr="00294F0D">
        <w:rPr>
          <w:sz w:val="24"/>
          <w:szCs w:val="24"/>
        </w:rPr>
        <w:t>☐  Can participants contribute without feeling pressured?</w:t>
      </w:r>
    </w:p>
    <w:p w14:paraId="572B472A" w14:textId="77777777" w:rsidR="007B24E3" w:rsidRPr="00294F0D" w:rsidRDefault="007B24E3" w:rsidP="007B24E3">
      <w:pPr>
        <w:spacing w:after="140"/>
        <w:ind w:left="270"/>
        <w:rPr>
          <w:sz w:val="24"/>
          <w:szCs w:val="24"/>
        </w:rPr>
      </w:pPr>
      <w:r w:rsidRPr="00294F0D">
        <w:rPr>
          <w:sz w:val="24"/>
          <w:szCs w:val="24"/>
        </w:rPr>
        <w:t xml:space="preserve">☐  Do the discussion questions reflect </w:t>
      </w:r>
      <w:r w:rsidR="001361D0" w:rsidRPr="00294F0D">
        <w:rPr>
          <w:sz w:val="24"/>
          <w:szCs w:val="24"/>
        </w:rPr>
        <w:t>what participants experience</w:t>
      </w:r>
      <w:r w:rsidRPr="00294F0D">
        <w:rPr>
          <w:sz w:val="24"/>
          <w:szCs w:val="24"/>
        </w:rPr>
        <w:t>?</w:t>
      </w:r>
    </w:p>
    <w:p w14:paraId="3255F651" w14:textId="77777777" w:rsidR="007B24E3" w:rsidRPr="00294F0D" w:rsidRDefault="007B24E3" w:rsidP="007B24E3">
      <w:pPr>
        <w:spacing w:after="140"/>
        <w:ind w:left="270"/>
        <w:rPr>
          <w:sz w:val="24"/>
          <w:szCs w:val="24"/>
        </w:rPr>
      </w:pPr>
      <w:r w:rsidRPr="00294F0D">
        <w:rPr>
          <w:sz w:val="24"/>
          <w:szCs w:val="24"/>
        </w:rPr>
        <w:t>☐  Have I asked someone to check for possible pitfalls?</w:t>
      </w:r>
    </w:p>
    <w:p w14:paraId="26D75606" w14:textId="77777777" w:rsidR="007B24E3" w:rsidRPr="00294F0D" w:rsidRDefault="007B24E3" w:rsidP="007B24E3">
      <w:pPr>
        <w:spacing w:after="140"/>
        <w:ind w:left="270"/>
        <w:rPr>
          <w:sz w:val="24"/>
          <w:szCs w:val="24"/>
        </w:rPr>
      </w:pPr>
      <w:r w:rsidRPr="00294F0D">
        <w:rPr>
          <w:sz w:val="24"/>
          <w:szCs w:val="24"/>
        </w:rPr>
        <w:t>☐  Does the ending reinforce the stated goal without forcing follow-up?</w:t>
      </w:r>
    </w:p>
    <w:p w14:paraId="2E0BDA6E" w14:textId="77777777" w:rsidR="007B24E3" w:rsidRPr="007B24E3" w:rsidRDefault="007B24E3" w:rsidP="007B24E3">
      <w:pPr>
        <w:spacing w:before="240" w:after="140"/>
        <w:rPr>
          <w:sz w:val="22"/>
        </w:rPr>
      </w:pPr>
      <w:r w:rsidRPr="007B24E3">
        <w:rPr>
          <w:sz w:val="22"/>
        </w:rPr>
        <w:t>A good team building activity should bring people together for an experience that is fun and meaningful.</w:t>
      </w:r>
    </w:p>
    <w:p w14:paraId="17C774EC" w14:textId="77777777" w:rsidR="007B24E3" w:rsidRPr="007B24E3" w:rsidRDefault="007B24E3" w:rsidP="007B24E3">
      <w:pPr>
        <w:rPr>
          <w:sz w:val="22"/>
        </w:rPr>
      </w:pPr>
      <w:r w:rsidRPr="007B24E3">
        <w:rPr>
          <w:sz w:val="22"/>
        </w:rPr>
        <w:br w:type="page"/>
      </w:r>
    </w:p>
    <w:p w14:paraId="59DD35BC" w14:textId="77777777" w:rsidR="007B24E3" w:rsidRPr="007B24E3" w:rsidRDefault="00781B7E" w:rsidP="007B24E3">
      <w:pPr>
        <w:pBdr>
          <w:bottom w:val="single" w:sz="8" w:space="4" w:color="B9913A"/>
        </w:pBdr>
        <w:spacing w:after="260" w:line="240" w:lineRule="auto"/>
        <w:contextualSpacing/>
        <w:rPr>
          <w:rFonts w:asciiTheme="majorHAnsi" w:eastAsiaTheme="majorEastAsia" w:hAnsiTheme="majorHAnsi" w:cstheme="majorBidi"/>
          <w:b/>
          <w:color w:val="1A2744"/>
          <w:spacing w:val="5"/>
          <w:kern w:val="28"/>
          <w:sz w:val="42"/>
          <w:szCs w:val="42"/>
        </w:rPr>
      </w:pPr>
      <w:r w:rsidRPr="00781B7E">
        <w:rPr>
          <w:rFonts w:asciiTheme="majorHAnsi" w:eastAsiaTheme="majorEastAsia" w:hAnsiTheme="majorHAnsi" w:cstheme="majorBidi"/>
          <w:b/>
          <w:color w:val="1A2744"/>
          <w:spacing w:val="5"/>
          <w:kern w:val="28"/>
          <w:sz w:val="42"/>
          <w:szCs w:val="42"/>
        </w:rPr>
        <w:lastRenderedPageBreak/>
        <w:t>Build Your Own Team Activity</w:t>
      </w:r>
    </w:p>
    <w:p w14:paraId="16634963" w14:textId="77777777" w:rsidR="007B24E3" w:rsidRPr="007B24E3" w:rsidRDefault="007B24E3" w:rsidP="00CF726C">
      <w:pPr>
        <w:spacing w:before="480" w:after="140"/>
        <w:rPr>
          <w:b/>
          <w:bCs/>
          <w:sz w:val="22"/>
        </w:rPr>
      </w:pPr>
      <w:r w:rsidRPr="007B24E3">
        <w:rPr>
          <w:b/>
          <w:bCs/>
          <w:sz w:val="22"/>
        </w:rPr>
        <w:t xml:space="preserve">Complete the following fields to </w:t>
      </w:r>
      <w:r w:rsidR="001364B9">
        <w:rPr>
          <w:b/>
          <w:bCs/>
          <w:sz w:val="22"/>
        </w:rPr>
        <w:t>create</w:t>
      </w:r>
      <w:r w:rsidR="00E0703F">
        <w:rPr>
          <w:b/>
          <w:bCs/>
          <w:sz w:val="22"/>
        </w:rPr>
        <w:t xml:space="preserve"> </w:t>
      </w:r>
      <w:r w:rsidRPr="007B24E3">
        <w:rPr>
          <w:b/>
          <w:bCs/>
          <w:sz w:val="22"/>
        </w:rPr>
        <w:t xml:space="preserve">your team building activity.   </w:t>
      </w:r>
    </w:p>
    <w:p w14:paraId="7A031781" w14:textId="77777777" w:rsidR="007B24E3" w:rsidRPr="007B24E3" w:rsidRDefault="007B24E3" w:rsidP="007B24E3">
      <w:pPr>
        <w:spacing w:after="140"/>
        <w:rPr>
          <w:sz w:val="22"/>
        </w:rPr>
      </w:pPr>
      <w:r w:rsidRPr="007B24E3">
        <w:rPr>
          <w:sz w:val="22"/>
        </w:rPr>
        <w:t>Activity name</w:t>
      </w:r>
    </w:p>
    <w:tbl>
      <w:tblPr>
        <w:tblW w:w="0" w:type="auto"/>
        <w:tblLayout w:type="fixed"/>
        <w:tblLook w:val="04A0" w:firstRow="1" w:lastRow="0" w:firstColumn="1" w:lastColumn="0" w:noHBand="0" w:noVBand="1"/>
      </w:tblPr>
      <w:tblGrid>
        <w:gridCol w:w="9792"/>
      </w:tblGrid>
      <w:tr w:rsidR="007B24E3" w:rsidRPr="007B24E3" w14:paraId="7E7B5D70" w14:textId="77777777" w:rsidTr="00264DE1">
        <w:trPr>
          <w:trHeight w:val="446"/>
        </w:trPr>
        <w:tc>
          <w:tcPr>
            <w:tcW w:w="9792" w:type="dxa"/>
            <w:tcBorders>
              <w:top w:val="single" w:sz="5" w:space="0" w:color="BFC7D4"/>
              <w:left w:val="single" w:sz="5" w:space="0" w:color="BFC7D4"/>
              <w:bottom w:val="single" w:sz="5" w:space="0" w:color="BFC7D4"/>
              <w:right w:val="single" w:sz="5" w:space="0" w:color="BFC7D4"/>
            </w:tcBorders>
            <w:shd w:val="clear" w:color="auto" w:fill="FFF8E7"/>
            <w:vAlign w:val="center"/>
          </w:tcPr>
          <w:p w14:paraId="63A9A713" w14:textId="77777777" w:rsidR="007B24E3" w:rsidRPr="007B24E3" w:rsidRDefault="007B24E3" w:rsidP="007B24E3">
            <w:pPr>
              <w:rPr>
                <w:sz w:val="22"/>
              </w:rPr>
            </w:pPr>
            <w:r w:rsidRPr="007B24E3">
              <w:rPr>
                <w:sz w:val="22"/>
              </w:rPr>
              <w:t xml:space="preserve"> </w:t>
            </w:r>
          </w:p>
        </w:tc>
      </w:tr>
    </w:tbl>
    <w:p w14:paraId="5DBC9436" w14:textId="77777777" w:rsidR="007B24E3" w:rsidRPr="007B24E3" w:rsidRDefault="007B24E3" w:rsidP="007B24E3">
      <w:pPr>
        <w:spacing w:after="40"/>
        <w:rPr>
          <w:sz w:val="22"/>
        </w:rPr>
      </w:pPr>
    </w:p>
    <w:p w14:paraId="268EC5A5" w14:textId="77777777" w:rsidR="007B24E3" w:rsidRPr="007B24E3" w:rsidRDefault="007B24E3" w:rsidP="007B24E3">
      <w:pPr>
        <w:spacing w:after="140"/>
        <w:rPr>
          <w:sz w:val="22"/>
        </w:rPr>
      </w:pPr>
      <w:r w:rsidRPr="007B24E3">
        <w:rPr>
          <w:sz w:val="22"/>
        </w:rPr>
        <w:t>Team need or purpose</w:t>
      </w:r>
    </w:p>
    <w:tbl>
      <w:tblPr>
        <w:tblW w:w="0" w:type="auto"/>
        <w:tblLayout w:type="fixed"/>
        <w:tblLook w:val="04A0" w:firstRow="1" w:lastRow="0" w:firstColumn="1" w:lastColumn="0" w:noHBand="0" w:noVBand="1"/>
      </w:tblPr>
      <w:tblGrid>
        <w:gridCol w:w="9792"/>
      </w:tblGrid>
      <w:tr w:rsidR="007B24E3" w:rsidRPr="007B24E3" w14:paraId="7EAE3DEB" w14:textId="77777777" w:rsidTr="00264DE1">
        <w:trPr>
          <w:trHeight w:val="893"/>
        </w:trPr>
        <w:tc>
          <w:tcPr>
            <w:tcW w:w="9792" w:type="dxa"/>
            <w:tcBorders>
              <w:top w:val="single" w:sz="5" w:space="0" w:color="BFC7D4"/>
              <w:left w:val="single" w:sz="5" w:space="0" w:color="BFC7D4"/>
              <w:bottom w:val="single" w:sz="5" w:space="0" w:color="BFC7D4"/>
              <w:right w:val="single" w:sz="5" w:space="0" w:color="BFC7D4"/>
            </w:tcBorders>
            <w:shd w:val="clear" w:color="auto" w:fill="FFF8E7"/>
            <w:vAlign w:val="center"/>
          </w:tcPr>
          <w:p w14:paraId="4E40FF3E" w14:textId="77777777" w:rsidR="007B24E3" w:rsidRPr="007B24E3" w:rsidRDefault="007B24E3" w:rsidP="007B24E3">
            <w:pPr>
              <w:rPr>
                <w:sz w:val="22"/>
              </w:rPr>
            </w:pPr>
            <w:r w:rsidRPr="007B24E3">
              <w:rPr>
                <w:sz w:val="22"/>
              </w:rPr>
              <w:t xml:space="preserve"> </w:t>
            </w:r>
          </w:p>
          <w:p w14:paraId="2E8CBF1F" w14:textId="77777777" w:rsidR="007B24E3" w:rsidRPr="007B24E3" w:rsidRDefault="007B24E3" w:rsidP="007B24E3">
            <w:pPr>
              <w:rPr>
                <w:sz w:val="22"/>
              </w:rPr>
            </w:pPr>
          </w:p>
          <w:p w14:paraId="688CDAAE" w14:textId="77777777" w:rsidR="007B24E3" w:rsidRPr="007B24E3" w:rsidRDefault="007B24E3" w:rsidP="007B24E3">
            <w:pPr>
              <w:rPr>
                <w:sz w:val="22"/>
              </w:rPr>
            </w:pPr>
          </w:p>
        </w:tc>
      </w:tr>
    </w:tbl>
    <w:p w14:paraId="7D8A521C" w14:textId="77777777" w:rsidR="007B24E3" w:rsidRPr="007B24E3" w:rsidRDefault="007B24E3" w:rsidP="007B24E3">
      <w:pPr>
        <w:spacing w:after="40"/>
        <w:rPr>
          <w:sz w:val="22"/>
        </w:rPr>
      </w:pPr>
    </w:p>
    <w:p w14:paraId="3E7CF22F" w14:textId="77777777" w:rsidR="007B24E3" w:rsidRPr="007B24E3" w:rsidRDefault="007B24E3" w:rsidP="007B24E3">
      <w:pPr>
        <w:spacing w:after="140"/>
        <w:rPr>
          <w:sz w:val="22"/>
        </w:rPr>
      </w:pPr>
      <w:r w:rsidRPr="007B24E3">
        <w:rPr>
          <w:sz w:val="22"/>
        </w:rPr>
        <w:t>What I want participants to take away from this team building activity</w:t>
      </w:r>
    </w:p>
    <w:tbl>
      <w:tblPr>
        <w:tblW w:w="0" w:type="auto"/>
        <w:tblLayout w:type="fixed"/>
        <w:tblLook w:val="04A0" w:firstRow="1" w:lastRow="0" w:firstColumn="1" w:lastColumn="0" w:noHBand="0" w:noVBand="1"/>
      </w:tblPr>
      <w:tblGrid>
        <w:gridCol w:w="9792"/>
      </w:tblGrid>
      <w:tr w:rsidR="007B24E3" w:rsidRPr="007B24E3" w14:paraId="27C2DF18" w14:textId="77777777" w:rsidTr="00264DE1">
        <w:trPr>
          <w:trHeight w:val="893"/>
        </w:trPr>
        <w:tc>
          <w:tcPr>
            <w:tcW w:w="9792" w:type="dxa"/>
            <w:tcBorders>
              <w:top w:val="single" w:sz="5" w:space="0" w:color="BFC7D4"/>
              <w:left w:val="single" w:sz="5" w:space="0" w:color="BFC7D4"/>
              <w:bottom w:val="single" w:sz="5" w:space="0" w:color="BFC7D4"/>
              <w:right w:val="single" w:sz="5" w:space="0" w:color="BFC7D4"/>
            </w:tcBorders>
            <w:shd w:val="clear" w:color="auto" w:fill="FFF8E7"/>
            <w:vAlign w:val="center"/>
          </w:tcPr>
          <w:p w14:paraId="5A63D235" w14:textId="77777777" w:rsidR="007B24E3" w:rsidRPr="007B24E3" w:rsidRDefault="007B24E3" w:rsidP="007B24E3">
            <w:pPr>
              <w:rPr>
                <w:sz w:val="22"/>
              </w:rPr>
            </w:pPr>
            <w:r w:rsidRPr="007B24E3">
              <w:rPr>
                <w:sz w:val="22"/>
              </w:rPr>
              <w:t xml:space="preserve"> </w:t>
            </w:r>
          </w:p>
          <w:p w14:paraId="428432FD" w14:textId="77777777" w:rsidR="007B24E3" w:rsidRPr="007B24E3" w:rsidRDefault="007B24E3" w:rsidP="007B24E3">
            <w:pPr>
              <w:rPr>
                <w:sz w:val="22"/>
              </w:rPr>
            </w:pPr>
          </w:p>
          <w:p w14:paraId="64A4F7CA" w14:textId="77777777" w:rsidR="007B24E3" w:rsidRPr="007B24E3" w:rsidRDefault="007B24E3" w:rsidP="007B24E3">
            <w:pPr>
              <w:rPr>
                <w:sz w:val="22"/>
              </w:rPr>
            </w:pPr>
          </w:p>
        </w:tc>
      </w:tr>
    </w:tbl>
    <w:p w14:paraId="79F565F8" w14:textId="77777777" w:rsidR="007B24E3" w:rsidRPr="007B24E3" w:rsidRDefault="007B24E3" w:rsidP="007B24E3">
      <w:pPr>
        <w:spacing w:after="40"/>
        <w:rPr>
          <w:sz w:val="22"/>
        </w:rPr>
      </w:pPr>
    </w:p>
    <w:p w14:paraId="5655DB85" w14:textId="77777777" w:rsidR="007B24E3" w:rsidRPr="007B24E3" w:rsidRDefault="007B24E3" w:rsidP="007B24E3">
      <w:pPr>
        <w:spacing w:after="140"/>
        <w:rPr>
          <w:sz w:val="22"/>
        </w:rPr>
      </w:pPr>
      <w:r w:rsidRPr="007B24E3">
        <w:rPr>
          <w:sz w:val="22"/>
        </w:rPr>
        <w:t xml:space="preserve">What participants will </w:t>
      </w:r>
      <w:proofErr w:type="gramStart"/>
      <w:r w:rsidRPr="007B24E3">
        <w:rPr>
          <w:sz w:val="22"/>
        </w:rPr>
        <w:t>actually do</w:t>
      </w:r>
      <w:proofErr w:type="gramEnd"/>
    </w:p>
    <w:tbl>
      <w:tblPr>
        <w:tblW w:w="0" w:type="auto"/>
        <w:tblLayout w:type="fixed"/>
        <w:tblLook w:val="04A0" w:firstRow="1" w:lastRow="0" w:firstColumn="1" w:lastColumn="0" w:noHBand="0" w:noVBand="1"/>
      </w:tblPr>
      <w:tblGrid>
        <w:gridCol w:w="9792"/>
      </w:tblGrid>
      <w:tr w:rsidR="007B24E3" w:rsidRPr="007B24E3" w14:paraId="66B1D4F5" w14:textId="77777777" w:rsidTr="00264DE1">
        <w:trPr>
          <w:trHeight w:val="1339"/>
        </w:trPr>
        <w:tc>
          <w:tcPr>
            <w:tcW w:w="9792" w:type="dxa"/>
            <w:tcBorders>
              <w:top w:val="single" w:sz="5" w:space="0" w:color="BFC7D4"/>
              <w:left w:val="single" w:sz="5" w:space="0" w:color="BFC7D4"/>
              <w:bottom w:val="single" w:sz="5" w:space="0" w:color="BFC7D4"/>
              <w:right w:val="single" w:sz="5" w:space="0" w:color="BFC7D4"/>
            </w:tcBorders>
            <w:shd w:val="clear" w:color="auto" w:fill="FFF8E7"/>
            <w:vAlign w:val="center"/>
          </w:tcPr>
          <w:p w14:paraId="36D3640B" w14:textId="77777777" w:rsidR="007B24E3" w:rsidRPr="007B24E3" w:rsidRDefault="007B24E3" w:rsidP="007B24E3">
            <w:pPr>
              <w:rPr>
                <w:sz w:val="22"/>
              </w:rPr>
            </w:pPr>
          </w:p>
        </w:tc>
      </w:tr>
    </w:tbl>
    <w:p w14:paraId="4F43A879" w14:textId="77777777" w:rsidR="007B24E3" w:rsidRPr="007B24E3" w:rsidRDefault="007B24E3" w:rsidP="007B24E3">
      <w:pPr>
        <w:spacing w:after="40"/>
        <w:rPr>
          <w:sz w:val="22"/>
        </w:rPr>
      </w:pPr>
    </w:p>
    <w:p w14:paraId="71A31241" w14:textId="77777777" w:rsidR="007B24E3" w:rsidRPr="007B24E3" w:rsidRDefault="007B24E3" w:rsidP="007B24E3">
      <w:pPr>
        <w:spacing w:after="140"/>
        <w:rPr>
          <w:sz w:val="22"/>
        </w:rPr>
      </w:pPr>
      <w:r w:rsidRPr="007B24E3">
        <w:rPr>
          <w:sz w:val="22"/>
        </w:rPr>
        <w:t>Materials and preparation needed</w:t>
      </w:r>
    </w:p>
    <w:tbl>
      <w:tblPr>
        <w:tblW w:w="0" w:type="auto"/>
        <w:tblLayout w:type="fixed"/>
        <w:tblLook w:val="04A0" w:firstRow="1" w:lastRow="0" w:firstColumn="1" w:lastColumn="0" w:noHBand="0" w:noVBand="1"/>
      </w:tblPr>
      <w:tblGrid>
        <w:gridCol w:w="9792"/>
      </w:tblGrid>
      <w:tr w:rsidR="007B24E3" w:rsidRPr="007B24E3" w14:paraId="69FA4459" w14:textId="77777777" w:rsidTr="00264DE1">
        <w:trPr>
          <w:trHeight w:val="893"/>
        </w:trPr>
        <w:tc>
          <w:tcPr>
            <w:tcW w:w="9792" w:type="dxa"/>
            <w:tcBorders>
              <w:top w:val="single" w:sz="5" w:space="0" w:color="BFC7D4"/>
              <w:left w:val="single" w:sz="5" w:space="0" w:color="BFC7D4"/>
              <w:bottom w:val="single" w:sz="5" w:space="0" w:color="BFC7D4"/>
              <w:right w:val="single" w:sz="5" w:space="0" w:color="BFC7D4"/>
            </w:tcBorders>
            <w:shd w:val="clear" w:color="auto" w:fill="FFF8E7"/>
            <w:vAlign w:val="center"/>
          </w:tcPr>
          <w:p w14:paraId="180041D3" w14:textId="77777777" w:rsidR="007B24E3" w:rsidRPr="007B24E3" w:rsidRDefault="007B24E3" w:rsidP="007B24E3">
            <w:pPr>
              <w:rPr>
                <w:sz w:val="22"/>
              </w:rPr>
            </w:pPr>
            <w:r w:rsidRPr="007B24E3">
              <w:rPr>
                <w:sz w:val="22"/>
              </w:rPr>
              <w:t xml:space="preserve"> </w:t>
            </w:r>
          </w:p>
          <w:p w14:paraId="5CE9F904" w14:textId="77777777" w:rsidR="007B24E3" w:rsidRPr="007B24E3" w:rsidRDefault="007B24E3" w:rsidP="007B24E3">
            <w:pPr>
              <w:rPr>
                <w:sz w:val="22"/>
              </w:rPr>
            </w:pPr>
          </w:p>
          <w:p w14:paraId="17030598" w14:textId="77777777" w:rsidR="007B24E3" w:rsidRPr="007B24E3" w:rsidRDefault="007B24E3" w:rsidP="007B24E3">
            <w:pPr>
              <w:rPr>
                <w:sz w:val="22"/>
              </w:rPr>
            </w:pPr>
          </w:p>
        </w:tc>
      </w:tr>
    </w:tbl>
    <w:p w14:paraId="411D0A03" w14:textId="77777777" w:rsidR="007B24E3" w:rsidRPr="007B24E3" w:rsidRDefault="007B24E3" w:rsidP="007B24E3">
      <w:pPr>
        <w:spacing w:after="40"/>
        <w:rPr>
          <w:sz w:val="22"/>
        </w:rPr>
      </w:pPr>
    </w:p>
    <w:p w14:paraId="1215DC5A" w14:textId="77777777" w:rsidR="007B24E3" w:rsidRPr="007B24E3" w:rsidRDefault="007B24E3" w:rsidP="007B24E3">
      <w:pPr>
        <w:spacing w:after="140"/>
        <w:rPr>
          <w:sz w:val="22"/>
        </w:rPr>
      </w:pPr>
      <w:r w:rsidRPr="007B24E3">
        <w:rPr>
          <w:sz w:val="22"/>
        </w:rPr>
        <w:t>Who will review and approve the activity before it is used?</w:t>
      </w:r>
    </w:p>
    <w:tbl>
      <w:tblPr>
        <w:tblW w:w="0" w:type="auto"/>
        <w:tblLayout w:type="fixed"/>
        <w:tblLook w:val="04A0" w:firstRow="1" w:lastRow="0" w:firstColumn="1" w:lastColumn="0" w:noHBand="0" w:noVBand="1"/>
      </w:tblPr>
      <w:tblGrid>
        <w:gridCol w:w="9792"/>
      </w:tblGrid>
      <w:tr w:rsidR="007B24E3" w:rsidRPr="007B24E3" w14:paraId="70505D5C" w14:textId="77777777" w:rsidTr="00264DE1">
        <w:trPr>
          <w:trHeight w:val="446"/>
        </w:trPr>
        <w:tc>
          <w:tcPr>
            <w:tcW w:w="9792" w:type="dxa"/>
            <w:tcBorders>
              <w:top w:val="single" w:sz="5" w:space="0" w:color="BFC7D4"/>
              <w:left w:val="single" w:sz="5" w:space="0" w:color="BFC7D4"/>
              <w:bottom w:val="single" w:sz="5" w:space="0" w:color="BFC7D4"/>
              <w:right w:val="single" w:sz="5" w:space="0" w:color="BFC7D4"/>
            </w:tcBorders>
            <w:shd w:val="clear" w:color="auto" w:fill="FFF8E7"/>
            <w:vAlign w:val="center"/>
          </w:tcPr>
          <w:p w14:paraId="6BB31234" w14:textId="77777777" w:rsidR="007B24E3" w:rsidRPr="007B24E3" w:rsidRDefault="007B24E3" w:rsidP="007B24E3">
            <w:pPr>
              <w:rPr>
                <w:sz w:val="22"/>
              </w:rPr>
            </w:pPr>
            <w:r w:rsidRPr="007B24E3">
              <w:rPr>
                <w:sz w:val="22"/>
              </w:rPr>
              <w:t xml:space="preserve"> </w:t>
            </w:r>
          </w:p>
          <w:p w14:paraId="4FCE46DB" w14:textId="77777777" w:rsidR="007B24E3" w:rsidRPr="007B24E3" w:rsidRDefault="007B24E3" w:rsidP="007B24E3">
            <w:pPr>
              <w:rPr>
                <w:sz w:val="22"/>
              </w:rPr>
            </w:pPr>
          </w:p>
          <w:p w14:paraId="3781240A" w14:textId="77777777" w:rsidR="007B24E3" w:rsidRPr="007B24E3" w:rsidRDefault="007B24E3" w:rsidP="007B24E3">
            <w:pPr>
              <w:rPr>
                <w:sz w:val="22"/>
              </w:rPr>
            </w:pPr>
          </w:p>
        </w:tc>
      </w:tr>
    </w:tbl>
    <w:p w14:paraId="561A886F" w14:textId="77777777" w:rsidR="007B24E3" w:rsidRPr="007B24E3" w:rsidRDefault="007B24E3" w:rsidP="007B24E3">
      <w:pPr>
        <w:spacing w:after="40"/>
        <w:rPr>
          <w:sz w:val="22"/>
        </w:rPr>
      </w:pPr>
    </w:p>
    <w:p w14:paraId="52F0E776" w14:textId="77777777" w:rsidR="007B24E3" w:rsidRPr="007B24E3" w:rsidRDefault="007B24E3" w:rsidP="007B24E3">
      <w:pPr>
        <w:rPr>
          <w:sz w:val="22"/>
        </w:rPr>
      </w:pPr>
      <w:r w:rsidRPr="007B24E3">
        <w:rPr>
          <w:sz w:val="22"/>
        </w:rPr>
        <w:br w:type="page"/>
      </w:r>
    </w:p>
    <w:p w14:paraId="7EEC6B3C" w14:textId="77777777" w:rsidR="007B24E3" w:rsidRPr="007B24E3" w:rsidRDefault="007B24E3" w:rsidP="007B24E3">
      <w:pPr>
        <w:pBdr>
          <w:bottom w:val="single" w:sz="8" w:space="4" w:color="B9913A"/>
        </w:pBdr>
        <w:spacing w:after="260" w:line="240" w:lineRule="auto"/>
        <w:contextualSpacing/>
        <w:rPr>
          <w:rFonts w:asciiTheme="majorHAnsi" w:eastAsiaTheme="majorEastAsia" w:hAnsiTheme="majorHAnsi" w:cstheme="majorBidi"/>
          <w:b/>
          <w:color w:val="1A2744"/>
          <w:spacing w:val="5"/>
          <w:kern w:val="28"/>
          <w:sz w:val="42"/>
          <w:szCs w:val="42"/>
        </w:rPr>
      </w:pPr>
      <w:r w:rsidRPr="007B24E3">
        <w:rPr>
          <w:rFonts w:asciiTheme="majorHAnsi" w:eastAsiaTheme="majorEastAsia" w:hAnsiTheme="majorHAnsi" w:cstheme="majorBidi"/>
          <w:b/>
          <w:color w:val="1A2744"/>
          <w:spacing w:val="5"/>
          <w:kern w:val="28"/>
          <w:sz w:val="42"/>
          <w:szCs w:val="42"/>
        </w:rPr>
        <w:lastRenderedPageBreak/>
        <w:t>Plan to Lead the Experience</w:t>
      </w:r>
    </w:p>
    <w:p w14:paraId="4EDAE70A" w14:textId="77777777" w:rsidR="007B24E3" w:rsidRPr="00294F0D" w:rsidRDefault="007B24E3" w:rsidP="007B24E3">
      <w:pPr>
        <w:spacing w:after="140"/>
        <w:rPr>
          <w:sz w:val="24"/>
          <w:szCs w:val="24"/>
        </w:rPr>
      </w:pPr>
      <w:r w:rsidRPr="00294F0D">
        <w:rPr>
          <w:sz w:val="24"/>
          <w:szCs w:val="24"/>
        </w:rPr>
        <w:t>Complete the following fields to provide guidance to the facilitator. Use these steps to keep the activity practical and the lesson discoverable.</w:t>
      </w:r>
    </w:p>
    <w:p w14:paraId="3EDE496B" w14:textId="77777777" w:rsidR="007B24E3" w:rsidRPr="007B24E3" w:rsidRDefault="007B24E3" w:rsidP="007B24E3">
      <w:pPr>
        <w:spacing w:after="140"/>
        <w:rPr>
          <w:sz w:val="22"/>
        </w:rPr>
      </w:pPr>
      <w:r w:rsidRPr="007B24E3">
        <w:rPr>
          <w:sz w:val="22"/>
        </w:rPr>
        <w:t>Steps and estimated timing</w:t>
      </w:r>
    </w:p>
    <w:tbl>
      <w:tblPr>
        <w:tblW w:w="0" w:type="auto"/>
        <w:tblLayout w:type="fixed"/>
        <w:tblLook w:val="04A0" w:firstRow="1" w:lastRow="0" w:firstColumn="1" w:lastColumn="0" w:noHBand="0" w:noVBand="1"/>
      </w:tblPr>
      <w:tblGrid>
        <w:gridCol w:w="9792"/>
      </w:tblGrid>
      <w:tr w:rsidR="007B24E3" w:rsidRPr="007B24E3" w14:paraId="2C53F1AA" w14:textId="77777777" w:rsidTr="00264DE1">
        <w:trPr>
          <w:trHeight w:val="1786"/>
        </w:trPr>
        <w:tc>
          <w:tcPr>
            <w:tcW w:w="9792" w:type="dxa"/>
            <w:tcBorders>
              <w:top w:val="single" w:sz="5" w:space="0" w:color="BFC7D4"/>
              <w:left w:val="single" w:sz="5" w:space="0" w:color="BFC7D4"/>
              <w:bottom w:val="single" w:sz="5" w:space="0" w:color="BFC7D4"/>
              <w:right w:val="single" w:sz="5" w:space="0" w:color="BFC7D4"/>
            </w:tcBorders>
            <w:shd w:val="clear" w:color="auto" w:fill="FFF8E7"/>
            <w:vAlign w:val="center"/>
          </w:tcPr>
          <w:p w14:paraId="70B35F17" w14:textId="77777777" w:rsidR="007B24E3" w:rsidRPr="007B24E3" w:rsidRDefault="007B24E3" w:rsidP="007B24E3">
            <w:pPr>
              <w:rPr>
                <w:sz w:val="22"/>
              </w:rPr>
            </w:pPr>
            <w:r w:rsidRPr="007B24E3">
              <w:rPr>
                <w:sz w:val="22"/>
              </w:rPr>
              <w:t xml:space="preserve"> </w:t>
            </w:r>
          </w:p>
        </w:tc>
      </w:tr>
    </w:tbl>
    <w:p w14:paraId="2B6AC76C" w14:textId="77777777" w:rsidR="007B24E3" w:rsidRPr="007B24E3" w:rsidRDefault="007B24E3" w:rsidP="007B24E3">
      <w:pPr>
        <w:spacing w:after="40"/>
        <w:rPr>
          <w:sz w:val="22"/>
        </w:rPr>
      </w:pPr>
    </w:p>
    <w:p w14:paraId="3A714AB5" w14:textId="77777777" w:rsidR="007B24E3" w:rsidRPr="007B24E3" w:rsidRDefault="007B24E3" w:rsidP="007B24E3">
      <w:pPr>
        <w:spacing w:after="140"/>
        <w:rPr>
          <w:sz w:val="22"/>
        </w:rPr>
      </w:pPr>
      <w:r w:rsidRPr="007B24E3">
        <w:rPr>
          <w:sz w:val="22"/>
        </w:rPr>
        <w:t>Questions that help participants discover the lesson</w:t>
      </w:r>
    </w:p>
    <w:tbl>
      <w:tblPr>
        <w:tblW w:w="0" w:type="auto"/>
        <w:tblLayout w:type="fixed"/>
        <w:tblLook w:val="04A0" w:firstRow="1" w:lastRow="0" w:firstColumn="1" w:lastColumn="0" w:noHBand="0" w:noVBand="1"/>
      </w:tblPr>
      <w:tblGrid>
        <w:gridCol w:w="9792"/>
      </w:tblGrid>
      <w:tr w:rsidR="007B24E3" w:rsidRPr="007B24E3" w14:paraId="24ACE276" w14:textId="77777777" w:rsidTr="00264DE1">
        <w:trPr>
          <w:trHeight w:val="1339"/>
        </w:trPr>
        <w:tc>
          <w:tcPr>
            <w:tcW w:w="9792" w:type="dxa"/>
            <w:tcBorders>
              <w:top w:val="single" w:sz="5" w:space="0" w:color="BFC7D4"/>
              <w:left w:val="single" w:sz="5" w:space="0" w:color="BFC7D4"/>
              <w:bottom w:val="single" w:sz="5" w:space="0" w:color="BFC7D4"/>
              <w:right w:val="single" w:sz="5" w:space="0" w:color="BFC7D4"/>
            </w:tcBorders>
            <w:shd w:val="clear" w:color="auto" w:fill="FFF8E7"/>
            <w:vAlign w:val="center"/>
          </w:tcPr>
          <w:p w14:paraId="274BDEBE" w14:textId="77777777" w:rsidR="007B24E3" w:rsidRPr="007B24E3" w:rsidRDefault="007B24E3" w:rsidP="007B24E3">
            <w:pPr>
              <w:rPr>
                <w:sz w:val="22"/>
              </w:rPr>
            </w:pPr>
            <w:r w:rsidRPr="007B24E3">
              <w:rPr>
                <w:sz w:val="22"/>
              </w:rPr>
              <w:t xml:space="preserve"> </w:t>
            </w:r>
          </w:p>
        </w:tc>
      </w:tr>
    </w:tbl>
    <w:p w14:paraId="17788EA1" w14:textId="77777777" w:rsidR="007B24E3" w:rsidRPr="007B24E3" w:rsidRDefault="007B24E3" w:rsidP="007B24E3">
      <w:pPr>
        <w:spacing w:after="40"/>
        <w:rPr>
          <w:sz w:val="22"/>
        </w:rPr>
      </w:pPr>
    </w:p>
    <w:p w14:paraId="07046E17" w14:textId="77777777" w:rsidR="007B24E3" w:rsidRPr="007B24E3" w:rsidRDefault="007B24E3" w:rsidP="007B24E3">
      <w:pPr>
        <w:spacing w:after="140"/>
        <w:rPr>
          <w:sz w:val="22"/>
        </w:rPr>
      </w:pPr>
      <w:r w:rsidRPr="007B24E3">
        <w:rPr>
          <w:sz w:val="22"/>
        </w:rPr>
        <w:t>How the experience connects to everyday work</w:t>
      </w:r>
    </w:p>
    <w:tbl>
      <w:tblPr>
        <w:tblW w:w="0" w:type="auto"/>
        <w:tblLayout w:type="fixed"/>
        <w:tblLook w:val="04A0" w:firstRow="1" w:lastRow="0" w:firstColumn="1" w:lastColumn="0" w:noHBand="0" w:noVBand="1"/>
      </w:tblPr>
      <w:tblGrid>
        <w:gridCol w:w="9792"/>
      </w:tblGrid>
      <w:tr w:rsidR="007B24E3" w:rsidRPr="007B24E3" w14:paraId="707F77A4" w14:textId="77777777" w:rsidTr="00264DE1">
        <w:trPr>
          <w:trHeight w:val="893"/>
        </w:trPr>
        <w:tc>
          <w:tcPr>
            <w:tcW w:w="9792" w:type="dxa"/>
            <w:tcBorders>
              <w:top w:val="single" w:sz="5" w:space="0" w:color="BFC7D4"/>
              <w:left w:val="single" w:sz="5" w:space="0" w:color="BFC7D4"/>
              <w:bottom w:val="single" w:sz="5" w:space="0" w:color="BFC7D4"/>
              <w:right w:val="single" w:sz="5" w:space="0" w:color="BFC7D4"/>
            </w:tcBorders>
            <w:shd w:val="clear" w:color="auto" w:fill="FFF8E7"/>
            <w:vAlign w:val="center"/>
          </w:tcPr>
          <w:p w14:paraId="5000134A" w14:textId="77777777" w:rsidR="007B24E3" w:rsidRPr="007B24E3" w:rsidRDefault="007B24E3" w:rsidP="007B24E3">
            <w:pPr>
              <w:rPr>
                <w:sz w:val="22"/>
              </w:rPr>
            </w:pPr>
            <w:r w:rsidRPr="007B24E3">
              <w:rPr>
                <w:sz w:val="22"/>
              </w:rPr>
              <w:t xml:space="preserve"> </w:t>
            </w:r>
          </w:p>
          <w:p w14:paraId="2DF0DACC" w14:textId="77777777" w:rsidR="007B24E3" w:rsidRPr="007B24E3" w:rsidRDefault="007B24E3" w:rsidP="007B24E3">
            <w:pPr>
              <w:rPr>
                <w:sz w:val="22"/>
              </w:rPr>
            </w:pPr>
          </w:p>
          <w:p w14:paraId="0C068094" w14:textId="77777777" w:rsidR="007B24E3" w:rsidRPr="007B24E3" w:rsidRDefault="007B24E3" w:rsidP="007B24E3">
            <w:pPr>
              <w:rPr>
                <w:sz w:val="22"/>
              </w:rPr>
            </w:pPr>
          </w:p>
        </w:tc>
      </w:tr>
    </w:tbl>
    <w:p w14:paraId="651DD286" w14:textId="77777777" w:rsidR="007B24E3" w:rsidRPr="007B24E3" w:rsidRDefault="007B24E3" w:rsidP="007B24E3">
      <w:pPr>
        <w:spacing w:after="40"/>
        <w:rPr>
          <w:sz w:val="22"/>
        </w:rPr>
      </w:pPr>
    </w:p>
    <w:p w14:paraId="442259F0" w14:textId="77777777" w:rsidR="007B24E3" w:rsidRPr="007B24E3" w:rsidRDefault="007B24E3" w:rsidP="007B24E3">
      <w:pPr>
        <w:spacing w:after="140"/>
        <w:rPr>
          <w:sz w:val="22"/>
        </w:rPr>
      </w:pPr>
      <w:r w:rsidRPr="007B24E3">
        <w:rPr>
          <w:sz w:val="22"/>
        </w:rPr>
        <w:t>Closing message</w:t>
      </w:r>
    </w:p>
    <w:tbl>
      <w:tblPr>
        <w:tblW w:w="0" w:type="auto"/>
        <w:tblLayout w:type="fixed"/>
        <w:tblLook w:val="04A0" w:firstRow="1" w:lastRow="0" w:firstColumn="1" w:lastColumn="0" w:noHBand="0" w:noVBand="1"/>
      </w:tblPr>
      <w:tblGrid>
        <w:gridCol w:w="9792"/>
      </w:tblGrid>
      <w:tr w:rsidR="007B24E3" w:rsidRPr="007B24E3" w14:paraId="5C5C0CCC" w14:textId="77777777" w:rsidTr="00264DE1">
        <w:trPr>
          <w:trHeight w:val="893"/>
        </w:trPr>
        <w:tc>
          <w:tcPr>
            <w:tcW w:w="9792" w:type="dxa"/>
            <w:tcBorders>
              <w:top w:val="single" w:sz="5" w:space="0" w:color="BFC7D4"/>
              <w:left w:val="single" w:sz="5" w:space="0" w:color="BFC7D4"/>
              <w:bottom w:val="single" w:sz="5" w:space="0" w:color="BFC7D4"/>
              <w:right w:val="single" w:sz="5" w:space="0" w:color="BFC7D4"/>
            </w:tcBorders>
            <w:shd w:val="clear" w:color="auto" w:fill="FFF8E7"/>
            <w:vAlign w:val="center"/>
          </w:tcPr>
          <w:p w14:paraId="74E11E4E" w14:textId="77777777" w:rsidR="007B24E3" w:rsidRPr="007B24E3" w:rsidRDefault="007B24E3" w:rsidP="007B24E3">
            <w:pPr>
              <w:rPr>
                <w:sz w:val="22"/>
              </w:rPr>
            </w:pPr>
            <w:r w:rsidRPr="007B24E3">
              <w:rPr>
                <w:sz w:val="22"/>
              </w:rPr>
              <w:t xml:space="preserve"> </w:t>
            </w:r>
          </w:p>
          <w:p w14:paraId="7B549988" w14:textId="77777777" w:rsidR="007B24E3" w:rsidRPr="007B24E3" w:rsidRDefault="007B24E3" w:rsidP="007B24E3">
            <w:pPr>
              <w:rPr>
                <w:sz w:val="22"/>
              </w:rPr>
            </w:pPr>
          </w:p>
          <w:p w14:paraId="7792F8B4" w14:textId="77777777" w:rsidR="007B24E3" w:rsidRPr="007B24E3" w:rsidRDefault="007B24E3" w:rsidP="007B24E3">
            <w:pPr>
              <w:rPr>
                <w:sz w:val="22"/>
              </w:rPr>
            </w:pPr>
          </w:p>
        </w:tc>
      </w:tr>
    </w:tbl>
    <w:p w14:paraId="5263CE3E" w14:textId="77777777" w:rsidR="007B24E3" w:rsidRPr="007B24E3" w:rsidRDefault="007B24E3" w:rsidP="007B24E3">
      <w:pPr>
        <w:spacing w:after="40"/>
        <w:rPr>
          <w:sz w:val="22"/>
        </w:rPr>
      </w:pPr>
    </w:p>
    <w:p w14:paraId="59EBFC16" w14:textId="77777777" w:rsidR="007B24E3" w:rsidRPr="007B24E3" w:rsidRDefault="007B24E3" w:rsidP="007B24E3">
      <w:pPr>
        <w:spacing w:after="140"/>
        <w:rPr>
          <w:sz w:val="22"/>
        </w:rPr>
      </w:pPr>
      <w:r w:rsidRPr="007B24E3">
        <w:rPr>
          <w:sz w:val="22"/>
        </w:rPr>
        <w:t>Optional follow-up, if useful</w:t>
      </w:r>
    </w:p>
    <w:tbl>
      <w:tblPr>
        <w:tblW w:w="0" w:type="auto"/>
        <w:tblLayout w:type="fixed"/>
        <w:tblLook w:val="04A0" w:firstRow="1" w:lastRow="0" w:firstColumn="1" w:lastColumn="0" w:noHBand="0" w:noVBand="1"/>
      </w:tblPr>
      <w:tblGrid>
        <w:gridCol w:w="9792"/>
      </w:tblGrid>
      <w:tr w:rsidR="007B24E3" w:rsidRPr="007B24E3" w14:paraId="464A791C" w14:textId="77777777" w:rsidTr="00264DE1">
        <w:trPr>
          <w:trHeight w:val="893"/>
        </w:trPr>
        <w:tc>
          <w:tcPr>
            <w:tcW w:w="9792" w:type="dxa"/>
            <w:tcBorders>
              <w:top w:val="single" w:sz="5" w:space="0" w:color="BFC7D4"/>
              <w:left w:val="single" w:sz="5" w:space="0" w:color="BFC7D4"/>
              <w:bottom w:val="single" w:sz="5" w:space="0" w:color="BFC7D4"/>
              <w:right w:val="single" w:sz="5" w:space="0" w:color="BFC7D4"/>
            </w:tcBorders>
            <w:shd w:val="clear" w:color="auto" w:fill="FFF8E7"/>
            <w:vAlign w:val="center"/>
          </w:tcPr>
          <w:p w14:paraId="4D32B07B" w14:textId="77777777" w:rsidR="007B24E3" w:rsidRPr="007B24E3" w:rsidRDefault="007B24E3" w:rsidP="007B24E3">
            <w:pPr>
              <w:rPr>
                <w:sz w:val="22"/>
              </w:rPr>
            </w:pPr>
            <w:r w:rsidRPr="007B24E3">
              <w:rPr>
                <w:sz w:val="22"/>
              </w:rPr>
              <w:t xml:space="preserve"> </w:t>
            </w:r>
          </w:p>
          <w:p w14:paraId="2CA94C61" w14:textId="77777777" w:rsidR="007B24E3" w:rsidRPr="007B24E3" w:rsidRDefault="007B24E3" w:rsidP="007B24E3">
            <w:pPr>
              <w:rPr>
                <w:sz w:val="22"/>
              </w:rPr>
            </w:pPr>
          </w:p>
          <w:p w14:paraId="75E3FC14" w14:textId="77777777" w:rsidR="007B24E3" w:rsidRPr="007B24E3" w:rsidRDefault="007B24E3" w:rsidP="007B24E3">
            <w:pPr>
              <w:rPr>
                <w:sz w:val="22"/>
              </w:rPr>
            </w:pPr>
          </w:p>
        </w:tc>
      </w:tr>
    </w:tbl>
    <w:p w14:paraId="32150C1A" w14:textId="77777777" w:rsidR="007B24E3" w:rsidRPr="007B24E3" w:rsidRDefault="007B24E3" w:rsidP="007B24E3">
      <w:pPr>
        <w:spacing w:after="40"/>
        <w:rPr>
          <w:sz w:val="22"/>
        </w:rPr>
      </w:pPr>
    </w:p>
    <w:p w14:paraId="6C7E0E9E" w14:textId="77777777" w:rsidR="00CF726C" w:rsidRDefault="00CF726C">
      <w:pPr>
        <w:pStyle w:val="MasterSection"/>
      </w:pPr>
      <w:r>
        <w:br w:type="page"/>
      </w:r>
    </w:p>
    <w:p w14:paraId="3B03C70C" w14:textId="77777777" w:rsidR="00647569" w:rsidRPr="00647569" w:rsidRDefault="00647569" w:rsidP="00647569">
      <w:pPr>
        <w:pBdr>
          <w:bottom w:val="single" w:sz="8" w:space="4" w:color="B9913A"/>
        </w:pBdr>
        <w:spacing w:after="300" w:line="240" w:lineRule="auto"/>
        <w:contextualSpacing/>
        <w:rPr>
          <w:rFonts w:asciiTheme="majorHAnsi" w:eastAsiaTheme="majorEastAsia" w:hAnsiTheme="majorHAnsi" w:cstheme="majorBidi"/>
          <w:b/>
          <w:color w:val="1A2744"/>
          <w:spacing w:val="5"/>
          <w:kern w:val="28"/>
          <w:sz w:val="42"/>
          <w:szCs w:val="42"/>
        </w:rPr>
      </w:pPr>
      <w:r w:rsidRPr="00647569">
        <w:rPr>
          <w:rFonts w:asciiTheme="majorHAnsi" w:eastAsiaTheme="majorEastAsia" w:hAnsiTheme="majorHAnsi" w:cstheme="majorBidi"/>
          <w:b/>
          <w:color w:val="1A2744"/>
          <w:spacing w:val="5"/>
          <w:kern w:val="28"/>
          <w:sz w:val="42"/>
          <w:szCs w:val="42"/>
        </w:rPr>
        <w:lastRenderedPageBreak/>
        <w:t>Team Building Activity Scheduler</w:t>
      </w:r>
    </w:p>
    <w:p w14:paraId="1AF7F6BF" w14:textId="77777777" w:rsidR="00E0703F" w:rsidRPr="00F35650" w:rsidRDefault="00E0703F" w:rsidP="00E0703F">
      <w:pPr>
        <w:spacing w:before="480" w:after="130"/>
        <w:rPr>
          <w:sz w:val="24"/>
          <w:szCs w:val="24"/>
        </w:rPr>
      </w:pPr>
      <w:r w:rsidRPr="00F35650">
        <w:rPr>
          <w:sz w:val="24"/>
          <w:szCs w:val="24"/>
        </w:rPr>
        <w:t>Make time for the activities that strengthen your team. Get it on the calendar to ensure it happens.</w:t>
      </w:r>
    </w:p>
    <w:p w14:paraId="35C1B9A1" w14:textId="77777777" w:rsidR="00E0703F" w:rsidRPr="00E0703F" w:rsidRDefault="00E0703F" w:rsidP="00E0703F">
      <w:pPr>
        <w:spacing w:after="130"/>
        <w:rPr>
          <w:sz w:val="22"/>
        </w:rPr>
      </w:pPr>
      <w:r w:rsidRPr="00E0703F">
        <w:rPr>
          <w:b/>
          <w:bCs/>
          <w:sz w:val="22"/>
        </w:rPr>
        <w:t>Nothing is real until it’s scheduled.</w:t>
      </w:r>
    </w:p>
    <w:p w14:paraId="63FB30D3" w14:textId="77777777" w:rsidR="00E0703F" w:rsidRPr="00E0703F" w:rsidRDefault="00E0703F" w:rsidP="00E0703F">
      <w:pPr>
        <w:spacing w:after="130"/>
        <w:rPr>
          <w:sz w:val="22"/>
        </w:rPr>
      </w:pPr>
      <w:r w:rsidRPr="00E0703F">
        <w:rPr>
          <w:sz w:val="22"/>
        </w:rPr>
        <w:t>Choose activities based on what your team needs, then put them on the calendar. Monthly activities are a reasonable cadence, but monthly is not a requirement. Adjust the schedule to fit your team and existing meeting schedule.</w:t>
      </w:r>
    </w:p>
    <w:p w14:paraId="368CF89A" w14:textId="77777777" w:rsidR="00E0703F" w:rsidRPr="00E0703F" w:rsidRDefault="00E0703F" w:rsidP="00E0703F">
      <w:pPr>
        <w:spacing w:after="130"/>
        <w:rPr>
          <w:sz w:val="22"/>
        </w:rPr>
      </w:pPr>
      <w:r w:rsidRPr="00E0703F">
        <w:rPr>
          <w:sz w:val="22"/>
        </w:rPr>
        <w:t>Fill in the top row before the activity. Fill in the outcome strip within a day of running it, with what came out of it and anything you’d do differently next time.</w:t>
      </w:r>
    </w:p>
    <w:tbl>
      <w:tblPr>
        <w:tblW w:w="9792" w:type="dxa"/>
        <w:jc w:val="center"/>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1059"/>
        <w:gridCol w:w="1996"/>
        <w:gridCol w:w="2434"/>
        <w:gridCol w:w="1439"/>
        <w:gridCol w:w="2864"/>
      </w:tblGrid>
      <w:tr w:rsidR="00E0703F" w14:paraId="0C5F7DC3" w14:textId="77777777" w:rsidTr="00E0703F">
        <w:trPr>
          <w:cantSplit/>
          <w:trHeight w:val="720"/>
          <w:tblHeader/>
          <w:jc w:val="center"/>
        </w:trPr>
        <w:tc>
          <w:tcPr>
            <w:tcW w:w="1040" w:type="dxa"/>
            <w:shd w:val="clear" w:color="auto" w:fill="1A2744"/>
            <w:tcMar>
              <w:top w:w="70" w:type="dxa"/>
              <w:left w:w="110" w:type="dxa"/>
              <w:bottom w:w="70" w:type="dxa"/>
              <w:right w:w="110" w:type="dxa"/>
            </w:tcMar>
            <w:vAlign w:val="center"/>
          </w:tcPr>
          <w:p w14:paraId="5929FFA4" w14:textId="77777777" w:rsidR="00E0703F" w:rsidRDefault="00E0703F" w:rsidP="00E0703F">
            <w:pPr>
              <w:jc w:val="center"/>
              <w:rPr>
                <w:sz w:val="24"/>
                <w:szCs w:val="24"/>
              </w:rPr>
            </w:pPr>
            <w:r>
              <w:rPr>
                <w:b/>
                <w:bCs/>
                <w:color w:val="FFFFFF"/>
                <w:szCs w:val="20"/>
              </w:rPr>
              <w:t>MONTH</w:t>
            </w:r>
          </w:p>
        </w:tc>
        <w:tc>
          <w:tcPr>
            <w:tcW w:w="2000" w:type="dxa"/>
            <w:shd w:val="clear" w:color="auto" w:fill="1A2744"/>
            <w:tcMar>
              <w:top w:w="70" w:type="dxa"/>
              <w:left w:w="110" w:type="dxa"/>
              <w:bottom w:w="70" w:type="dxa"/>
              <w:right w:w="110" w:type="dxa"/>
            </w:tcMar>
            <w:vAlign w:val="center"/>
          </w:tcPr>
          <w:p w14:paraId="3B410C4C" w14:textId="77777777" w:rsidR="00E0703F" w:rsidRDefault="00E0703F" w:rsidP="00E0703F">
            <w:pPr>
              <w:jc w:val="center"/>
              <w:rPr>
                <w:sz w:val="24"/>
                <w:szCs w:val="24"/>
              </w:rPr>
            </w:pPr>
            <w:r>
              <w:rPr>
                <w:b/>
                <w:bCs/>
                <w:color w:val="FFFFFF"/>
                <w:szCs w:val="20"/>
              </w:rPr>
              <w:t>ACTIVITY</w:t>
            </w:r>
          </w:p>
        </w:tc>
        <w:tc>
          <w:tcPr>
            <w:tcW w:w="2440" w:type="dxa"/>
            <w:shd w:val="clear" w:color="auto" w:fill="1A2744"/>
            <w:tcMar>
              <w:top w:w="70" w:type="dxa"/>
              <w:left w:w="110" w:type="dxa"/>
              <w:bottom w:w="70" w:type="dxa"/>
              <w:right w:w="110" w:type="dxa"/>
            </w:tcMar>
            <w:vAlign w:val="center"/>
          </w:tcPr>
          <w:p w14:paraId="498191A8" w14:textId="77777777" w:rsidR="00E0703F" w:rsidRDefault="00E0703F" w:rsidP="00E0703F">
            <w:pPr>
              <w:jc w:val="center"/>
              <w:rPr>
                <w:sz w:val="24"/>
                <w:szCs w:val="24"/>
              </w:rPr>
            </w:pPr>
            <w:r>
              <w:rPr>
                <w:b/>
                <w:bCs/>
                <w:color w:val="FFFFFF"/>
                <w:szCs w:val="20"/>
              </w:rPr>
              <w:t>TEAM NEED OR PURPOSE</w:t>
            </w:r>
          </w:p>
        </w:tc>
        <w:tc>
          <w:tcPr>
            <w:tcW w:w="1440" w:type="dxa"/>
            <w:shd w:val="clear" w:color="auto" w:fill="1A2744"/>
            <w:tcMar>
              <w:top w:w="70" w:type="dxa"/>
              <w:left w:w="110" w:type="dxa"/>
              <w:bottom w:w="70" w:type="dxa"/>
              <w:right w:w="110" w:type="dxa"/>
            </w:tcMar>
            <w:vAlign w:val="center"/>
          </w:tcPr>
          <w:p w14:paraId="0ABDAFE7" w14:textId="77777777" w:rsidR="00E0703F" w:rsidRDefault="00E0703F" w:rsidP="00E0703F">
            <w:pPr>
              <w:jc w:val="center"/>
              <w:rPr>
                <w:sz w:val="24"/>
                <w:szCs w:val="24"/>
              </w:rPr>
            </w:pPr>
            <w:r>
              <w:rPr>
                <w:b/>
                <w:bCs/>
                <w:color w:val="FFFFFF"/>
                <w:szCs w:val="20"/>
              </w:rPr>
              <w:t>SCHEDULED DATE</w:t>
            </w:r>
          </w:p>
        </w:tc>
        <w:tc>
          <w:tcPr>
            <w:tcW w:w="2872" w:type="dxa"/>
            <w:shd w:val="clear" w:color="auto" w:fill="1A2744"/>
            <w:tcMar>
              <w:top w:w="70" w:type="dxa"/>
              <w:left w:w="110" w:type="dxa"/>
              <w:bottom w:w="70" w:type="dxa"/>
              <w:right w:w="110" w:type="dxa"/>
            </w:tcMar>
            <w:vAlign w:val="center"/>
          </w:tcPr>
          <w:p w14:paraId="2A11EA8A" w14:textId="77777777" w:rsidR="00E0703F" w:rsidRDefault="00E0703F" w:rsidP="00E0703F">
            <w:pPr>
              <w:jc w:val="center"/>
              <w:rPr>
                <w:sz w:val="24"/>
                <w:szCs w:val="24"/>
              </w:rPr>
            </w:pPr>
            <w:r>
              <w:rPr>
                <w:b/>
                <w:bCs/>
                <w:color w:val="FFFFFF"/>
                <w:szCs w:val="20"/>
              </w:rPr>
              <w:t>WHO’S BRINGING WHAT</w:t>
            </w:r>
          </w:p>
        </w:tc>
      </w:tr>
      <w:tr w:rsidR="00E0703F" w14:paraId="3D688F61" w14:textId="77777777" w:rsidTr="00E0703F">
        <w:trPr>
          <w:cantSplit/>
          <w:jc w:val="center"/>
        </w:trPr>
        <w:tc>
          <w:tcPr>
            <w:tcW w:w="1040" w:type="dxa"/>
            <w:shd w:val="clear" w:color="auto" w:fill="E8ECF2"/>
            <w:tcMar>
              <w:top w:w="50" w:type="dxa"/>
              <w:left w:w="90" w:type="dxa"/>
              <w:bottom w:w="50" w:type="dxa"/>
              <w:right w:w="90" w:type="dxa"/>
            </w:tcMar>
            <w:vAlign w:val="center"/>
          </w:tcPr>
          <w:p w14:paraId="46685C35" w14:textId="77777777" w:rsidR="00E0703F" w:rsidRPr="00E0703F" w:rsidRDefault="00E0703F" w:rsidP="00E0703F">
            <w:pPr>
              <w:jc w:val="center"/>
              <w:rPr>
                <w:szCs w:val="20"/>
              </w:rPr>
            </w:pPr>
            <w:r w:rsidRPr="00E0703F">
              <w:rPr>
                <w:b/>
                <w:bCs/>
                <w:color w:val="1A2744"/>
                <w:szCs w:val="20"/>
              </w:rPr>
              <w:t>Month 1</w:t>
            </w:r>
          </w:p>
        </w:tc>
        <w:tc>
          <w:tcPr>
            <w:tcW w:w="2000" w:type="dxa"/>
            <w:shd w:val="clear" w:color="auto" w:fill="FFF8E7"/>
            <w:tcMar>
              <w:top w:w="50" w:type="dxa"/>
              <w:left w:w="90" w:type="dxa"/>
              <w:bottom w:w="50" w:type="dxa"/>
              <w:right w:w="90" w:type="dxa"/>
            </w:tcMar>
          </w:tcPr>
          <w:p w14:paraId="2CA64A33" w14:textId="77777777" w:rsidR="00E0703F" w:rsidRPr="00E0703F" w:rsidRDefault="00E0703F" w:rsidP="00984E98">
            <w:pPr>
              <w:spacing w:line="300" w:lineRule="auto"/>
              <w:rPr>
                <w:sz w:val="19"/>
                <w:szCs w:val="19"/>
              </w:rPr>
            </w:pPr>
          </w:p>
        </w:tc>
        <w:tc>
          <w:tcPr>
            <w:tcW w:w="2440" w:type="dxa"/>
            <w:shd w:val="clear" w:color="auto" w:fill="FFF8E7"/>
            <w:tcMar>
              <w:top w:w="50" w:type="dxa"/>
              <w:left w:w="90" w:type="dxa"/>
              <w:bottom w:w="50" w:type="dxa"/>
              <w:right w:w="90" w:type="dxa"/>
            </w:tcMar>
          </w:tcPr>
          <w:p w14:paraId="0279646B" w14:textId="77777777" w:rsidR="00E0703F" w:rsidRPr="00E0703F" w:rsidRDefault="00E0703F" w:rsidP="00984E98">
            <w:pPr>
              <w:spacing w:line="300" w:lineRule="auto"/>
              <w:rPr>
                <w:sz w:val="19"/>
                <w:szCs w:val="19"/>
              </w:rPr>
            </w:pPr>
          </w:p>
        </w:tc>
        <w:tc>
          <w:tcPr>
            <w:tcW w:w="1440" w:type="dxa"/>
            <w:shd w:val="clear" w:color="auto" w:fill="FFF8E7"/>
            <w:tcMar>
              <w:top w:w="50" w:type="dxa"/>
              <w:left w:w="90" w:type="dxa"/>
              <w:bottom w:w="50" w:type="dxa"/>
              <w:right w:w="90" w:type="dxa"/>
            </w:tcMar>
          </w:tcPr>
          <w:p w14:paraId="060E00D7" w14:textId="77777777" w:rsidR="00E0703F" w:rsidRPr="00E0703F" w:rsidRDefault="00E0703F" w:rsidP="00984E98">
            <w:pPr>
              <w:spacing w:line="300" w:lineRule="auto"/>
              <w:rPr>
                <w:sz w:val="19"/>
                <w:szCs w:val="19"/>
              </w:rPr>
            </w:pPr>
          </w:p>
        </w:tc>
        <w:tc>
          <w:tcPr>
            <w:tcW w:w="2872" w:type="dxa"/>
            <w:shd w:val="clear" w:color="auto" w:fill="FFF8E7"/>
            <w:tcMar>
              <w:top w:w="50" w:type="dxa"/>
              <w:left w:w="90" w:type="dxa"/>
              <w:bottom w:w="50" w:type="dxa"/>
              <w:right w:w="90" w:type="dxa"/>
            </w:tcMar>
          </w:tcPr>
          <w:p w14:paraId="6242F2C6" w14:textId="77777777" w:rsidR="00E0703F" w:rsidRPr="00E0703F" w:rsidRDefault="00E0703F" w:rsidP="00984E98">
            <w:pPr>
              <w:spacing w:line="300" w:lineRule="auto"/>
              <w:rPr>
                <w:sz w:val="19"/>
                <w:szCs w:val="19"/>
              </w:rPr>
            </w:pPr>
          </w:p>
        </w:tc>
      </w:tr>
      <w:tr w:rsidR="00E0703F" w14:paraId="71F0965A" w14:textId="77777777" w:rsidTr="00E0703F">
        <w:trPr>
          <w:cantSplit/>
          <w:jc w:val="center"/>
        </w:trPr>
        <w:tc>
          <w:tcPr>
            <w:tcW w:w="1040" w:type="dxa"/>
            <w:shd w:val="clear" w:color="auto" w:fill="E8ECF2"/>
            <w:tcMar>
              <w:top w:w="60" w:type="dxa"/>
              <w:left w:w="90" w:type="dxa"/>
              <w:bottom w:w="60" w:type="dxa"/>
              <w:right w:w="90" w:type="dxa"/>
            </w:tcMar>
            <w:vAlign w:val="center"/>
          </w:tcPr>
          <w:p w14:paraId="6F5157A6" w14:textId="77777777" w:rsidR="00E0703F" w:rsidRPr="00E0703F" w:rsidRDefault="00E0703F" w:rsidP="00E0703F">
            <w:pPr>
              <w:jc w:val="center"/>
              <w:rPr>
                <w:szCs w:val="20"/>
              </w:rPr>
            </w:pPr>
            <w:r w:rsidRPr="00E0703F">
              <w:rPr>
                <w:b/>
                <w:bCs/>
                <w:color w:val="1A2744"/>
                <w:szCs w:val="20"/>
              </w:rPr>
              <w:t>OUTCOME</w:t>
            </w:r>
          </w:p>
        </w:tc>
        <w:tc>
          <w:tcPr>
            <w:tcW w:w="8752" w:type="dxa"/>
            <w:gridSpan w:val="4"/>
            <w:shd w:val="clear" w:color="auto" w:fill="FFF8E7"/>
            <w:tcMar>
              <w:top w:w="60" w:type="dxa"/>
              <w:left w:w="90" w:type="dxa"/>
              <w:bottom w:w="60" w:type="dxa"/>
              <w:right w:w="90" w:type="dxa"/>
            </w:tcMar>
          </w:tcPr>
          <w:p w14:paraId="1E9C6C39" w14:textId="77777777" w:rsidR="00E0703F" w:rsidRPr="00E0703F" w:rsidRDefault="00E0703F" w:rsidP="00984E98">
            <w:pPr>
              <w:spacing w:line="300" w:lineRule="auto"/>
              <w:rPr>
                <w:sz w:val="19"/>
                <w:szCs w:val="19"/>
              </w:rPr>
            </w:pPr>
          </w:p>
        </w:tc>
      </w:tr>
      <w:tr w:rsidR="00E0703F" w14:paraId="71BC0FA6" w14:textId="77777777" w:rsidTr="00E0703F">
        <w:trPr>
          <w:cantSplit/>
          <w:jc w:val="center"/>
        </w:trPr>
        <w:tc>
          <w:tcPr>
            <w:tcW w:w="1040" w:type="dxa"/>
            <w:shd w:val="clear" w:color="auto" w:fill="E8ECF2"/>
            <w:tcMar>
              <w:top w:w="50" w:type="dxa"/>
              <w:left w:w="90" w:type="dxa"/>
              <w:bottom w:w="50" w:type="dxa"/>
              <w:right w:w="90" w:type="dxa"/>
            </w:tcMar>
            <w:vAlign w:val="center"/>
          </w:tcPr>
          <w:p w14:paraId="35C4FE1F" w14:textId="77777777" w:rsidR="00E0703F" w:rsidRPr="00E0703F" w:rsidRDefault="00E0703F" w:rsidP="00E0703F">
            <w:pPr>
              <w:jc w:val="center"/>
              <w:rPr>
                <w:szCs w:val="20"/>
              </w:rPr>
            </w:pPr>
            <w:r w:rsidRPr="00E0703F">
              <w:rPr>
                <w:b/>
                <w:bCs/>
                <w:color w:val="1A2744"/>
                <w:szCs w:val="20"/>
              </w:rPr>
              <w:t>Month 2</w:t>
            </w:r>
          </w:p>
        </w:tc>
        <w:tc>
          <w:tcPr>
            <w:tcW w:w="2000" w:type="dxa"/>
            <w:shd w:val="clear" w:color="auto" w:fill="FFF8E7"/>
            <w:tcMar>
              <w:top w:w="50" w:type="dxa"/>
              <w:left w:w="90" w:type="dxa"/>
              <w:bottom w:w="50" w:type="dxa"/>
              <w:right w:w="90" w:type="dxa"/>
            </w:tcMar>
          </w:tcPr>
          <w:p w14:paraId="6155B5D0" w14:textId="77777777" w:rsidR="00E0703F" w:rsidRPr="00E0703F" w:rsidRDefault="00E0703F" w:rsidP="00984E98">
            <w:pPr>
              <w:spacing w:line="300" w:lineRule="auto"/>
              <w:rPr>
                <w:sz w:val="19"/>
                <w:szCs w:val="19"/>
              </w:rPr>
            </w:pPr>
          </w:p>
        </w:tc>
        <w:tc>
          <w:tcPr>
            <w:tcW w:w="2440" w:type="dxa"/>
            <w:shd w:val="clear" w:color="auto" w:fill="FFF8E7"/>
            <w:tcMar>
              <w:top w:w="50" w:type="dxa"/>
              <w:left w:w="90" w:type="dxa"/>
              <w:bottom w:w="50" w:type="dxa"/>
              <w:right w:w="90" w:type="dxa"/>
            </w:tcMar>
          </w:tcPr>
          <w:p w14:paraId="302CE280" w14:textId="77777777" w:rsidR="00E0703F" w:rsidRPr="00E0703F" w:rsidRDefault="00E0703F" w:rsidP="00984E98">
            <w:pPr>
              <w:spacing w:line="300" w:lineRule="auto"/>
              <w:rPr>
                <w:sz w:val="19"/>
                <w:szCs w:val="19"/>
              </w:rPr>
            </w:pPr>
          </w:p>
        </w:tc>
        <w:tc>
          <w:tcPr>
            <w:tcW w:w="1440" w:type="dxa"/>
            <w:shd w:val="clear" w:color="auto" w:fill="FFF8E7"/>
            <w:tcMar>
              <w:top w:w="50" w:type="dxa"/>
              <w:left w:w="90" w:type="dxa"/>
              <w:bottom w:w="50" w:type="dxa"/>
              <w:right w:w="90" w:type="dxa"/>
            </w:tcMar>
          </w:tcPr>
          <w:p w14:paraId="44FA1E98" w14:textId="77777777" w:rsidR="00E0703F" w:rsidRPr="00E0703F" w:rsidRDefault="00E0703F" w:rsidP="00984E98">
            <w:pPr>
              <w:spacing w:line="300" w:lineRule="auto"/>
              <w:rPr>
                <w:sz w:val="19"/>
                <w:szCs w:val="19"/>
              </w:rPr>
            </w:pPr>
          </w:p>
        </w:tc>
        <w:tc>
          <w:tcPr>
            <w:tcW w:w="2872" w:type="dxa"/>
            <w:shd w:val="clear" w:color="auto" w:fill="FFF8E7"/>
            <w:tcMar>
              <w:top w:w="50" w:type="dxa"/>
              <w:left w:w="90" w:type="dxa"/>
              <w:bottom w:w="50" w:type="dxa"/>
              <w:right w:w="90" w:type="dxa"/>
            </w:tcMar>
          </w:tcPr>
          <w:p w14:paraId="4A747BBE" w14:textId="77777777" w:rsidR="00E0703F" w:rsidRPr="00E0703F" w:rsidRDefault="00E0703F" w:rsidP="00984E98">
            <w:pPr>
              <w:spacing w:line="300" w:lineRule="auto"/>
              <w:rPr>
                <w:sz w:val="19"/>
                <w:szCs w:val="19"/>
              </w:rPr>
            </w:pPr>
          </w:p>
        </w:tc>
      </w:tr>
      <w:tr w:rsidR="00E0703F" w14:paraId="345451F8" w14:textId="77777777" w:rsidTr="00E0703F">
        <w:trPr>
          <w:cantSplit/>
          <w:jc w:val="center"/>
        </w:trPr>
        <w:tc>
          <w:tcPr>
            <w:tcW w:w="1040" w:type="dxa"/>
            <w:shd w:val="clear" w:color="auto" w:fill="E8ECF2"/>
            <w:tcMar>
              <w:top w:w="60" w:type="dxa"/>
              <w:left w:w="90" w:type="dxa"/>
              <w:bottom w:w="60" w:type="dxa"/>
              <w:right w:w="90" w:type="dxa"/>
            </w:tcMar>
            <w:vAlign w:val="center"/>
          </w:tcPr>
          <w:p w14:paraId="56B13529" w14:textId="77777777" w:rsidR="00E0703F" w:rsidRPr="00E0703F" w:rsidRDefault="00E0703F" w:rsidP="00E0703F">
            <w:pPr>
              <w:jc w:val="center"/>
              <w:rPr>
                <w:szCs w:val="20"/>
              </w:rPr>
            </w:pPr>
            <w:r w:rsidRPr="00E0703F">
              <w:rPr>
                <w:b/>
                <w:bCs/>
                <w:color w:val="1A2744"/>
                <w:szCs w:val="20"/>
              </w:rPr>
              <w:t>OUTCOME</w:t>
            </w:r>
          </w:p>
        </w:tc>
        <w:tc>
          <w:tcPr>
            <w:tcW w:w="8752" w:type="dxa"/>
            <w:gridSpan w:val="4"/>
            <w:shd w:val="clear" w:color="auto" w:fill="FFF8E7"/>
            <w:tcMar>
              <w:top w:w="60" w:type="dxa"/>
              <w:left w:w="90" w:type="dxa"/>
              <w:bottom w:w="60" w:type="dxa"/>
              <w:right w:w="90" w:type="dxa"/>
            </w:tcMar>
          </w:tcPr>
          <w:p w14:paraId="6751486C" w14:textId="77777777" w:rsidR="00E0703F" w:rsidRPr="00E0703F" w:rsidRDefault="00E0703F" w:rsidP="00984E98">
            <w:pPr>
              <w:spacing w:line="300" w:lineRule="auto"/>
              <w:rPr>
                <w:sz w:val="19"/>
                <w:szCs w:val="19"/>
              </w:rPr>
            </w:pPr>
          </w:p>
        </w:tc>
      </w:tr>
      <w:tr w:rsidR="00E0703F" w14:paraId="635FC6E8" w14:textId="77777777" w:rsidTr="00E0703F">
        <w:trPr>
          <w:cantSplit/>
          <w:jc w:val="center"/>
        </w:trPr>
        <w:tc>
          <w:tcPr>
            <w:tcW w:w="1040" w:type="dxa"/>
            <w:shd w:val="clear" w:color="auto" w:fill="E8ECF2"/>
            <w:tcMar>
              <w:top w:w="50" w:type="dxa"/>
              <w:left w:w="90" w:type="dxa"/>
              <w:bottom w:w="50" w:type="dxa"/>
              <w:right w:w="90" w:type="dxa"/>
            </w:tcMar>
            <w:vAlign w:val="center"/>
          </w:tcPr>
          <w:p w14:paraId="21D95ECD" w14:textId="77777777" w:rsidR="00E0703F" w:rsidRPr="00E0703F" w:rsidRDefault="00E0703F" w:rsidP="00E0703F">
            <w:pPr>
              <w:jc w:val="center"/>
              <w:rPr>
                <w:szCs w:val="20"/>
              </w:rPr>
            </w:pPr>
            <w:r w:rsidRPr="00E0703F">
              <w:rPr>
                <w:b/>
                <w:bCs/>
                <w:color w:val="1A2744"/>
                <w:szCs w:val="20"/>
              </w:rPr>
              <w:t>Month 3</w:t>
            </w:r>
          </w:p>
        </w:tc>
        <w:tc>
          <w:tcPr>
            <w:tcW w:w="2000" w:type="dxa"/>
            <w:shd w:val="clear" w:color="auto" w:fill="FFF8E7"/>
            <w:tcMar>
              <w:top w:w="50" w:type="dxa"/>
              <w:left w:w="90" w:type="dxa"/>
              <w:bottom w:w="50" w:type="dxa"/>
              <w:right w:w="90" w:type="dxa"/>
            </w:tcMar>
          </w:tcPr>
          <w:p w14:paraId="2B16B1CB" w14:textId="77777777" w:rsidR="00E0703F" w:rsidRPr="00E0703F" w:rsidRDefault="00E0703F" w:rsidP="00984E98">
            <w:pPr>
              <w:spacing w:line="300" w:lineRule="auto"/>
              <w:rPr>
                <w:sz w:val="19"/>
                <w:szCs w:val="19"/>
              </w:rPr>
            </w:pPr>
          </w:p>
        </w:tc>
        <w:tc>
          <w:tcPr>
            <w:tcW w:w="2440" w:type="dxa"/>
            <w:shd w:val="clear" w:color="auto" w:fill="FFF8E7"/>
            <w:tcMar>
              <w:top w:w="50" w:type="dxa"/>
              <w:left w:w="90" w:type="dxa"/>
              <w:bottom w:w="50" w:type="dxa"/>
              <w:right w:w="90" w:type="dxa"/>
            </w:tcMar>
          </w:tcPr>
          <w:p w14:paraId="20AF91FD" w14:textId="77777777" w:rsidR="00E0703F" w:rsidRPr="00E0703F" w:rsidRDefault="00E0703F" w:rsidP="00984E98">
            <w:pPr>
              <w:spacing w:line="300" w:lineRule="auto"/>
              <w:rPr>
                <w:sz w:val="19"/>
                <w:szCs w:val="19"/>
              </w:rPr>
            </w:pPr>
          </w:p>
        </w:tc>
        <w:tc>
          <w:tcPr>
            <w:tcW w:w="1440" w:type="dxa"/>
            <w:shd w:val="clear" w:color="auto" w:fill="FFF8E7"/>
            <w:tcMar>
              <w:top w:w="50" w:type="dxa"/>
              <w:left w:w="90" w:type="dxa"/>
              <w:bottom w:w="50" w:type="dxa"/>
              <w:right w:w="90" w:type="dxa"/>
            </w:tcMar>
          </w:tcPr>
          <w:p w14:paraId="0A805734" w14:textId="77777777" w:rsidR="00E0703F" w:rsidRPr="00E0703F" w:rsidRDefault="00E0703F" w:rsidP="00984E98">
            <w:pPr>
              <w:spacing w:line="300" w:lineRule="auto"/>
              <w:rPr>
                <w:sz w:val="19"/>
                <w:szCs w:val="19"/>
              </w:rPr>
            </w:pPr>
          </w:p>
        </w:tc>
        <w:tc>
          <w:tcPr>
            <w:tcW w:w="2872" w:type="dxa"/>
            <w:shd w:val="clear" w:color="auto" w:fill="FFF8E7"/>
            <w:tcMar>
              <w:top w:w="50" w:type="dxa"/>
              <w:left w:w="90" w:type="dxa"/>
              <w:bottom w:w="50" w:type="dxa"/>
              <w:right w:w="90" w:type="dxa"/>
            </w:tcMar>
          </w:tcPr>
          <w:p w14:paraId="789E1385" w14:textId="77777777" w:rsidR="00E0703F" w:rsidRPr="00E0703F" w:rsidRDefault="00E0703F" w:rsidP="00984E98">
            <w:pPr>
              <w:spacing w:line="300" w:lineRule="auto"/>
              <w:rPr>
                <w:sz w:val="19"/>
                <w:szCs w:val="19"/>
              </w:rPr>
            </w:pPr>
          </w:p>
        </w:tc>
      </w:tr>
      <w:tr w:rsidR="00E0703F" w14:paraId="5B5A37CF" w14:textId="77777777" w:rsidTr="00E0703F">
        <w:trPr>
          <w:cantSplit/>
          <w:jc w:val="center"/>
        </w:trPr>
        <w:tc>
          <w:tcPr>
            <w:tcW w:w="1040" w:type="dxa"/>
            <w:shd w:val="clear" w:color="auto" w:fill="E8ECF2"/>
            <w:tcMar>
              <w:top w:w="60" w:type="dxa"/>
              <w:left w:w="90" w:type="dxa"/>
              <w:bottom w:w="60" w:type="dxa"/>
              <w:right w:w="90" w:type="dxa"/>
            </w:tcMar>
            <w:vAlign w:val="center"/>
          </w:tcPr>
          <w:p w14:paraId="6C5E9A34" w14:textId="77777777" w:rsidR="00E0703F" w:rsidRPr="00E0703F" w:rsidRDefault="00E0703F" w:rsidP="00E0703F">
            <w:pPr>
              <w:jc w:val="center"/>
              <w:rPr>
                <w:szCs w:val="20"/>
              </w:rPr>
            </w:pPr>
            <w:r w:rsidRPr="00E0703F">
              <w:rPr>
                <w:b/>
                <w:bCs/>
                <w:color w:val="1A2744"/>
                <w:szCs w:val="20"/>
              </w:rPr>
              <w:t>OUTCOME</w:t>
            </w:r>
          </w:p>
        </w:tc>
        <w:tc>
          <w:tcPr>
            <w:tcW w:w="8752" w:type="dxa"/>
            <w:gridSpan w:val="4"/>
            <w:shd w:val="clear" w:color="auto" w:fill="FFF8E7"/>
            <w:tcMar>
              <w:top w:w="60" w:type="dxa"/>
              <w:left w:w="90" w:type="dxa"/>
              <w:bottom w:w="60" w:type="dxa"/>
              <w:right w:w="90" w:type="dxa"/>
            </w:tcMar>
          </w:tcPr>
          <w:p w14:paraId="044EBAA0" w14:textId="77777777" w:rsidR="00E0703F" w:rsidRPr="00E0703F" w:rsidRDefault="00E0703F" w:rsidP="00984E98">
            <w:pPr>
              <w:spacing w:line="300" w:lineRule="auto"/>
              <w:rPr>
                <w:sz w:val="19"/>
                <w:szCs w:val="19"/>
              </w:rPr>
            </w:pPr>
          </w:p>
        </w:tc>
      </w:tr>
      <w:tr w:rsidR="00E0703F" w14:paraId="2DE72E18" w14:textId="77777777" w:rsidTr="00E0703F">
        <w:trPr>
          <w:cantSplit/>
          <w:jc w:val="center"/>
        </w:trPr>
        <w:tc>
          <w:tcPr>
            <w:tcW w:w="1040" w:type="dxa"/>
            <w:shd w:val="clear" w:color="auto" w:fill="E8ECF2"/>
            <w:tcMar>
              <w:top w:w="50" w:type="dxa"/>
              <w:left w:w="90" w:type="dxa"/>
              <w:bottom w:w="50" w:type="dxa"/>
              <w:right w:w="90" w:type="dxa"/>
            </w:tcMar>
            <w:vAlign w:val="center"/>
          </w:tcPr>
          <w:p w14:paraId="2F1BD612" w14:textId="77777777" w:rsidR="00E0703F" w:rsidRPr="00E0703F" w:rsidRDefault="00E0703F" w:rsidP="00E0703F">
            <w:pPr>
              <w:jc w:val="center"/>
              <w:rPr>
                <w:szCs w:val="20"/>
              </w:rPr>
            </w:pPr>
            <w:r w:rsidRPr="00E0703F">
              <w:rPr>
                <w:b/>
                <w:bCs/>
                <w:color w:val="1A2744"/>
                <w:szCs w:val="20"/>
              </w:rPr>
              <w:t>Month 4</w:t>
            </w:r>
          </w:p>
        </w:tc>
        <w:tc>
          <w:tcPr>
            <w:tcW w:w="2000" w:type="dxa"/>
            <w:shd w:val="clear" w:color="auto" w:fill="FFF8E7"/>
            <w:tcMar>
              <w:top w:w="50" w:type="dxa"/>
              <w:left w:w="90" w:type="dxa"/>
              <w:bottom w:w="50" w:type="dxa"/>
              <w:right w:w="90" w:type="dxa"/>
            </w:tcMar>
          </w:tcPr>
          <w:p w14:paraId="59F02A28" w14:textId="77777777" w:rsidR="00E0703F" w:rsidRPr="00E0703F" w:rsidRDefault="00E0703F" w:rsidP="00984E98">
            <w:pPr>
              <w:spacing w:line="300" w:lineRule="auto"/>
              <w:rPr>
                <w:sz w:val="19"/>
                <w:szCs w:val="19"/>
              </w:rPr>
            </w:pPr>
          </w:p>
        </w:tc>
        <w:tc>
          <w:tcPr>
            <w:tcW w:w="2440" w:type="dxa"/>
            <w:shd w:val="clear" w:color="auto" w:fill="FFF8E7"/>
            <w:tcMar>
              <w:top w:w="50" w:type="dxa"/>
              <w:left w:w="90" w:type="dxa"/>
              <w:bottom w:w="50" w:type="dxa"/>
              <w:right w:w="90" w:type="dxa"/>
            </w:tcMar>
          </w:tcPr>
          <w:p w14:paraId="6D8E3485" w14:textId="77777777" w:rsidR="00E0703F" w:rsidRPr="00E0703F" w:rsidRDefault="00E0703F" w:rsidP="00984E98">
            <w:pPr>
              <w:spacing w:line="300" w:lineRule="auto"/>
              <w:rPr>
                <w:sz w:val="19"/>
                <w:szCs w:val="19"/>
              </w:rPr>
            </w:pPr>
          </w:p>
        </w:tc>
        <w:tc>
          <w:tcPr>
            <w:tcW w:w="1440" w:type="dxa"/>
            <w:shd w:val="clear" w:color="auto" w:fill="FFF8E7"/>
            <w:tcMar>
              <w:top w:w="50" w:type="dxa"/>
              <w:left w:w="90" w:type="dxa"/>
              <w:bottom w:w="50" w:type="dxa"/>
              <w:right w:w="90" w:type="dxa"/>
            </w:tcMar>
          </w:tcPr>
          <w:p w14:paraId="0381B30E" w14:textId="77777777" w:rsidR="00E0703F" w:rsidRPr="00E0703F" w:rsidRDefault="00E0703F" w:rsidP="00984E98">
            <w:pPr>
              <w:spacing w:line="300" w:lineRule="auto"/>
              <w:rPr>
                <w:sz w:val="19"/>
                <w:szCs w:val="19"/>
              </w:rPr>
            </w:pPr>
          </w:p>
        </w:tc>
        <w:tc>
          <w:tcPr>
            <w:tcW w:w="2872" w:type="dxa"/>
            <w:shd w:val="clear" w:color="auto" w:fill="FFF8E7"/>
            <w:tcMar>
              <w:top w:w="50" w:type="dxa"/>
              <w:left w:w="90" w:type="dxa"/>
              <w:bottom w:w="50" w:type="dxa"/>
              <w:right w:w="90" w:type="dxa"/>
            </w:tcMar>
          </w:tcPr>
          <w:p w14:paraId="21BEC062" w14:textId="77777777" w:rsidR="00E0703F" w:rsidRPr="00E0703F" w:rsidRDefault="00E0703F" w:rsidP="00984E98">
            <w:pPr>
              <w:spacing w:line="300" w:lineRule="auto"/>
              <w:rPr>
                <w:sz w:val="19"/>
                <w:szCs w:val="19"/>
              </w:rPr>
            </w:pPr>
          </w:p>
        </w:tc>
      </w:tr>
      <w:tr w:rsidR="00E0703F" w14:paraId="0D6698CD" w14:textId="77777777" w:rsidTr="00E0703F">
        <w:trPr>
          <w:cantSplit/>
          <w:jc w:val="center"/>
        </w:trPr>
        <w:tc>
          <w:tcPr>
            <w:tcW w:w="1040" w:type="dxa"/>
            <w:shd w:val="clear" w:color="auto" w:fill="E8ECF2"/>
            <w:tcMar>
              <w:top w:w="60" w:type="dxa"/>
              <w:left w:w="90" w:type="dxa"/>
              <w:bottom w:w="60" w:type="dxa"/>
              <w:right w:w="90" w:type="dxa"/>
            </w:tcMar>
            <w:vAlign w:val="center"/>
          </w:tcPr>
          <w:p w14:paraId="18E014EE" w14:textId="77777777" w:rsidR="00E0703F" w:rsidRPr="00E0703F" w:rsidRDefault="00E0703F" w:rsidP="00E0703F">
            <w:pPr>
              <w:jc w:val="center"/>
              <w:rPr>
                <w:szCs w:val="20"/>
              </w:rPr>
            </w:pPr>
            <w:r w:rsidRPr="00E0703F">
              <w:rPr>
                <w:b/>
                <w:bCs/>
                <w:color w:val="1A2744"/>
                <w:szCs w:val="20"/>
              </w:rPr>
              <w:t>OUTCOME</w:t>
            </w:r>
          </w:p>
        </w:tc>
        <w:tc>
          <w:tcPr>
            <w:tcW w:w="8752" w:type="dxa"/>
            <w:gridSpan w:val="4"/>
            <w:shd w:val="clear" w:color="auto" w:fill="FFF8E7"/>
            <w:tcMar>
              <w:top w:w="60" w:type="dxa"/>
              <w:left w:w="90" w:type="dxa"/>
              <w:bottom w:w="60" w:type="dxa"/>
              <w:right w:w="90" w:type="dxa"/>
            </w:tcMar>
          </w:tcPr>
          <w:p w14:paraId="678FA981" w14:textId="77777777" w:rsidR="00E0703F" w:rsidRPr="00E0703F" w:rsidRDefault="00E0703F" w:rsidP="00984E98">
            <w:pPr>
              <w:spacing w:line="300" w:lineRule="auto"/>
              <w:rPr>
                <w:sz w:val="19"/>
                <w:szCs w:val="19"/>
              </w:rPr>
            </w:pPr>
          </w:p>
        </w:tc>
      </w:tr>
      <w:tr w:rsidR="00E0703F" w14:paraId="30E0BF54" w14:textId="77777777" w:rsidTr="00E0703F">
        <w:trPr>
          <w:cantSplit/>
          <w:jc w:val="center"/>
        </w:trPr>
        <w:tc>
          <w:tcPr>
            <w:tcW w:w="1040" w:type="dxa"/>
            <w:shd w:val="clear" w:color="auto" w:fill="E8ECF2"/>
            <w:tcMar>
              <w:top w:w="50" w:type="dxa"/>
              <w:left w:w="90" w:type="dxa"/>
              <w:bottom w:w="50" w:type="dxa"/>
              <w:right w:w="90" w:type="dxa"/>
            </w:tcMar>
            <w:vAlign w:val="center"/>
          </w:tcPr>
          <w:p w14:paraId="3400A945" w14:textId="77777777" w:rsidR="00E0703F" w:rsidRPr="00E0703F" w:rsidRDefault="00E0703F" w:rsidP="00E0703F">
            <w:pPr>
              <w:jc w:val="center"/>
              <w:rPr>
                <w:szCs w:val="20"/>
              </w:rPr>
            </w:pPr>
            <w:r w:rsidRPr="00E0703F">
              <w:rPr>
                <w:b/>
                <w:bCs/>
                <w:color w:val="1A2744"/>
                <w:szCs w:val="20"/>
              </w:rPr>
              <w:t>Month 5</w:t>
            </w:r>
          </w:p>
        </w:tc>
        <w:tc>
          <w:tcPr>
            <w:tcW w:w="2000" w:type="dxa"/>
            <w:shd w:val="clear" w:color="auto" w:fill="FFF8E7"/>
            <w:tcMar>
              <w:top w:w="50" w:type="dxa"/>
              <w:left w:w="90" w:type="dxa"/>
              <w:bottom w:w="50" w:type="dxa"/>
              <w:right w:w="90" w:type="dxa"/>
            </w:tcMar>
          </w:tcPr>
          <w:p w14:paraId="186A89C5" w14:textId="77777777" w:rsidR="00E0703F" w:rsidRPr="00E0703F" w:rsidRDefault="00E0703F" w:rsidP="00984E98">
            <w:pPr>
              <w:spacing w:line="300" w:lineRule="auto"/>
              <w:rPr>
                <w:sz w:val="19"/>
                <w:szCs w:val="19"/>
              </w:rPr>
            </w:pPr>
          </w:p>
        </w:tc>
        <w:tc>
          <w:tcPr>
            <w:tcW w:w="2440" w:type="dxa"/>
            <w:shd w:val="clear" w:color="auto" w:fill="FFF8E7"/>
            <w:tcMar>
              <w:top w:w="50" w:type="dxa"/>
              <w:left w:w="90" w:type="dxa"/>
              <w:bottom w:w="50" w:type="dxa"/>
              <w:right w:w="90" w:type="dxa"/>
            </w:tcMar>
          </w:tcPr>
          <w:p w14:paraId="4A340BE7" w14:textId="77777777" w:rsidR="00E0703F" w:rsidRPr="00E0703F" w:rsidRDefault="00E0703F" w:rsidP="00984E98">
            <w:pPr>
              <w:spacing w:line="300" w:lineRule="auto"/>
              <w:rPr>
                <w:sz w:val="19"/>
                <w:szCs w:val="19"/>
              </w:rPr>
            </w:pPr>
          </w:p>
        </w:tc>
        <w:tc>
          <w:tcPr>
            <w:tcW w:w="1440" w:type="dxa"/>
            <w:shd w:val="clear" w:color="auto" w:fill="FFF8E7"/>
            <w:tcMar>
              <w:top w:w="50" w:type="dxa"/>
              <w:left w:w="90" w:type="dxa"/>
              <w:bottom w:w="50" w:type="dxa"/>
              <w:right w:w="90" w:type="dxa"/>
            </w:tcMar>
          </w:tcPr>
          <w:p w14:paraId="49B985BE" w14:textId="77777777" w:rsidR="00E0703F" w:rsidRPr="00E0703F" w:rsidRDefault="00E0703F" w:rsidP="00984E98">
            <w:pPr>
              <w:spacing w:line="300" w:lineRule="auto"/>
              <w:rPr>
                <w:sz w:val="19"/>
                <w:szCs w:val="19"/>
              </w:rPr>
            </w:pPr>
          </w:p>
        </w:tc>
        <w:tc>
          <w:tcPr>
            <w:tcW w:w="2872" w:type="dxa"/>
            <w:shd w:val="clear" w:color="auto" w:fill="FFF8E7"/>
            <w:tcMar>
              <w:top w:w="50" w:type="dxa"/>
              <w:left w:w="90" w:type="dxa"/>
              <w:bottom w:w="50" w:type="dxa"/>
              <w:right w:w="90" w:type="dxa"/>
            </w:tcMar>
          </w:tcPr>
          <w:p w14:paraId="6D4CA848" w14:textId="77777777" w:rsidR="00E0703F" w:rsidRPr="00E0703F" w:rsidRDefault="00E0703F" w:rsidP="00984E98">
            <w:pPr>
              <w:spacing w:line="300" w:lineRule="auto"/>
              <w:rPr>
                <w:sz w:val="19"/>
                <w:szCs w:val="19"/>
              </w:rPr>
            </w:pPr>
          </w:p>
        </w:tc>
      </w:tr>
      <w:tr w:rsidR="00E0703F" w14:paraId="494C0DC9" w14:textId="77777777" w:rsidTr="00E0703F">
        <w:trPr>
          <w:cantSplit/>
          <w:jc w:val="center"/>
        </w:trPr>
        <w:tc>
          <w:tcPr>
            <w:tcW w:w="1040" w:type="dxa"/>
            <w:shd w:val="clear" w:color="auto" w:fill="E8ECF2"/>
            <w:tcMar>
              <w:top w:w="60" w:type="dxa"/>
              <w:left w:w="90" w:type="dxa"/>
              <w:bottom w:w="60" w:type="dxa"/>
              <w:right w:w="90" w:type="dxa"/>
            </w:tcMar>
            <w:vAlign w:val="center"/>
          </w:tcPr>
          <w:p w14:paraId="3918C605" w14:textId="77777777" w:rsidR="00E0703F" w:rsidRPr="00E0703F" w:rsidRDefault="00E0703F" w:rsidP="00E0703F">
            <w:pPr>
              <w:jc w:val="center"/>
              <w:rPr>
                <w:szCs w:val="20"/>
              </w:rPr>
            </w:pPr>
            <w:r w:rsidRPr="00E0703F">
              <w:rPr>
                <w:b/>
                <w:bCs/>
                <w:color w:val="1A2744"/>
                <w:szCs w:val="20"/>
              </w:rPr>
              <w:t>OUTCOME</w:t>
            </w:r>
          </w:p>
        </w:tc>
        <w:tc>
          <w:tcPr>
            <w:tcW w:w="8752" w:type="dxa"/>
            <w:gridSpan w:val="4"/>
            <w:shd w:val="clear" w:color="auto" w:fill="FFF8E7"/>
            <w:tcMar>
              <w:top w:w="60" w:type="dxa"/>
              <w:left w:w="90" w:type="dxa"/>
              <w:bottom w:w="60" w:type="dxa"/>
              <w:right w:w="90" w:type="dxa"/>
            </w:tcMar>
          </w:tcPr>
          <w:p w14:paraId="067172C1" w14:textId="77777777" w:rsidR="00E0703F" w:rsidRPr="00E0703F" w:rsidRDefault="00E0703F" w:rsidP="00984E98">
            <w:pPr>
              <w:spacing w:line="300" w:lineRule="auto"/>
              <w:rPr>
                <w:sz w:val="19"/>
                <w:szCs w:val="19"/>
              </w:rPr>
            </w:pPr>
          </w:p>
        </w:tc>
      </w:tr>
      <w:tr w:rsidR="00E0703F" w14:paraId="5807B0A4" w14:textId="77777777" w:rsidTr="00E0703F">
        <w:trPr>
          <w:cantSplit/>
          <w:jc w:val="center"/>
        </w:trPr>
        <w:tc>
          <w:tcPr>
            <w:tcW w:w="1040" w:type="dxa"/>
            <w:shd w:val="clear" w:color="auto" w:fill="E8ECF2"/>
            <w:tcMar>
              <w:top w:w="50" w:type="dxa"/>
              <w:left w:w="90" w:type="dxa"/>
              <w:bottom w:w="50" w:type="dxa"/>
              <w:right w:w="90" w:type="dxa"/>
            </w:tcMar>
            <w:vAlign w:val="center"/>
          </w:tcPr>
          <w:p w14:paraId="05B9B04A" w14:textId="77777777" w:rsidR="00E0703F" w:rsidRPr="00E0703F" w:rsidRDefault="00E0703F" w:rsidP="00E0703F">
            <w:pPr>
              <w:jc w:val="center"/>
              <w:rPr>
                <w:szCs w:val="20"/>
              </w:rPr>
            </w:pPr>
            <w:r w:rsidRPr="00E0703F">
              <w:rPr>
                <w:b/>
                <w:bCs/>
                <w:color w:val="1A2744"/>
                <w:szCs w:val="20"/>
              </w:rPr>
              <w:t>Month 6</w:t>
            </w:r>
          </w:p>
        </w:tc>
        <w:tc>
          <w:tcPr>
            <w:tcW w:w="2000" w:type="dxa"/>
            <w:shd w:val="clear" w:color="auto" w:fill="FFF8E7"/>
            <w:tcMar>
              <w:top w:w="50" w:type="dxa"/>
              <w:left w:w="90" w:type="dxa"/>
              <w:bottom w:w="50" w:type="dxa"/>
              <w:right w:w="90" w:type="dxa"/>
            </w:tcMar>
          </w:tcPr>
          <w:p w14:paraId="3FACB94F" w14:textId="77777777" w:rsidR="00E0703F" w:rsidRPr="00E0703F" w:rsidRDefault="00E0703F" w:rsidP="00984E98">
            <w:pPr>
              <w:spacing w:line="300" w:lineRule="auto"/>
              <w:rPr>
                <w:sz w:val="19"/>
                <w:szCs w:val="19"/>
              </w:rPr>
            </w:pPr>
          </w:p>
        </w:tc>
        <w:tc>
          <w:tcPr>
            <w:tcW w:w="2440" w:type="dxa"/>
            <w:shd w:val="clear" w:color="auto" w:fill="FFF8E7"/>
            <w:tcMar>
              <w:top w:w="50" w:type="dxa"/>
              <w:left w:w="90" w:type="dxa"/>
              <w:bottom w:w="50" w:type="dxa"/>
              <w:right w:w="90" w:type="dxa"/>
            </w:tcMar>
          </w:tcPr>
          <w:p w14:paraId="604DEEE7" w14:textId="77777777" w:rsidR="00E0703F" w:rsidRPr="00E0703F" w:rsidRDefault="00E0703F" w:rsidP="00984E98">
            <w:pPr>
              <w:spacing w:line="300" w:lineRule="auto"/>
              <w:rPr>
                <w:sz w:val="19"/>
                <w:szCs w:val="19"/>
              </w:rPr>
            </w:pPr>
          </w:p>
        </w:tc>
        <w:tc>
          <w:tcPr>
            <w:tcW w:w="1440" w:type="dxa"/>
            <w:shd w:val="clear" w:color="auto" w:fill="FFF8E7"/>
            <w:tcMar>
              <w:top w:w="50" w:type="dxa"/>
              <w:left w:w="90" w:type="dxa"/>
              <w:bottom w:w="50" w:type="dxa"/>
              <w:right w:w="90" w:type="dxa"/>
            </w:tcMar>
          </w:tcPr>
          <w:p w14:paraId="28D300A4" w14:textId="77777777" w:rsidR="00E0703F" w:rsidRPr="00E0703F" w:rsidRDefault="00E0703F" w:rsidP="00984E98">
            <w:pPr>
              <w:spacing w:line="300" w:lineRule="auto"/>
              <w:rPr>
                <w:sz w:val="19"/>
                <w:szCs w:val="19"/>
              </w:rPr>
            </w:pPr>
          </w:p>
        </w:tc>
        <w:tc>
          <w:tcPr>
            <w:tcW w:w="2872" w:type="dxa"/>
            <w:shd w:val="clear" w:color="auto" w:fill="FFF8E7"/>
            <w:tcMar>
              <w:top w:w="50" w:type="dxa"/>
              <w:left w:w="90" w:type="dxa"/>
              <w:bottom w:w="50" w:type="dxa"/>
              <w:right w:w="90" w:type="dxa"/>
            </w:tcMar>
          </w:tcPr>
          <w:p w14:paraId="41CC5C8F" w14:textId="77777777" w:rsidR="00E0703F" w:rsidRPr="00E0703F" w:rsidRDefault="00E0703F" w:rsidP="00984E98">
            <w:pPr>
              <w:spacing w:line="300" w:lineRule="auto"/>
              <w:rPr>
                <w:sz w:val="19"/>
                <w:szCs w:val="19"/>
              </w:rPr>
            </w:pPr>
          </w:p>
        </w:tc>
      </w:tr>
      <w:tr w:rsidR="00E0703F" w14:paraId="2FC26608" w14:textId="77777777" w:rsidTr="00E0703F">
        <w:trPr>
          <w:cantSplit/>
          <w:jc w:val="center"/>
        </w:trPr>
        <w:tc>
          <w:tcPr>
            <w:tcW w:w="1040" w:type="dxa"/>
            <w:shd w:val="clear" w:color="auto" w:fill="E8ECF2"/>
            <w:tcMar>
              <w:top w:w="60" w:type="dxa"/>
              <w:left w:w="90" w:type="dxa"/>
              <w:bottom w:w="60" w:type="dxa"/>
              <w:right w:w="90" w:type="dxa"/>
            </w:tcMar>
            <w:vAlign w:val="center"/>
          </w:tcPr>
          <w:p w14:paraId="3A10637D" w14:textId="77777777" w:rsidR="00E0703F" w:rsidRPr="00E0703F" w:rsidRDefault="00E0703F" w:rsidP="00E0703F">
            <w:pPr>
              <w:jc w:val="center"/>
              <w:rPr>
                <w:szCs w:val="20"/>
              </w:rPr>
            </w:pPr>
            <w:r w:rsidRPr="00E0703F">
              <w:rPr>
                <w:b/>
                <w:bCs/>
                <w:color w:val="1A2744"/>
                <w:szCs w:val="20"/>
              </w:rPr>
              <w:t>OUTCOME</w:t>
            </w:r>
          </w:p>
        </w:tc>
        <w:tc>
          <w:tcPr>
            <w:tcW w:w="8752" w:type="dxa"/>
            <w:gridSpan w:val="4"/>
            <w:shd w:val="clear" w:color="auto" w:fill="FFF8E7"/>
            <w:tcMar>
              <w:top w:w="60" w:type="dxa"/>
              <w:left w:w="90" w:type="dxa"/>
              <w:bottom w:w="60" w:type="dxa"/>
              <w:right w:w="90" w:type="dxa"/>
            </w:tcMar>
          </w:tcPr>
          <w:p w14:paraId="21C57912" w14:textId="77777777" w:rsidR="00E0703F" w:rsidRPr="00E0703F" w:rsidRDefault="00E0703F" w:rsidP="00984E98">
            <w:pPr>
              <w:spacing w:line="300" w:lineRule="auto"/>
              <w:rPr>
                <w:sz w:val="19"/>
                <w:szCs w:val="19"/>
              </w:rPr>
            </w:pPr>
          </w:p>
        </w:tc>
      </w:tr>
    </w:tbl>
    <w:p w14:paraId="4FD1071D" w14:textId="77777777" w:rsidR="0037117C" w:rsidRDefault="00E0703F" w:rsidP="00FD26EF">
      <w:pPr>
        <w:spacing w:before="240" w:after="130"/>
        <w:rPr>
          <w:sz w:val="22"/>
        </w:rPr>
      </w:pPr>
      <w:r w:rsidRPr="00E0703F">
        <w:rPr>
          <w:b/>
          <w:bCs/>
          <w:sz w:val="22"/>
        </w:rPr>
        <w:t xml:space="preserve">Leader reminder: </w:t>
      </w:r>
      <w:r w:rsidRPr="00E0703F">
        <w:rPr>
          <w:sz w:val="22"/>
        </w:rPr>
        <w:t>Plan the next activity before the current one slips off your radar. Keep follow-up limited to actions that currently need attention.</w:t>
      </w:r>
      <w:r w:rsidR="0037117C">
        <w:rPr>
          <w:sz w:val="22"/>
        </w:rPr>
        <w:br w:type="page"/>
      </w:r>
    </w:p>
    <w:p w14:paraId="210AC4F2" w14:textId="77777777" w:rsidR="00647569" w:rsidRPr="00647569" w:rsidRDefault="00647569" w:rsidP="00647569">
      <w:pPr>
        <w:pBdr>
          <w:bottom w:val="single" w:sz="8" w:space="4" w:color="B9913A"/>
        </w:pBdr>
        <w:spacing w:after="300" w:line="240" w:lineRule="auto"/>
        <w:contextualSpacing/>
        <w:rPr>
          <w:rFonts w:asciiTheme="majorHAnsi" w:eastAsiaTheme="majorEastAsia" w:hAnsiTheme="majorHAnsi" w:cstheme="majorBidi"/>
          <w:b/>
          <w:color w:val="1A2744"/>
          <w:spacing w:val="5"/>
          <w:kern w:val="28"/>
          <w:sz w:val="42"/>
          <w:szCs w:val="42"/>
        </w:rPr>
      </w:pPr>
      <w:r w:rsidRPr="00647569">
        <w:rPr>
          <w:rFonts w:asciiTheme="majorHAnsi" w:eastAsiaTheme="majorEastAsia" w:hAnsiTheme="majorHAnsi" w:cstheme="majorBidi"/>
          <w:b/>
          <w:color w:val="1A2744"/>
          <w:spacing w:val="5"/>
          <w:kern w:val="28"/>
          <w:sz w:val="42"/>
          <w:szCs w:val="42"/>
        </w:rPr>
        <w:lastRenderedPageBreak/>
        <w:t>Sample Six-Month Team Building Schedule</w:t>
      </w:r>
    </w:p>
    <w:p w14:paraId="3532307C" w14:textId="77777777" w:rsidR="00E0703F" w:rsidRDefault="00E0703F" w:rsidP="00E0703F">
      <w:pPr>
        <w:spacing w:before="360" w:after="130"/>
        <w:rPr>
          <w:sz w:val="24"/>
          <w:szCs w:val="24"/>
        </w:rPr>
      </w:pPr>
      <w:r>
        <w:rPr>
          <w:sz w:val="24"/>
          <w:szCs w:val="24"/>
        </w:rPr>
        <w:t xml:space="preserve">Marcus Hale runs an eight-person claims team. Two people joined in </w:t>
      </w:r>
      <w:proofErr w:type="gramStart"/>
      <w:r>
        <w:rPr>
          <w:sz w:val="24"/>
          <w:szCs w:val="24"/>
        </w:rPr>
        <w:t>January</w:t>
      </w:r>
      <w:proofErr w:type="gramEnd"/>
      <w:r>
        <w:rPr>
          <w:sz w:val="24"/>
          <w:szCs w:val="24"/>
        </w:rPr>
        <w:t xml:space="preserve"> and the team had been missing details on files handed between adjusters. This is the six months he scheduled, written down a row at a time. The sequence is optional. Change the order whenever a different need arises.</w:t>
      </w:r>
    </w:p>
    <w:p w14:paraId="617AE434" w14:textId="77777777" w:rsidR="00E0703F" w:rsidRDefault="00E0703F" w:rsidP="00E0703F">
      <w:pPr>
        <w:spacing w:after="60"/>
        <w:rPr>
          <w:sz w:val="8"/>
          <w:szCs w:val="8"/>
        </w:rPr>
      </w:pPr>
    </w:p>
    <w:tbl>
      <w:tblPr>
        <w:tblW w:w="9792"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1059"/>
        <w:gridCol w:w="1996"/>
        <w:gridCol w:w="2434"/>
        <w:gridCol w:w="1439"/>
        <w:gridCol w:w="2864"/>
      </w:tblGrid>
      <w:tr w:rsidR="00E0703F" w14:paraId="58A1471F" w14:textId="77777777" w:rsidTr="00E0703F">
        <w:trPr>
          <w:cantSplit/>
          <w:trHeight w:val="720"/>
          <w:tblHeader/>
        </w:trPr>
        <w:tc>
          <w:tcPr>
            <w:tcW w:w="1040" w:type="dxa"/>
            <w:shd w:val="clear" w:color="auto" w:fill="1A2744"/>
            <w:tcMar>
              <w:top w:w="70" w:type="dxa"/>
              <w:left w:w="110" w:type="dxa"/>
              <w:bottom w:w="70" w:type="dxa"/>
              <w:right w:w="110" w:type="dxa"/>
            </w:tcMar>
            <w:vAlign w:val="center"/>
          </w:tcPr>
          <w:p w14:paraId="429192F4" w14:textId="77777777" w:rsidR="00E0703F" w:rsidRDefault="00E0703F" w:rsidP="00E0703F">
            <w:pPr>
              <w:jc w:val="center"/>
              <w:rPr>
                <w:sz w:val="24"/>
                <w:szCs w:val="24"/>
              </w:rPr>
            </w:pPr>
            <w:r>
              <w:rPr>
                <w:b/>
                <w:bCs/>
                <w:color w:val="FFFFFF"/>
                <w:szCs w:val="20"/>
              </w:rPr>
              <w:t>MONTH</w:t>
            </w:r>
          </w:p>
        </w:tc>
        <w:tc>
          <w:tcPr>
            <w:tcW w:w="2000" w:type="dxa"/>
            <w:shd w:val="clear" w:color="auto" w:fill="1A2744"/>
            <w:tcMar>
              <w:top w:w="70" w:type="dxa"/>
              <w:left w:w="110" w:type="dxa"/>
              <w:bottom w:w="70" w:type="dxa"/>
              <w:right w:w="110" w:type="dxa"/>
            </w:tcMar>
            <w:vAlign w:val="center"/>
          </w:tcPr>
          <w:p w14:paraId="65BF8257" w14:textId="77777777" w:rsidR="00E0703F" w:rsidRDefault="00E0703F" w:rsidP="00E0703F">
            <w:pPr>
              <w:jc w:val="center"/>
              <w:rPr>
                <w:sz w:val="24"/>
                <w:szCs w:val="24"/>
              </w:rPr>
            </w:pPr>
            <w:r>
              <w:rPr>
                <w:b/>
                <w:bCs/>
                <w:color w:val="FFFFFF"/>
                <w:szCs w:val="20"/>
              </w:rPr>
              <w:t>ACTIVITY</w:t>
            </w:r>
          </w:p>
        </w:tc>
        <w:tc>
          <w:tcPr>
            <w:tcW w:w="2440" w:type="dxa"/>
            <w:shd w:val="clear" w:color="auto" w:fill="1A2744"/>
            <w:tcMar>
              <w:top w:w="70" w:type="dxa"/>
              <w:left w:w="110" w:type="dxa"/>
              <w:bottom w:w="70" w:type="dxa"/>
              <w:right w:w="110" w:type="dxa"/>
            </w:tcMar>
            <w:vAlign w:val="center"/>
          </w:tcPr>
          <w:p w14:paraId="7EF82C6D" w14:textId="77777777" w:rsidR="00E0703F" w:rsidRDefault="00E0703F" w:rsidP="00E0703F">
            <w:pPr>
              <w:jc w:val="center"/>
              <w:rPr>
                <w:sz w:val="24"/>
                <w:szCs w:val="24"/>
              </w:rPr>
            </w:pPr>
            <w:r>
              <w:rPr>
                <w:b/>
                <w:bCs/>
                <w:color w:val="FFFFFF"/>
                <w:szCs w:val="20"/>
              </w:rPr>
              <w:t>TEAM NEED OR PURPOSE</w:t>
            </w:r>
          </w:p>
        </w:tc>
        <w:tc>
          <w:tcPr>
            <w:tcW w:w="1440" w:type="dxa"/>
            <w:shd w:val="clear" w:color="auto" w:fill="1A2744"/>
            <w:tcMar>
              <w:top w:w="70" w:type="dxa"/>
              <w:left w:w="110" w:type="dxa"/>
              <w:bottom w:w="70" w:type="dxa"/>
              <w:right w:w="110" w:type="dxa"/>
            </w:tcMar>
            <w:vAlign w:val="center"/>
          </w:tcPr>
          <w:p w14:paraId="11CD5639" w14:textId="77777777" w:rsidR="00E0703F" w:rsidRDefault="00E0703F" w:rsidP="00E0703F">
            <w:pPr>
              <w:jc w:val="center"/>
              <w:rPr>
                <w:sz w:val="24"/>
                <w:szCs w:val="24"/>
              </w:rPr>
            </w:pPr>
            <w:r>
              <w:rPr>
                <w:b/>
                <w:bCs/>
                <w:color w:val="FFFFFF"/>
                <w:szCs w:val="20"/>
              </w:rPr>
              <w:t>SCHEDULED DATE</w:t>
            </w:r>
          </w:p>
        </w:tc>
        <w:tc>
          <w:tcPr>
            <w:tcW w:w="2872" w:type="dxa"/>
            <w:shd w:val="clear" w:color="auto" w:fill="1A2744"/>
            <w:tcMar>
              <w:top w:w="70" w:type="dxa"/>
              <w:left w:w="110" w:type="dxa"/>
              <w:bottom w:w="70" w:type="dxa"/>
              <w:right w:w="110" w:type="dxa"/>
            </w:tcMar>
            <w:vAlign w:val="center"/>
          </w:tcPr>
          <w:p w14:paraId="0D718FAB" w14:textId="77777777" w:rsidR="00E0703F" w:rsidRDefault="00E0703F" w:rsidP="00E0703F">
            <w:pPr>
              <w:jc w:val="center"/>
              <w:rPr>
                <w:sz w:val="24"/>
                <w:szCs w:val="24"/>
              </w:rPr>
            </w:pPr>
            <w:r>
              <w:rPr>
                <w:b/>
                <w:bCs/>
                <w:color w:val="FFFFFF"/>
                <w:szCs w:val="20"/>
              </w:rPr>
              <w:t>WHO’S BRINGING WHAT</w:t>
            </w:r>
          </w:p>
        </w:tc>
      </w:tr>
      <w:tr w:rsidR="00E0703F" w14:paraId="53FD7E44" w14:textId="77777777" w:rsidTr="00984E98">
        <w:trPr>
          <w:cantSplit/>
        </w:trPr>
        <w:tc>
          <w:tcPr>
            <w:tcW w:w="1040" w:type="dxa"/>
            <w:shd w:val="clear" w:color="auto" w:fill="E8ECF2"/>
            <w:tcMar>
              <w:top w:w="80" w:type="dxa"/>
              <w:left w:w="90" w:type="dxa"/>
              <w:bottom w:w="80" w:type="dxa"/>
              <w:right w:w="90" w:type="dxa"/>
            </w:tcMar>
            <w:vAlign w:val="center"/>
          </w:tcPr>
          <w:p w14:paraId="3E324C59" w14:textId="77777777" w:rsidR="00E0703F" w:rsidRPr="00E0703F" w:rsidRDefault="00E0703F" w:rsidP="00E0703F">
            <w:pPr>
              <w:jc w:val="center"/>
              <w:rPr>
                <w:szCs w:val="20"/>
              </w:rPr>
            </w:pPr>
            <w:r w:rsidRPr="00E0703F">
              <w:rPr>
                <w:b/>
                <w:bCs/>
                <w:color w:val="1A2744"/>
                <w:szCs w:val="20"/>
              </w:rPr>
              <w:t>January</w:t>
            </w:r>
          </w:p>
        </w:tc>
        <w:tc>
          <w:tcPr>
            <w:tcW w:w="2000" w:type="dxa"/>
            <w:shd w:val="clear" w:color="auto" w:fill="FFF8E7"/>
            <w:tcMar>
              <w:top w:w="80" w:type="dxa"/>
              <w:left w:w="90" w:type="dxa"/>
              <w:bottom w:w="80" w:type="dxa"/>
              <w:right w:w="90" w:type="dxa"/>
            </w:tcMar>
            <w:vAlign w:val="center"/>
          </w:tcPr>
          <w:p w14:paraId="2AA7D53D" w14:textId="77777777" w:rsidR="00E0703F" w:rsidRPr="00E0703F" w:rsidRDefault="00E0703F" w:rsidP="00984E98">
            <w:pPr>
              <w:rPr>
                <w:sz w:val="19"/>
                <w:szCs w:val="19"/>
              </w:rPr>
            </w:pPr>
            <w:r w:rsidRPr="00E0703F">
              <w:rPr>
                <w:sz w:val="19"/>
                <w:szCs w:val="19"/>
              </w:rPr>
              <w:t>Who Knew?</w:t>
            </w:r>
          </w:p>
        </w:tc>
        <w:tc>
          <w:tcPr>
            <w:tcW w:w="2440" w:type="dxa"/>
            <w:shd w:val="clear" w:color="auto" w:fill="FFF8E7"/>
            <w:tcMar>
              <w:top w:w="80" w:type="dxa"/>
              <w:left w:w="90" w:type="dxa"/>
              <w:bottom w:w="80" w:type="dxa"/>
              <w:right w:w="90" w:type="dxa"/>
            </w:tcMar>
            <w:vAlign w:val="center"/>
          </w:tcPr>
          <w:p w14:paraId="03AC5603" w14:textId="77777777" w:rsidR="00E0703F" w:rsidRPr="00E0703F" w:rsidRDefault="00E0703F" w:rsidP="00984E98">
            <w:pPr>
              <w:rPr>
                <w:sz w:val="19"/>
                <w:szCs w:val="19"/>
              </w:rPr>
            </w:pPr>
            <w:r w:rsidRPr="00E0703F">
              <w:rPr>
                <w:sz w:val="19"/>
                <w:szCs w:val="19"/>
              </w:rPr>
              <w:t>Two people joined and nobody knows them beyond their job title</w:t>
            </w:r>
          </w:p>
        </w:tc>
        <w:tc>
          <w:tcPr>
            <w:tcW w:w="1440" w:type="dxa"/>
            <w:shd w:val="clear" w:color="auto" w:fill="FFF8E7"/>
            <w:tcMar>
              <w:top w:w="80" w:type="dxa"/>
              <w:left w:w="90" w:type="dxa"/>
              <w:bottom w:w="80" w:type="dxa"/>
              <w:right w:w="90" w:type="dxa"/>
            </w:tcMar>
            <w:vAlign w:val="center"/>
          </w:tcPr>
          <w:p w14:paraId="056C6432" w14:textId="77777777" w:rsidR="00E0703F" w:rsidRPr="00E0703F" w:rsidRDefault="00E0703F" w:rsidP="00984E98">
            <w:pPr>
              <w:rPr>
                <w:sz w:val="19"/>
                <w:szCs w:val="19"/>
              </w:rPr>
            </w:pPr>
            <w:r w:rsidRPr="00E0703F">
              <w:rPr>
                <w:sz w:val="19"/>
                <w:szCs w:val="19"/>
              </w:rPr>
              <w:t>Tue, Jan 13</w:t>
            </w:r>
          </w:p>
        </w:tc>
        <w:tc>
          <w:tcPr>
            <w:tcW w:w="2872" w:type="dxa"/>
            <w:shd w:val="clear" w:color="auto" w:fill="FFF8E7"/>
            <w:tcMar>
              <w:top w:w="80" w:type="dxa"/>
              <w:left w:w="90" w:type="dxa"/>
              <w:bottom w:w="80" w:type="dxa"/>
              <w:right w:w="90" w:type="dxa"/>
            </w:tcMar>
            <w:vAlign w:val="center"/>
          </w:tcPr>
          <w:p w14:paraId="2A4C80FF" w14:textId="77777777" w:rsidR="00E0703F" w:rsidRPr="00E0703F" w:rsidRDefault="00E0703F" w:rsidP="00984E98">
            <w:pPr>
              <w:rPr>
                <w:sz w:val="19"/>
                <w:szCs w:val="19"/>
              </w:rPr>
            </w:pPr>
            <w:r w:rsidRPr="00E0703F">
              <w:rPr>
                <w:sz w:val="19"/>
                <w:szCs w:val="19"/>
              </w:rPr>
              <w:t>Question list in the chat. Marcus, the Friday before</w:t>
            </w:r>
          </w:p>
        </w:tc>
      </w:tr>
      <w:tr w:rsidR="00E0703F" w14:paraId="3E1E3CB6" w14:textId="77777777" w:rsidTr="00984E98">
        <w:trPr>
          <w:cantSplit/>
        </w:trPr>
        <w:tc>
          <w:tcPr>
            <w:tcW w:w="1040" w:type="dxa"/>
            <w:shd w:val="clear" w:color="auto" w:fill="E8ECF2"/>
            <w:tcMar>
              <w:top w:w="70" w:type="dxa"/>
              <w:left w:w="90" w:type="dxa"/>
              <w:bottom w:w="70" w:type="dxa"/>
              <w:right w:w="90" w:type="dxa"/>
            </w:tcMar>
            <w:vAlign w:val="center"/>
          </w:tcPr>
          <w:p w14:paraId="3EE1E96B" w14:textId="77777777" w:rsidR="00E0703F" w:rsidRPr="00E0703F" w:rsidRDefault="00E0703F" w:rsidP="00E0703F">
            <w:pPr>
              <w:jc w:val="center"/>
              <w:rPr>
                <w:szCs w:val="20"/>
              </w:rPr>
            </w:pPr>
            <w:r w:rsidRPr="00E0703F">
              <w:rPr>
                <w:b/>
                <w:bCs/>
                <w:color w:val="1A2744"/>
                <w:szCs w:val="20"/>
              </w:rPr>
              <w:t>OUTCOME</w:t>
            </w:r>
          </w:p>
        </w:tc>
        <w:tc>
          <w:tcPr>
            <w:tcW w:w="8752" w:type="dxa"/>
            <w:gridSpan w:val="4"/>
            <w:shd w:val="clear" w:color="auto" w:fill="FFF8E7"/>
            <w:tcMar>
              <w:top w:w="70" w:type="dxa"/>
              <w:left w:w="90" w:type="dxa"/>
              <w:bottom w:w="70" w:type="dxa"/>
              <w:right w:w="90" w:type="dxa"/>
            </w:tcMar>
            <w:vAlign w:val="center"/>
          </w:tcPr>
          <w:p w14:paraId="7BC48B3A" w14:textId="77777777" w:rsidR="00E0703F" w:rsidRPr="00E0703F" w:rsidRDefault="00E0703F" w:rsidP="00984E98">
            <w:pPr>
              <w:rPr>
                <w:sz w:val="19"/>
                <w:szCs w:val="19"/>
              </w:rPr>
            </w:pPr>
            <w:r w:rsidRPr="00E0703F">
              <w:rPr>
                <w:sz w:val="19"/>
                <w:szCs w:val="19"/>
              </w:rPr>
              <w:t>Nina rebuilt a motorcycle engine and Theo taught English in Chile. The room was still talking about it at lunch.</w:t>
            </w:r>
          </w:p>
        </w:tc>
      </w:tr>
      <w:tr w:rsidR="00E0703F" w14:paraId="38377BA1" w14:textId="77777777" w:rsidTr="00984E98">
        <w:trPr>
          <w:cantSplit/>
        </w:trPr>
        <w:tc>
          <w:tcPr>
            <w:tcW w:w="1040" w:type="dxa"/>
            <w:shd w:val="clear" w:color="auto" w:fill="E8ECF2"/>
            <w:tcMar>
              <w:top w:w="80" w:type="dxa"/>
              <w:left w:w="90" w:type="dxa"/>
              <w:bottom w:w="80" w:type="dxa"/>
              <w:right w:w="90" w:type="dxa"/>
            </w:tcMar>
            <w:vAlign w:val="center"/>
          </w:tcPr>
          <w:p w14:paraId="290BE9B6" w14:textId="77777777" w:rsidR="00E0703F" w:rsidRPr="00E0703F" w:rsidRDefault="00E0703F" w:rsidP="00E0703F">
            <w:pPr>
              <w:jc w:val="center"/>
              <w:rPr>
                <w:szCs w:val="20"/>
              </w:rPr>
            </w:pPr>
            <w:r w:rsidRPr="00E0703F">
              <w:rPr>
                <w:b/>
                <w:bCs/>
                <w:color w:val="1A2744"/>
                <w:szCs w:val="20"/>
              </w:rPr>
              <w:t>February</w:t>
            </w:r>
          </w:p>
        </w:tc>
        <w:tc>
          <w:tcPr>
            <w:tcW w:w="2000" w:type="dxa"/>
            <w:shd w:val="clear" w:color="auto" w:fill="FFF8E7"/>
            <w:tcMar>
              <w:top w:w="80" w:type="dxa"/>
              <w:left w:w="90" w:type="dxa"/>
              <w:bottom w:w="80" w:type="dxa"/>
              <w:right w:w="90" w:type="dxa"/>
            </w:tcMar>
            <w:vAlign w:val="center"/>
          </w:tcPr>
          <w:p w14:paraId="4911AB8E" w14:textId="77777777" w:rsidR="00E0703F" w:rsidRPr="00E0703F" w:rsidRDefault="00E0703F" w:rsidP="00984E98">
            <w:pPr>
              <w:rPr>
                <w:sz w:val="19"/>
                <w:szCs w:val="19"/>
              </w:rPr>
            </w:pPr>
            <w:r w:rsidRPr="00E0703F">
              <w:rPr>
                <w:sz w:val="19"/>
                <w:szCs w:val="19"/>
              </w:rPr>
              <w:t>Lost in Translation</w:t>
            </w:r>
          </w:p>
        </w:tc>
        <w:tc>
          <w:tcPr>
            <w:tcW w:w="2440" w:type="dxa"/>
            <w:shd w:val="clear" w:color="auto" w:fill="FFF8E7"/>
            <w:tcMar>
              <w:top w:w="80" w:type="dxa"/>
              <w:left w:w="90" w:type="dxa"/>
              <w:bottom w:w="80" w:type="dxa"/>
              <w:right w:w="90" w:type="dxa"/>
            </w:tcMar>
            <w:vAlign w:val="center"/>
          </w:tcPr>
          <w:p w14:paraId="45EF4884" w14:textId="77777777" w:rsidR="00E0703F" w:rsidRPr="00E0703F" w:rsidRDefault="00E0703F" w:rsidP="00984E98">
            <w:pPr>
              <w:rPr>
                <w:sz w:val="19"/>
                <w:szCs w:val="19"/>
              </w:rPr>
            </w:pPr>
            <w:r w:rsidRPr="00E0703F">
              <w:rPr>
                <w:sz w:val="19"/>
                <w:szCs w:val="19"/>
              </w:rPr>
              <w:t>Files handed between adjusters keep coming back for missing detail</w:t>
            </w:r>
          </w:p>
        </w:tc>
        <w:tc>
          <w:tcPr>
            <w:tcW w:w="1440" w:type="dxa"/>
            <w:shd w:val="clear" w:color="auto" w:fill="FFF8E7"/>
            <w:tcMar>
              <w:top w:w="80" w:type="dxa"/>
              <w:left w:w="90" w:type="dxa"/>
              <w:bottom w:w="80" w:type="dxa"/>
              <w:right w:w="90" w:type="dxa"/>
            </w:tcMar>
            <w:vAlign w:val="center"/>
          </w:tcPr>
          <w:p w14:paraId="07BDD94E" w14:textId="77777777" w:rsidR="00E0703F" w:rsidRPr="00E0703F" w:rsidRDefault="00E0703F" w:rsidP="00984E98">
            <w:pPr>
              <w:rPr>
                <w:sz w:val="19"/>
                <w:szCs w:val="19"/>
              </w:rPr>
            </w:pPr>
            <w:r w:rsidRPr="00E0703F">
              <w:rPr>
                <w:sz w:val="19"/>
                <w:szCs w:val="19"/>
              </w:rPr>
              <w:t>Tue, Feb 10</w:t>
            </w:r>
          </w:p>
        </w:tc>
        <w:tc>
          <w:tcPr>
            <w:tcW w:w="2872" w:type="dxa"/>
            <w:shd w:val="clear" w:color="auto" w:fill="FFF8E7"/>
            <w:tcMar>
              <w:top w:w="80" w:type="dxa"/>
              <w:left w:w="90" w:type="dxa"/>
              <w:bottom w:w="80" w:type="dxa"/>
              <w:right w:w="90" w:type="dxa"/>
            </w:tcMar>
            <w:vAlign w:val="center"/>
          </w:tcPr>
          <w:p w14:paraId="194647A6" w14:textId="77777777" w:rsidR="00E0703F" w:rsidRPr="00E0703F" w:rsidRDefault="00E0703F" w:rsidP="00984E98">
            <w:pPr>
              <w:rPr>
                <w:sz w:val="19"/>
                <w:szCs w:val="19"/>
              </w:rPr>
            </w:pPr>
            <w:r w:rsidRPr="00E0703F">
              <w:rPr>
                <w:sz w:val="19"/>
                <w:szCs w:val="19"/>
              </w:rPr>
              <w:t>Drawing cards and blank paper. Priya, Feb 9</w:t>
            </w:r>
          </w:p>
        </w:tc>
      </w:tr>
      <w:tr w:rsidR="00E0703F" w14:paraId="25EAF393" w14:textId="77777777" w:rsidTr="00984E98">
        <w:trPr>
          <w:cantSplit/>
        </w:trPr>
        <w:tc>
          <w:tcPr>
            <w:tcW w:w="1040" w:type="dxa"/>
            <w:shd w:val="clear" w:color="auto" w:fill="E8ECF2"/>
            <w:tcMar>
              <w:top w:w="70" w:type="dxa"/>
              <w:left w:w="90" w:type="dxa"/>
              <w:bottom w:w="70" w:type="dxa"/>
              <w:right w:w="90" w:type="dxa"/>
            </w:tcMar>
            <w:vAlign w:val="center"/>
          </w:tcPr>
          <w:p w14:paraId="438E9E8A" w14:textId="77777777" w:rsidR="00E0703F" w:rsidRPr="00E0703F" w:rsidRDefault="00E0703F" w:rsidP="00E0703F">
            <w:pPr>
              <w:jc w:val="center"/>
              <w:rPr>
                <w:szCs w:val="20"/>
              </w:rPr>
            </w:pPr>
            <w:r w:rsidRPr="00E0703F">
              <w:rPr>
                <w:b/>
                <w:bCs/>
                <w:color w:val="1A2744"/>
                <w:szCs w:val="20"/>
              </w:rPr>
              <w:t>OUTCOME</w:t>
            </w:r>
          </w:p>
        </w:tc>
        <w:tc>
          <w:tcPr>
            <w:tcW w:w="8752" w:type="dxa"/>
            <w:gridSpan w:val="4"/>
            <w:shd w:val="clear" w:color="auto" w:fill="FFF8E7"/>
            <w:tcMar>
              <w:top w:w="70" w:type="dxa"/>
              <w:left w:w="90" w:type="dxa"/>
              <w:bottom w:w="70" w:type="dxa"/>
              <w:right w:w="90" w:type="dxa"/>
            </w:tcMar>
            <w:vAlign w:val="center"/>
          </w:tcPr>
          <w:p w14:paraId="5164DFCF" w14:textId="77777777" w:rsidR="00E0703F" w:rsidRPr="00E0703F" w:rsidRDefault="00E0703F" w:rsidP="00984E98">
            <w:pPr>
              <w:rPr>
                <w:sz w:val="19"/>
                <w:szCs w:val="19"/>
              </w:rPr>
            </w:pPr>
            <w:r w:rsidRPr="00E0703F">
              <w:rPr>
                <w:sz w:val="19"/>
                <w:szCs w:val="19"/>
              </w:rPr>
              <w:t>Round two took half the time. The team agreed to ask one question back before starting any transferred file.</w:t>
            </w:r>
          </w:p>
        </w:tc>
      </w:tr>
      <w:tr w:rsidR="00E0703F" w14:paraId="1F94DF5E" w14:textId="77777777" w:rsidTr="00984E98">
        <w:trPr>
          <w:cantSplit/>
        </w:trPr>
        <w:tc>
          <w:tcPr>
            <w:tcW w:w="1040" w:type="dxa"/>
            <w:shd w:val="clear" w:color="auto" w:fill="E8ECF2"/>
            <w:tcMar>
              <w:top w:w="80" w:type="dxa"/>
              <w:left w:w="90" w:type="dxa"/>
              <w:bottom w:w="80" w:type="dxa"/>
              <w:right w:w="90" w:type="dxa"/>
            </w:tcMar>
            <w:vAlign w:val="center"/>
          </w:tcPr>
          <w:p w14:paraId="418F0D0B" w14:textId="77777777" w:rsidR="00E0703F" w:rsidRPr="00E0703F" w:rsidRDefault="00E0703F" w:rsidP="00E0703F">
            <w:pPr>
              <w:jc w:val="center"/>
              <w:rPr>
                <w:szCs w:val="20"/>
              </w:rPr>
            </w:pPr>
            <w:r w:rsidRPr="00E0703F">
              <w:rPr>
                <w:b/>
                <w:bCs/>
                <w:color w:val="1A2744"/>
                <w:szCs w:val="20"/>
              </w:rPr>
              <w:t>March</w:t>
            </w:r>
          </w:p>
        </w:tc>
        <w:tc>
          <w:tcPr>
            <w:tcW w:w="2000" w:type="dxa"/>
            <w:shd w:val="clear" w:color="auto" w:fill="FFF8E7"/>
            <w:tcMar>
              <w:top w:w="80" w:type="dxa"/>
              <w:left w:w="90" w:type="dxa"/>
              <w:bottom w:w="80" w:type="dxa"/>
              <w:right w:w="90" w:type="dxa"/>
            </w:tcMar>
            <w:vAlign w:val="center"/>
          </w:tcPr>
          <w:p w14:paraId="27F43324" w14:textId="77777777" w:rsidR="00E0703F" w:rsidRPr="00E0703F" w:rsidRDefault="00E0703F" w:rsidP="00984E98">
            <w:pPr>
              <w:rPr>
                <w:sz w:val="19"/>
                <w:szCs w:val="19"/>
              </w:rPr>
            </w:pPr>
            <w:r w:rsidRPr="00E0703F">
              <w:rPr>
                <w:sz w:val="19"/>
                <w:szCs w:val="19"/>
              </w:rPr>
              <w:t>Crazy Enough to Work?</w:t>
            </w:r>
          </w:p>
        </w:tc>
        <w:tc>
          <w:tcPr>
            <w:tcW w:w="2440" w:type="dxa"/>
            <w:shd w:val="clear" w:color="auto" w:fill="FFF8E7"/>
            <w:tcMar>
              <w:top w:w="80" w:type="dxa"/>
              <w:left w:w="90" w:type="dxa"/>
              <w:bottom w:w="80" w:type="dxa"/>
              <w:right w:w="90" w:type="dxa"/>
            </w:tcMar>
            <w:vAlign w:val="center"/>
          </w:tcPr>
          <w:p w14:paraId="5E5AC53E" w14:textId="77777777" w:rsidR="00E0703F" w:rsidRPr="00E0703F" w:rsidRDefault="00E0703F" w:rsidP="00984E98">
            <w:pPr>
              <w:rPr>
                <w:sz w:val="19"/>
                <w:szCs w:val="19"/>
              </w:rPr>
            </w:pPr>
            <w:r w:rsidRPr="00E0703F">
              <w:rPr>
                <w:sz w:val="19"/>
                <w:szCs w:val="19"/>
              </w:rPr>
              <w:t>The Friday backlog has been stuck for a year</w:t>
            </w:r>
          </w:p>
        </w:tc>
        <w:tc>
          <w:tcPr>
            <w:tcW w:w="1440" w:type="dxa"/>
            <w:shd w:val="clear" w:color="auto" w:fill="FFF8E7"/>
            <w:tcMar>
              <w:top w:w="80" w:type="dxa"/>
              <w:left w:w="90" w:type="dxa"/>
              <w:bottom w:w="80" w:type="dxa"/>
              <w:right w:w="90" w:type="dxa"/>
            </w:tcMar>
            <w:vAlign w:val="center"/>
          </w:tcPr>
          <w:p w14:paraId="5B4DBB35" w14:textId="77777777" w:rsidR="00E0703F" w:rsidRPr="00E0703F" w:rsidRDefault="00E0703F" w:rsidP="00984E98">
            <w:pPr>
              <w:rPr>
                <w:sz w:val="19"/>
                <w:szCs w:val="19"/>
              </w:rPr>
            </w:pPr>
            <w:r w:rsidRPr="00E0703F">
              <w:rPr>
                <w:sz w:val="19"/>
                <w:szCs w:val="19"/>
              </w:rPr>
              <w:t>Tue, Mar 10</w:t>
            </w:r>
          </w:p>
        </w:tc>
        <w:tc>
          <w:tcPr>
            <w:tcW w:w="2872" w:type="dxa"/>
            <w:shd w:val="clear" w:color="auto" w:fill="FFF8E7"/>
            <w:tcMar>
              <w:top w:w="80" w:type="dxa"/>
              <w:left w:w="90" w:type="dxa"/>
              <w:bottom w:w="80" w:type="dxa"/>
              <w:right w:w="90" w:type="dxa"/>
            </w:tcMar>
            <w:vAlign w:val="center"/>
          </w:tcPr>
          <w:p w14:paraId="5013B85E" w14:textId="77777777" w:rsidR="00E0703F" w:rsidRPr="00E0703F" w:rsidRDefault="00E0703F" w:rsidP="00984E98">
            <w:pPr>
              <w:rPr>
                <w:sz w:val="19"/>
                <w:szCs w:val="19"/>
              </w:rPr>
            </w:pPr>
            <w:r w:rsidRPr="00E0703F">
              <w:rPr>
                <w:sz w:val="19"/>
                <w:szCs w:val="19"/>
              </w:rPr>
              <w:t>Whiteboard. Marcus, day of</w:t>
            </w:r>
          </w:p>
        </w:tc>
      </w:tr>
      <w:tr w:rsidR="00E0703F" w14:paraId="66DB8ACD" w14:textId="77777777" w:rsidTr="00984E98">
        <w:trPr>
          <w:cantSplit/>
        </w:trPr>
        <w:tc>
          <w:tcPr>
            <w:tcW w:w="1040" w:type="dxa"/>
            <w:shd w:val="clear" w:color="auto" w:fill="E8ECF2"/>
            <w:tcMar>
              <w:top w:w="70" w:type="dxa"/>
              <w:left w:w="90" w:type="dxa"/>
              <w:bottom w:w="70" w:type="dxa"/>
              <w:right w:w="90" w:type="dxa"/>
            </w:tcMar>
            <w:vAlign w:val="center"/>
          </w:tcPr>
          <w:p w14:paraId="2D49DE3C" w14:textId="77777777" w:rsidR="00E0703F" w:rsidRPr="00E0703F" w:rsidRDefault="00E0703F" w:rsidP="00E0703F">
            <w:pPr>
              <w:jc w:val="center"/>
              <w:rPr>
                <w:szCs w:val="20"/>
              </w:rPr>
            </w:pPr>
            <w:r w:rsidRPr="00E0703F">
              <w:rPr>
                <w:b/>
                <w:bCs/>
                <w:color w:val="1A2744"/>
                <w:szCs w:val="20"/>
              </w:rPr>
              <w:t>OUTCOME</w:t>
            </w:r>
          </w:p>
        </w:tc>
        <w:tc>
          <w:tcPr>
            <w:tcW w:w="8752" w:type="dxa"/>
            <w:gridSpan w:val="4"/>
            <w:shd w:val="clear" w:color="auto" w:fill="FFF8E7"/>
            <w:tcMar>
              <w:top w:w="70" w:type="dxa"/>
              <w:left w:w="90" w:type="dxa"/>
              <w:bottom w:w="70" w:type="dxa"/>
              <w:right w:w="90" w:type="dxa"/>
            </w:tcMar>
            <w:vAlign w:val="center"/>
          </w:tcPr>
          <w:p w14:paraId="05DF6969" w14:textId="77777777" w:rsidR="00E0703F" w:rsidRPr="00E0703F" w:rsidRDefault="00E0703F" w:rsidP="00984E98">
            <w:pPr>
              <w:rPr>
                <w:sz w:val="19"/>
                <w:szCs w:val="19"/>
              </w:rPr>
            </w:pPr>
            <w:r w:rsidRPr="00E0703F">
              <w:rPr>
                <w:sz w:val="19"/>
                <w:szCs w:val="19"/>
              </w:rPr>
              <w:t>The daft idea about working Sunday turned into moving two people’s hours. Started April 6.</w:t>
            </w:r>
          </w:p>
        </w:tc>
      </w:tr>
      <w:tr w:rsidR="00E0703F" w14:paraId="0F02678B" w14:textId="77777777" w:rsidTr="00984E98">
        <w:trPr>
          <w:cantSplit/>
        </w:trPr>
        <w:tc>
          <w:tcPr>
            <w:tcW w:w="1040" w:type="dxa"/>
            <w:shd w:val="clear" w:color="auto" w:fill="E8ECF2"/>
            <w:tcMar>
              <w:top w:w="80" w:type="dxa"/>
              <w:left w:w="90" w:type="dxa"/>
              <w:bottom w:w="80" w:type="dxa"/>
              <w:right w:w="90" w:type="dxa"/>
            </w:tcMar>
            <w:vAlign w:val="center"/>
          </w:tcPr>
          <w:p w14:paraId="0F68DA61" w14:textId="77777777" w:rsidR="00E0703F" w:rsidRPr="00E0703F" w:rsidRDefault="00E0703F" w:rsidP="00E0703F">
            <w:pPr>
              <w:jc w:val="center"/>
              <w:rPr>
                <w:szCs w:val="20"/>
              </w:rPr>
            </w:pPr>
            <w:r w:rsidRPr="00E0703F">
              <w:rPr>
                <w:b/>
                <w:bCs/>
                <w:color w:val="1A2744"/>
                <w:szCs w:val="20"/>
              </w:rPr>
              <w:t>April</w:t>
            </w:r>
          </w:p>
        </w:tc>
        <w:tc>
          <w:tcPr>
            <w:tcW w:w="2000" w:type="dxa"/>
            <w:shd w:val="clear" w:color="auto" w:fill="FFF8E7"/>
            <w:tcMar>
              <w:top w:w="80" w:type="dxa"/>
              <w:left w:w="90" w:type="dxa"/>
              <w:bottom w:w="80" w:type="dxa"/>
              <w:right w:w="90" w:type="dxa"/>
            </w:tcMar>
            <w:vAlign w:val="center"/>
          </w:tcPr>
          <w:p w14:paraId="448E7109" w14:textId="77777777" w:rsidR="00E0703F" w:rsidRPr="00E0703F" w:rsidRDefault="00E0703F" w:rsidP="00984E98">
            <w:pPr>
              <w:rPr>
                <w:sz w:val="19"/>
                <w:szCs w:val="19"/>
              </w:rPr>
            </w:pPr>
            <w:r w:rsidRPr="00E0703F">
              <w:rPr>
                <w:sz w:val="19"/>
                <w:szCs w:val="19"/>
              </w:rPr>
              <w:t>Who’s All-In?</w:t>
            </w:r>
          </w:p>
        </w:tc>
        <w:tc>
          <w:tcPr>
            <w:tcW w:w="2440" w:type="dxa"/>
            <w:shd w:val="clear" w:color="auto" w:fill="FFF8E7"/>
            <w:tcMar>
              <w:top w:w="80" w:type="dxa"/>
              <w:left w:w="90" w:type="dxa"/>
              <w:bottom w:w="80" w:type="dxa"/>
              <w:right w:w="90" w:type="dxa"/>
            </w:tcMar>
            <w:vAlign w:val="center"/>
          </w:tcPr>
          <w:p w14:paraId="27935025" w14:textId="77777777" w:rsidR="00E0703F" w:rsidRPr="00E0703F" w:rsidRDefault="00E0703F" w:rsidP="00984E98">
            <w:pPr>
              <w:rPr>
                <w:sz w:val="19"/>
                <w:szCs w:val="19"/>
              </w:rPr>
            </w:pPr>
            <w:r w:rsidRPr="00E0703F">
              <w:rPr>
                <w:sz w:val="19"/>
                <w:szCs w:val="19"/>
              </w:rPr>
              <w:t>Good work going unnoticed, and nobody owning their own habits</w:t>
            </w:r>
          </w:p>
        </w:tc>
        <w:tc>
          <w:tcPr>
            <w:tcW w:w="1440" w:type="dxa"/>
            <w:shd w:val="clear" w:color="auto" w:fill="FFF8E7"/>
            <w:tcMar>
              <w:top w:w="80" w:type="dxa"/>
              <w:left w:w="90" w:type="dxa"/>
              <w:bottom w:w="80" w:type="dxa"/>
              <w:right w:w="90" w:type="dxa"/>
            </w:tcMar>
            <w:vAlign w:val="center"/>
          </w:tcPr>
          <w:p w14:paraId="5976682B" w14:textId="77777777" w:rsidR="00E0703F" w:rsidRPr="00E0703F" w:rsidRDefault="00E0703F" w:rsidP="00984E98">
            <w:pPr>
              <w:rPr>
                <w:sz w:val="19"/>
                <w:szCs w:val="19"/>
              </w:rPr>
            </w:pPr>
            <w:r w:rsidRPr="00E0703F">
              <w:rPr>
                <w:sz w:val="19"/>
                <w:szCs w:val="19"/>
              </w:rPr>
              <w:t>Tue, Apr 14</w:t>
            </w:r>
          </w:p>
        </w:tc>
        <w:tc>
          <w:tcPr>
            <w:tcW w:w="2872" w:type="dxa"/>
            <w:shd w:val="clear" w:color="auto" w:fill="FFF8E7"/>
            <w:tcMar>
              <w:top w:w="80" w:type="dxa"/>
              <w:left w:w="90" w:type="dxa"/>
              <w:bottom w:w="80" w:type="dxa"/>
              <w:right w:w="90" w:type="dxa"/>
            </w:tcMar>
            <w:vAlign w:val="center"/>
          </w:tcPr>
          <w:p w14:paraId="2E871376" w14:textId="77777777" w:rsidR="00E0703F" w:rsidRPr="00E0703F" w:rsidRDefault="00E0703F" w:rsidP="00984E98">
            <w:pPr>
              <w:rPr>
                <w:sz w:val="19"/>
                <w:szCs w:val="19"/>
              </w:rPr>
            </w:pPr>
            <w:r w:rsidRPr="00E0703F">
              <w:rPr>
                <w:sz w:val="19"/>
                <w:szCs w:val="19"/>
              </w:rPr>
              <w:t>Self-check printed for each person. Marcus, Apr 13</w:t>
            </w:r>
          </w:p>
        </w:tc>
      </w:tr>
      <w:tr w:rsidR="00E0703F" w14:paraId="2F2FAC09" w14:textId="77777777" w:rsidTr="00984E98">
        <w:trPr>
          <w:cantSplit/>
        </w:trPr>
        <w:tc>
          <w:tcPr>
            <w:tcW w:w="1040" w:type="dxa"/>
            <w:shd w:val="clear" w:color="auto" w:fill="E8ECF2"/>
            <w:tcMar>
              <w:top w:w="70" w:type="dxa"/>
              <w:left w:w="90" w:type="dxa"/>
              <w:bottom w:w="70" w:type="dxa"/>
              <w:right w:w="90" w:type="dxa"/>
            </w:tcMar>
            <w:vAlign w:val="center"/>
          </w:tcPr>
          <w:p w14:paraId="6A4AF285" w14:textId="77777777" w:rsidR="00E0703F" w:rsidRPr="00E0703F" w:rsidRDefault="00E0703F" w:rsidP="00E0703F">
            <w:pPr>
              <w:jc w:val="center"/>
              <w:rPr>
                <w:szCs w:val="20"/>
              </w:rPr>
            </w:pPr>
            <w:r w:rsidRPr="00E0703F">
              <w:rPr>
                <w:b/>
                <w:bCs/>
                <w:color w:val="1A2744"/>
                <w:szCs w:val="20"/>
              </w:rPr>
              <w:t>OUTCOME</w:t>
            </w:r>
          </w:p>
        </w:tc>
        <w:tc>
          <w:tcPr>
            <w:tcW w:w="8752" w:type="dxa"/>
            <w:gridSpan w:val="4"/>
            <w:shd w:val="clear" w:color="auto" w:fill="FFF8E7"/>
            <w:tcMar>
              <w:top w:w="70" w:type="dxa"/>
              <w:left w:w="90" w:type="dxa"/>
              <w:bottom w:w="70" w:type="dxa"/>
              <w:right w:w="90" w:type="dxa"/>
            </w:tcMar>
            <w:vAlign w:val="center"/>
          </w:tcPr>
          <w:p w14:paraId="5846CCE7" w14:textId="77777777" w:rsidR="00E0703F" w:rsidRPr="00E0703F" w:rsidRDefault="00E0703F" w:rsidP="00984E98">
            <w:pPr>
              <w:rPr>
                <w:sz w:val="19"/>
                <w:szCs w:val="19"/>
              </w:rPr>
            </w:pPr>
            <w:r w:rsidRPr="00E0703F">
              <w:rPr>
                <w:sz w:val="19"/>
                <w:szCs w:val="19"/>
              </w:rPr>
              <w:t>Four people were recognized for things nobody had said out loud before. Scores stayed private, as promised.</w:t>
            </w:r>
          </w:p>
        </w:tc>
      </w:tr>
      <w:tr w:rsidR="00E0703F" w14:paraId="1196281C" w14:textId="77777777" w:rsidTr="00984E98">
        <w:trPr>
          <w:cantSplit/>
        </w:trPr>
        <w:tc>
          <w:tcPr>
            <w:tcW w:w="1040" w:type="dxa"/>
            <w:shd w:val="clear" w:color="auto" w:fill="E8ECF2"/>
            <w:tcMar>
              <w:top w:w="80" w:type="dxa"/>
              <w:left w:w="90" w:type="dxa"/>
              <w:bottom w:w="80" w:type="dxa"/>
              <w:right w:w="90" w:type="dxa"/>
            </w:tcMar>
            <w:vAlign w:val="center"/>
          </w:tcPr>
          <w:p w14:paraId="52E7A13F" w14:textId="77777777" w:rsidR="00E0703F" w:rsidRPr="00E0703F" w:rsidRDefault="00E0703F" w:rsidP="00E0703F">
            <w:pPr>
              <w:jc w:val="center"/>
              <w:rPr>
                <w:szCs w:val="20"/>
              </w:rPr>
            </w:pPr>
            <w:r w:rsidRPr="00E0703F">
              <w:rPr>
                <w:b/>
                <w:bCs/>
                <w:color w:val="1A2744"/>
                <w:szCs w:val="20"/>
              </w:rPr>
              <w:t>May</w:t>
            </w:r>
          </w:p>
        </w:tc>
        <w:tc>
          <w:tcPr>
            <w:tcW w:w="2000" w:type="dxa"/>
            <w:shd w:val="clear" w:color="auto" w:fill="FFF8E7"/>
            <w:tcMar>
              <w:top w:w="80" w:type="dxa"/>
              <w:left w:w="90" w:type="dxa"/>
              <w:bottom w:w="80" w:type="dxa"/>
              <w:right w:w="90" w:type="dxa"/>
            </w:tcMar>
            <w:vAlign w:val="center"/>
          </w:tcPr>
          <w:p w14:paraId="1B21CEC6" w14:textId="77777777" w:rsidR="00E0703F" w:rsidRPr="00E0703F" w:rsidRDefault="00E0703F" w:rsidP="00984E98">
            <w:pPr>
              <w:rPr>
                <w:sz w:val="19"/>
                <w:szCs w:val="19"/>
              </w:rPr>
            </w:pPr>
            <w:r w:rsidRPr="00E0703F">
              <w:rPr>
                <w:sz w:val="19"/>
                <w:szCs w:val="19"/>
              </w:rPr>
              <w:t>The Ripple Effect</w:t>
            </w:r>
          </w:p>
        </w:tc>
        <w:tc>
          <w:tcPr>
            <w:tcW w:w="2440" w:type="dxa"/>
            <w:shd w:val="clear" w:color="auto" w:fill="FFF8E7"/>
            <w:tcMar>
              <w:top w:w="80" w:type="dxa"/>
              <w:left w:w="90" w:type="dxa"/>
              <w:bottom w:w="80" w:type="dxa"/>
              <w:right w:w="90" w:type="dxa"/>
            </w:tcMar>
            <w:vAlign w:val="center"/>
          </w:tcPr>
          <w:p w14:paraId="7B063015" w14:textId="77777777" w:rsidR="00E0703F" w:rsidRPr="00E0703F" w:rsidRDefault="00E0703F" w:rsidP="00984E98">
            <w:pPr>
              <w:rPr>
                <w:sz w:val="19"/>
                <w:szCs w:val="19"/>
              </w:rPr>
            </w:pPr>
            <w:r w:rsidRPr="00E0703F">
              <w:rPr>
                <w:sz w:val="19"/>
                <w:szCs w:val="19"/>
              </w:rPr>
              <w:t>Friction with intake over what arrives incomplete</w:t>
            </w:r>
          </w:p>
        </w:tc>
        <w:tc>
          <w:tcPr>
            <w:tcW w:w="1440" w:type="dxa"/>
            <w:shd w:val="clear" w:color="auto" w:fill="FFF8E7"/>
            <w:tcMar>
              <w:top w:w="80" w:type="dxa"/>
              <w:left w:w="90" w:type="dxa"/>
              <w:bottom w:w="80" w:type="dxa"/>
              <w:right w:w="90" w:type="dxa"/>
            </w:tcMar>
            <w:vAlign w:val="center"/>
          </w:tcPr>
          <w:p w14:paraId="376F91A3" w14:textId="77777777" w:rsidR="00E0703F" w:rsidRPr="00E0703F" w:rsidRDefault="00E0703F" w:rsidP="00984E98">
            <w:pPr>
              <w:rPr>
                <w:sz w:val="19"/>
                <w:szCs w:val="19"/>
              </w:rPr>
            </w:pPr>
            <w:r w:rsidRPr="00E0703F">
              <w:rPr>
                <w:sz w:val="19"/>
                <w:szCs w:val="19"/>
              </w:rPr>
              <w:t>Tue, May 12</w:t>
            </w:r>
          </w:p>
        </w:tc>
        <w:tc>
          <w:tcPr>
            <w:tcW w:w="2872" w:type="dxa"/>
            <w:shd w:val="clear" w:color="auto" w:fill="FFF8E7"/>
            <w:tcMar>
              <w:top w:w="80" w:type="dxa"/>
              <w:left w:w="90" w:type="dxa"/>
              <w:bottom w:w="80" w:type="dxa"/>
              <w:right w:w="90" w:type="dxa"/>
            </w:tcMar>
            <w:vAlign w:val="center"/>
          </w:tcPr>
          <w:p w14:paraId="4E32E55E" w14:textId="77777777" w:rsidR="00E0703F" w:rsidRPr="00E0703F" w:rsidRDefault="00E0703F" w:rsidP="00984E98">
            <w:pPr>
              <w:rPr>
                <w:sz w:val="19"/>
                <w:szCs w:val="19"/>
              </w:rPr>
            </w:pPr>
            <w:r w:rsidRPr="00E0703F">
              <w:rPr>
                <w:sz w:val="19"/>
                <w:szCs w:val="19"/>
              </w:rPr>
              <w:t>Whiteboard and worksheets. Theo, May 11</w:t>
            </w:r>
          </w:p>
        </w:tc>
      </w:tr>
      <w:tr w:rsidR="00E0703F" w14:paraId="3DBA4BCE" w14:textId="77777777" w:rsidTr="00984E98">
        <w:trPr>
          <w:cantSplit/>
        </w:trPr>
        <w:tc>
          <w:tcPr>
            <w:tcW w:w="1040" w:type="dxa"/>
            <w:shd w:val="clear" w:color="auto" w:fill="E8ECF2"/>
            <w:tcMar>
              <w:top w:w="70" w:type="dxa"/>
              <w:left w:w="90" w:type="dxa"/>
              <w:bottom w:w="70" w:type="dxa"/>
              <w:right w:w="90" w:type="dxa"/>
            </w:tcMar>
            <w:vAlign w:val="center"/>
          </w:tcPr>
          <w:p w14:paraId="488D6F4C" w14:textId="77777777" w:rsidR="00E0703F" w:rsidRPr="00E0703F" w:rsidRDefault="00E0703F" w:rsidP="00E0703F">
            <w:pPr>
              <w:jc w:val="center"/>
              <w:rPr>
                <w:szCs w:val="20"/>
              </w:rPr>
            </w:pPr>
            <w:r w:rsidRPr="00E0703F">
              <w:rPr>
                <w:b/>
                <w:bCs/>
                <w:color w:val="1A2744"/>
                <w:szCs w:val="20"/>
              </w:rPr>
              <w:t>OUTCOME</w:t>
            </w:r>
          </w:p>
        </w:tc>
        <w:tc>
          <w:tcPr>
            <w:tcW w:w="8752" w:type="dxa"/>
            <w:gridSpan w:val="4"/>
            <w:shd w:val="clear" w:color="auto" w:fill="FFF8E7"/>
            <w:tcMar>
              <w:top w:w="70" w:type="dxa"/>
              <w:left w:w="90" w:type="dxa"/>
              <w:bottom w:w="70" w:type="dxa"/>
              <w:right w:w="90" w:type="dxa"/>
            </w:tcMar>
            <w:vAlign w:val="center"/>
          </w:tcPr>
          <w:p w14:paraId="74F38821" w14:textId="77777777" w:rsidR="00E0703F" w:rsidRPr="00E0703F" w:rsidRDefault="00E0703F" w:rsidP="00984E98">
            <w:pPr>
              <w:rPr>
                <w:sz w:val="19"/>
                <w:szCs w:val="19"/>
              </w:rPr>
            </w:pPr>
            <w:r w:rsidRPr="00E0703F">
              <w:rPr>
                <w:sz w:val="19"/>
                <w:szCs w:val="19"/>
              </w:rPr>
              <w:t>The team changed how it flags urgent files. Marcus took three concerns to the intake manager and reported back May 26.</w:t>
            </w:r>
          </w:p>
        </w:tc>
      </w:tr>
      <w:tr w:rsidR="00E0703F" w14:paraId="6ADF362C" w14:textId="77777777" w:rsidTr="00984E98">
        <w:trPr>
          <w:cantSplit/>
        </w:trPr>
        <w:tc>
          <w:tcPr>
            <w:tcW w:w="1040" w:type="dxa"/>
            <w:shd w:val="clear" w:color="auto" w:fill="E8ECF2"/>
            <w:tcMar>
              <w:top w:w="80" w:type="dxa"/>
              <w:left w:w="90" w:type="dxa"/>
              <w:bottom w:w="80" w:type="dxa"/>
              <w:right w:w="90" w:type="dxa"/>
            </w:tcMar>
            <w:vAlign w:val="center"/>
          </w:tcPr>
          <w:p w14:paraId="2EFAF461" w14:textId="77777777" w:rsidR="00E0703F" w:rsidRPr="00E0703F" w:rsidRDefault="00E0703F" w:rsidP="00E0703F">
            <w:pPr>
              <w:jc w:val="center"/>
              <w:rPr>
                <w:szCs w:val="20"/>
              </w:rPr>
            </w:pPr>
            <w:r w:rsidRPr="00E0703F">
              <w:rPr>
                <w:b/>
                <w:bCs/>
                <w:color w:val="1A2744"/>
                <w:szCs w:val="20"/>
              </w:rPr>
              <w:t>June</w:t>
            </w:r>
          </w:p>
        </w:tc>
        <w:tc>
          <w:tcPr>
            <w:tcW w:w="2000" w:type="dxa"/>
            <w:shd w:val="clear" w:color="auto" w:fill="FFF8E7"/>
            <w:tcMar>
              <w:top w:w="80" w:type="dxa"/>
              <w:left w:w="90" w:type="dxa"/>
              <w:bottom w:w="80" w:type="dxa"/>
              <w:right w:w="90" w:type="dxa"/>
            </w:tcMar>
            <w:vAlign w:val="center"/>
          </w:tcPr>
          <w:p w14:paraId="6C7DFF35" w14:textId="77777777" w:rsidR="00E0703F" w:rsidRPr="00E0703F" w:rsidRDefault="00E0703F" w:rsidP="00984E98">
            <w:pPr>
              <w:rPr>
                <w:sz w:val="19"/>
                <w:szCs w:val="19"/>
              </w:rPr>
            </w:pPr>
            <w:r w:rsidRPr="00E0703F">
              <w:rPr>
                <w:sz w:val="19"/>
                <w:szCs w:val="19"/>
              </w:rPr>
              <w:t>The Difference You Make</w:t>
            </w:r>
          </w:p>
        </w:tc>
        <w:tc>
          <w:tcPr>
            <w:tcW w:w="2440" w:type="dxa"/>
            <w:shd w:val="clear" w:color="auto" w:fill="FFF8E7"/>
            <w:tcMar>
              <w:top w:w="80" w:type="dxa"/>
              <w:left w:w="90" w:type="dxa"/>
              <w:bottom w:w="80" w:type="dxa"/>
              <w:right w:w="90" w:type="dxa"/>
            </w:tcMar>
            <w:vAlign w:val="center"/>
          </w:tcPr>
          <w:p w14:paraId="38B48984" w14:textId="77777777" w:rsidR="00E0703F" w:rsidRPr="00E0703F" w:rsidRDefault="00E0703F" w:rsidP="00984E98">
            <w:pPr>
              <w:rPr>
                <w:sz w:val="19"/>
                <w:szCs w:val="19"/>
              </w:rPr>
            </w:pPr>
            <w:r w:rsidRPr="00E0703F">
              <w:rPr>
                <w:sz w:val="19"/>
                <w:szCs w:val="19"/>
              </w:rPr>
              <w:t>Six months of effort worth saying out loud</w:t>
            </w:r>
          </w:p>
        </w:tc>
        <w:tc>
          <w:tcPr>
            <w:tcW w:w="1440" w:type="dxa"/>
            <w:shd w:val="clear" w:color="auto" w:fill="FFF8E7"/>
            <w:tcMar>
              <w:top w:w="80" w:type="dxa"/>
              <w:left w:w="90" w:type="dxa"/>
              <w:bottom w:w="80" w:type="dxa"/>
              <w:right w:w="90" w:type="dxa"/>
            </w:tcMar>
            <w:vAlign w:val="center"/>
          </w:tcPr>
          <w:p w14:paraId="010C7123" w14:textId="77777777" w:rsidR="00E0703F" w:rsidRPr="00E0703F" w:rsidRDefault="00E0703F" w:rsidP="00984E98">
            <w:pPr>
              <w:rPr>
                <w:sz w:val="19"/>
                <w:szCs w:val="19"/>
              </w:rPr>
            </w:pPr>
            <w:r w:rsidRPr="00E0703F">
              <w:rPr>
                <w:sz w:val="19"/>
                <w:szCs w:val="19"/>
              </w:rPr>
              <w:t>Tue, Jun 9</w:t>
            </w:r>
          </w:p>
        </w:tc>
        <w:tc>
          <w:tcPr>
            <w:tcW w:w="2872" w:type="dxa"/>
            <w:shd w:val="clear" w:color="auto" w:fill="FFF8E7"/>
            <w:tcMar>
              <w:top w:w="80" w:type="dxa"/>
              <w:left w:w="90" w:type="dxa"/>
              <w:bottom w:w="80" w:type="dxa"/>
              <w:right w:w="90" w:type="dxa"/>
            </w:tcMar>
            <w:vAlign w:val="center"/>
          </w:tcPr>
          <w:p w14:paraId="555CF992" w14:textId="77777777" w:rsidR="00E0703F" w:rsidRPr="00E0703F" w:rsidRDefault="00E0703F" w:rsidP="00984E98">
            <w:pPr>
              <w:rPr>
                <w:sz w:val="19"/>
                <w:szCs w:val="19"/>
              </w:rPr>
            </w:pPr>
            <w:r w:rsidRPr="00E0703F">
              <w:rPr>
                <w:sz w:val="19"/>
                <w:szCs w:val="19"/>
              </w:rPr>
              <w:t>Recognition notes for each person. Nina, Jun 8</w:t>
            </w:r>
          </w:p>
        </w:tc>
      </w:tr>
      <w:tr w:rsidR="00E0703F" w14:paraId="49866D2B" w14:textId="77777777" w:rsidTr="00984E98">
        <w:trPr>
          <w:cantSplit/>
        </w:trPr>
        <w:tc>
          <w:tcPr>
            <w:tcW w:w="1040" w:type="dxa"/>
            <w:shd w:val="clear" w:color="auto" w:fill="E8ECF2"/>
            <w:tcMar>
              <w:top w:w="70" w:type="dxa"/>
              <w:left w:w="90" w:type="dxa"/>
              <w:bottom w:w="70" w:type="dxa"/>
              <w:right w:w="90" w:type="dxa"/>
            </w:tcMar>
            <w:vAlign w:val="center"/>
          </w:tcPr>
          <w:p w14:paraId="102E1D04" w14:textId="77777777" w:rsidR="00E0703F" w:rsidRPr="00E0703F" w:rsidRDefault="00E0703F" w:rsidP="00E0703F">
            <w:pPr>
              <w:jc w:val="center"/>
              <w:rPr>
                <w:szCs w:val="20"/>
              </w:rPr>
            </w:pPr>
            <w:r w:rsidRPr="00E0703F">
              <w:rPr>
                <w:b/>
                <w:bCs/>
                <w:color w:val="1A2744"/>
                <w:szCs w:val="20"/>
              </w:rPr>
              <w:t>OUTCOME</w:t>
            </w:r>
          </w:p>
        </w:tc>
        <w:tc>
          <w:tcPr>
            <w:tcW w:w="8752" w:type="dxa"/>
            <w:gridSpan w:val="4"/>
            <w:shd w:val="clear" w:color="auto" w:fill="FFF8E7"/>
            <w:tcMar>
              <w:top w:w="70" w:type="dxa"/>
              <w:left w:w="90" w:type="dxa"/>
              <w:bottom w:w="70" w:type="dxa"/>
              <w:right w:w="90" w:type="dxa"/>
            </w:tcMar>
            <w:vAlign w:val="center"/>
          </w:tcPr>
          <w:p w14:paraId="541BCCA3" w14:textId="77777777" w:rsidR="00E0703F" w:rsidRPr="00E0703F" w:rsidRDefault="00E0703F" w:rsidP="00984E98">
            <w:pPr>
              <w:rPr>
                <w:sz w:val="19"/>
                <w:szCs w:val="19"/>
              </w:rPr>
            </w:pPr>
            <w:r w:rsidRPr="00E0703F">
              <w:rPr>
                <w:sz w:val="19"/>
                <w:szCs w:val="19"/>
              </w:rPr>
              <w:t>Everybody wrote three. The one that landed hardest went to a scheduler in another building who had never heard it.</w:t>
            </w:r>
          </w:p>
        </w:tc>
      </w:tr>
    </w:tbl>
    <w:p w14:paraId="4516F04C" w14:textId="77777777" w:rsidR="00E0703F" w:rsidRDefault="00E0703F" w:rsidP="00E0703F">
      <w:pPr>
        <w:keepNext/>
        <w:spacing w:before="240" w:after="70"/>
        <w:rPr>
          <w:sz w:val="24"/>
          <w:szCs w:val="24"/>
        </w:rPr>
      </w:pPr>
      <w:r>
        <w:rPr>
          <w:rFonts w:ascii="Calibri Light" w:eastAsia="Calibri Light" w:hAnsi="Calibri Light" w:cs="Calibri Light"/>
          <w:b/>
          <w:bCs/>
          <w:color w:val="1A2744"/>
          <w:sz w:val="28"/>
          <w:szCs w:val="28"/>
        </w:rPr>
        <w:lastRenderedPageBreak/>
        <w:t>Keep It Simple</w:t>
      </w:r>
    </w:p>
    <w:p w14:paraId="1C0D801C" w14:textId="77777777" w:rsidR="00E0703F" w:rsidRPr="00E0703F" w:rsidRDefault="00E0703F" w:rsidP="00E0703F">
      <w:pPr>
        <w:spacing w:after="130"/>
        <w:rPr>
          <w:sz w:val="22"/>
        </w:rPr>
      </w:pPr>
      <w:r w:rsidRPr="00E0703F">
        <w:rPr>
          <w:sz w:val="22"/>
        </w:rPr>
        <w:t>Schedule one activity at a time or map out several months. A good mix includes relationship-building, collaboration, creative thinking, accountability, and recognition. Revisit the schedule when team needs change.</w:t>
      </w:r>
    </w:p>
    <w:p w14:paraId="4CF8663F" w14:textId="77777777" w:rsidR="00E0703F" w:rsidRPr="00E0703F" w:rsidRDefault="00E0703F" w:rsidP="00E0703F">
      <w:pPr>
        <w:spacing w:after="130"/>
        <w:rPr>
          <w:sz w:val="22"/>
        </w:rPr>
      </w:pPr>
      <w:r w:rsidRPr="00E0703F">
        <w:rPr>
          <w:sz w:val="22"/>
        </w:rPr>
        <w:t>The purpose is to make team building part of how you lead, not to create another reporting process.</w:t>
      </w:r>
    </w:p>
    <w:p w14:paraId="707761F0" w14:textId="77777777" w:rsidR="00E0703F" w:rsidRDefault="00E0703F" w:rsidP="00E0703F">
      <w:pPr>
        <w:spacing w:after="130"/>
        <w:rPr>
          <w:sz w:val="24"/>
          <w:szCs w:val="24"/>
        </w:rPr>
      </w:pPr>
    </w:p>
    <w:p w14:paraId="2EF53956" w14:textId="77777777" w:rsidR="00E0703F" w:rsidRDefault="00E0703F" w:rsidP="00E0703F">
      <w:pPr>
        <w:pStyle w:val="Title"/>
      </w:pPr>
      <w:r>
        <w:t>Start Building a Stronger Team</w:t>
      </w:r>
    </w:p>
    <w:p w14:paraId="10A5698B" w14:textId="77777777" w:rsidR="00E0703F" w:rsidRPr="00E0703F" w:rsidRDefault="00E0703F" w:rsidP="00E0703F">
      <w:pPr>
        <w:spacing w:before="240" w:after="130"/>
        <w:rPr>
          <w:b/>
          <w:bCs/>
          <w:sz w:val="22"/>
        </w:rPr>
      </w:pPr>
      <w:r w:rsidRPr="00B40274">
        <w:rPr>
          <w:b/>
          <w:bCs/>
          <w:sz w:val="24"/>
          <w:szCs w:val="24"/>
        </w:rPr>
        <w:t xml:space="preserve">Building a stronger team starts with a leader who makes time to bring people together, create </w:t>
      </w:r>
      <w:r w:rsidRPr="00E0703F">
        <w:rPr>
          <w:b/>
          <w:bCs/>
          <w:sz w:val="22"/>
        </w:rPr>
        <w:t xml:space="preserve">meaningful experiences, and </w:t>
      </w:r>
      <w:r w:rsidR="00722398" w:rsidRPr="00E0703F">
        <w:rPr>
          <w:b/>
          <w:bCs/>
          <w:sz w:val="22"/>
        </w:rPr>
        <w:t>encourages</w:t>
      </w:r>
      <w:r w:rsidRPr="00E0703F">
        <w:rPr>
          <w:b/>
          <w:bCs/>
          <w:sz w:val="22"/>
        </w:rPr>
        <w:t xml:space="preserve"> them to learn from one another.</w:t>
      </w:r>
    </w:p>
    <w:p w14:paraId="34CEB00B" w14:textId="77777777" w:rsidR="00E0703F" w:rsidRPr="00E0703F" w:rsidRDefault="00E0703F" w:rsidP="00E0703F">
      <w:pPr>
        <w:spacing w:after="130"/>
        <w:rPr>
          <w:sz w:val="22"/>
        </w:rPr>
      </w:pPr>
      <w:r w:rsidRPr="00E0703F">
        <w:rPr>
          <w:sz w:val="22"/>
        </w:rPr>
        <w:t>You now have twelve activities to choose from, along with the tools to create your own. Some will get people laughing and discovering things they never knew about their teammates. Others will challenge assumptions</w:t>
      </w:r>
      <w:r w:rsidR="00722398">
        <w:rPr>
          <w:sz w:val="22"/>
        </w:rPr>
        <w:t xml:space="preserve"> </w:t>
      </w:r>
      <w:r w:rsidRPr="00E0703F">
        <w:rPr>
          <w:sz w:val="22"/>
        </w:rPr>
        <w:t>or help people recognize opportunities to work better together.</w:t>
      </w:r>
    </w:p>
    <w:p w14:paraId="784478D3" w14:textId="77777777" w:rsidR="00E0703F" w:rsidRPr="00E0703F" w:rsidRDefault="00E0703F" w:rsidP="00E0703F">
      <w:pPr>
        <w:spacing w:after="130"/>
        <w:rPr>
          <w:sz w:val="22"/>
        </w:rPr>
      </w:pPr>
      <w:r w:rsidRPr="00E0703F">
        <w:rPr>
          <w:sz w:val="22"/>
        </w:rPr>
        <w:t>Not every activity will produce an action plan, nor should it. Sometimes the greatest value is a shared experience, meaningful conversation, or a new appreciation for the people we work with every day.</w:t>
      </w:r>
    </w:p>
    <w:p w14:paraId="75DC26E4" w14:textId="77777777" w:rsidR="00E0703F" w:rsidRPr="00E0703F" w:rsidRDefault="00E0703F" w:rsidP="00E0703F">
      <w:pPr>
        <w:spacing w:after="130"/>
        <w:rPr>
          <w:sz w:val="22"/>
        </w:rPr>
      </w:pPr>
      <w:r w:rsidRPr="00E0703F">
        <w:rPr>
          <w:sz w:val="22"/>
        </w:rPr>
        <w:t>As you gain experience, consider inviting others to design and lead an activity. Giving teammates that opportunity can strengthen their confidence, develop their leadership skills, and create a greater sense of ownership in the team.</w:t>
      </w:r>
    </w:p>
    <w:p w14:paraId="19CCFCEE" w14:textId="77777777" w:rsidR="00E0703F" w:rsidRPr="00E0703F" w:rsidRDefault="00E0703F" w:rsidP="00E0703F">
      <w:pPr>
        <w:spacing w:after="130"/>
        <w:rPr>
          <w:sz w:val="22"/>
        </w:rPr>
      </w:pPr>
      <w:r w:rsidRPr="00E0703F">
        <w:rPr>
          <w:b/>
          <w:bCs/>
          <w:sz w:val="22"/>
        </w:rPr>
        <w:t>The important thing is to begin.</w:t>
      </w:r>
      <w:r w:rsidRPr="00E0703F">
        <w:rPr>
          <w:sz w:val="22"/>
        </w:rPr>
        <w:t xml:space="preserve"> Choose an activity that fits what your team needs today. Make it enjoyable, let people discover something worthwhile, and build on those experiences over time.</w:t>
      </w:r>
    </w:p>
    <w:p w14:paraId="680FF2ED" w14:textId="77777777" w:rsidR="00E0703F" w:rsidRPr="00E0703F" w:rsidRDefault="00E0703F" w:rsidP="00722398">
      <w:pPr>
        <w:spacing w:after="360"/>
        <w:rPr>
          <w:sz w:val="22"/>
        </w:rPr>
      </w:pPr>
      <w:r w:rsidRPr="00E0703F">
        <w:rPr>
          <w:sz w:val="22"/>
        </w:rPr>
        <w:t>Strong teams are built through the things we do consistently, not just the things we talk about doing.</w:t>
      </w:r>
    </w:p>
    <w:tbl>
      <w:tblPr>
        <w:tblW w:w="10080" w:type="dxa"/>
        <w:tblBorders>
          <w:top w:val="single" w:sz="2" w:space="0" w:color="E8ECF2"/>
          <w:left w:val="single" w:sz="18" w:space="0" w:color="1A2744"/>
          <w:bottom w:val="single" w:sz="2" w:space="0" w:color="E8ECF2"/>
          <w:right w:val="single" w:sz="2" w:space="0" w:color="E8ECF2"/>
          <w:insideH w:val="none" w:sz="0" w:space="0" w:color="E8ECF2"/>
          <w:insideV w:val="none" w:sz="0" w:space="0" w:color="E8ECF2"/>
        </w:tblBorders>
        <w:tblCellMar>
          <w:left w:w="10" w:type="dxa"/>
          <w:right w:w="10" w:type="dxa"/>
        </w:tblCellMar>
        <w:tblLook w:val="04A0" w:firstRow="1" w:lastRow="0" w:firstColumn="1" w:lastColumn="0" w:noHBand="0" w:noVBand="1"/>
      </w:tblPr>
      <w:tblGrid>
        <w:gridCol w:w="10080"/>
      </w:tblGrid>
      <w:tr w:rsidR="00E0703F" w14:paraId="69D5E59E" w14:textId="77777777" w:rsidTr="00984E98">
        <w:trPr>
          <w:cantSplit/>
        </w:trPr>
        <w:tc>
          <w:tcPr>
            <w:tcW w:w="10080" w:type="dxa"/>
            <w:shd w:val="clear" w:color="auto" w:fill="E8ECF2"/>
            <w:tcMar>
              <w:top w:w="140" w:type="dxa"/>
              <w:left w:w="200" w:type="dxa"/>
              <w:bottom w:w="140" w:type="dxa"/>
              <w:right w:w="160" w:type="dxa"/>
            </w:tcMar>
          </w:tcPr>
          <w:p w14:paraId="46E75E57" w14:textId="77777777" w:rsidR="00E0703F" w:rsidRDefault="00E0703F" w:rsidP="00984E98">
            <w:pPr>
              <w:spacing w:after="80"/>
              <w:rPr>
                <w:sz w:val="24"/>
                <w:szCs w:val="24"/>
              </w:rPr>
            </w:pPr>
            <w:r>
              <w:rPr>
                <w:rFonts w:ascii="Calibri Light" w:eastAsia="Calibri Light" w:hAnsi="Calibri Light" w:cs="Calibri Light"/>
                <w:b/>
                <w:bCs/>
                <w:color w:val="1A2744"/>
                <w:sz w:val="24"/>
                <w:szCs w:val="24"/>
              </w:rPr>
              <w:t>BEFORE YOU CLOSE THIS GUIDE</w:t>
            </w:r>
          </w:p>
          <w:p w14:paraId="351B0D31" w14:textId="77777777" w:rsidR="00E0703F" w:rsidRDefault="00E0703F" w:rsidP="00984E98">
            <w:pPr>
              <w:spacing w:after="100"/>
              <w:rPr>
                <w:sz w:val="24"/>
                <w:szCs w:val="24"/>
              </w:rPr>
            </w:pPr>
            <w:r>
              <w:t xml:space="preserve">Pick the activity you’ll run this </w:t>
            </w:r>
            <w:r w:rsidR="00722398">
              <w:t>month and</w:t>
            </w:r>
            <w:r>
              <w:t xml:space="preserve"> put it on the calendar.</w:t>
            </w:r>
          </w:p>
        </w:tc>
      </w:tr>
    </w:tbl>
    <w:p w14:paraId="4DD6CFEA" w14:textId="77777777" w:rsidR="00E0703F" w:rsidRDefault="00E0703F" w:rsidP="00E0703F">
      <w:pPr>
        <w:rPr>
          <w:sz w:val="10"/>
          <w:szCs w:val="10"/>
        </w:rPr>
      </w:pPr>
    </w:p>
    <w:p w14:paraId="44F324F7" w14:textId="77777777" w:rsidR="00E0703F" w:rsidRDefault="00E0703F" w:rsidP="00E0703F">
      <w:pPr>
        <w:spacing w:before="480" w:after="130"/>
        <w:jc w:val="center"/>
        <w:rPr>
          <w:sz w:val="24"/>
          <w:szCs w:val="24"/>
        </w:rPr>
      </w:pPr>
      <w:r>
        <w:rPr>
          <w:b/>
          <w:bCs/>
          <w:color w:val="1A2744"/>
        </w:rPr>
        <w:t>Leadership-Tools.com</w:t>
      </w:r>
      <w:r>
        <w:rPr>
          <w:color w:val="5A6270"/>
        </w:rPr>
        <w:t xml:space="preserve">   |   Real Tools for Real Leaders.</w:t>
      </w:r>
    </w:p>
    <w:p w14:paraId="3EDDF338" w14:textId="77777777" w:rsidR="00E0703F" w:rsidRDefault="00E0703F" w:rsidP="00E0703F">
      <w:pPr>
        <w:spacing w:after="130"/>
        <w:rPr>
          <w:sz w:val="24"/>
          <w:szCs w:val="24"/>
        </w:rPr>
      </w:pPr>
    </w:p>
    <w:p w14:paraId="63C87CDD" w14:textId="77777777" w:rsidR="00647569" w:rsidRDefault="00647569" w:rsidP="00E0703F"/>
    <w:p w14:paraId="1D6B1C1B" w14:textId="77777777" w:rsidR="00CB4A63" w:rsidRDefault="006C25DB">
      <w:pPr>
        <w:pStyle w:val="Title"/>
        <w:pageBreakBefore/>
        <w:spacing w:after="220"/>
      </w:pPr>
      <w:r>
        <w:lastRenderedPageBreak/>
        <w:t>Fun Meeting Game Kit</w:t>
      </w:r>
    </w:p>
    <w:p w14:paraId="3121E7EA" w14:textId="77777777" w:rsidR="00CB4A63" w:rsidRDefault="006C25DB">
      <w:pPr>
        <w:spacing w:after="140" w:line="283" w:lineRule="auto"/>
        <w:rPr>
          <w:sz w:val="22"/>
        </w:rPr>
      </w:pPr>
      <w:r>
        <w:rPr>
          <w:sz w:val="22"/>
        </w:rPr>
        <w:t>These sheets go with the six games on the Fun Team Building Activities page at Leadership-Tools.com, where you'll find the full steps, timing and a virtual version for each one. Print what you need a few days before the meeting, since most of the games ask your team for a little information ahead of time.</w:t>
      </w:r>
    </w:p>
    <w:tbl>
      <w:tblPr>
        <w:tblStyle w:val="TableGrid"/>
        <w:tblW w:w="9792" w:type="dxa"/>
        <w:tblLayout w:type="fixed"/>
        <w:tblCellMar>
          <w:top w:w="60" w:type="dxa"/>
          <w:left w:w="100" w:type="dxa"/>
          <w:bottom w:w="40" w:type="dxa"/>
          <w:right w:w="100" w:type="dxa"/>
        </w:tblCellMar>
        <w:tblLook w:val="04A0" w:firstRow="1" w:lastRow="0" w:firstColumn="1" w:lastColumn="0" w:noHBand="0" w:noVBand="1"/>
      </w:tblPr>
      <w:tblGrid>
        <w:gridCol w:w="3900"/>
        <w:gridCol w:w="4392"/>
        <w:gridCol w:w="1500"/>
      </w:tblGrid>
      <w:tr w:rsidR="00CB4A63" w14:paraId="1E09E8B1" w14:textId="77777777">
        <w:trPr>
          <w:cantSplit/>
        </w:trPr>
        <w:tc>
          <w:tcPr>
            <w:tcW w:w="3900" w:type="dxa"/>
            <w:shd w:val="clear" w:color="auto" w:fill="1A2744"/>
            <w:vAlign w:val="center"/>
          </w:tcPr>
          <w:p w14:paraId="7CCAC702" w14:textId="77777777" w:rsidR="00CB4A63" w:rsidRDefault="006C25DB">
            <w:pPr>
              <w:spacing w:after="40"/>
            </w:pPr>
            <w:r>
              <w:rPr>
                <w:b/>
                <w:bCs/>
                <w:color w:val="FFFFFF"/>
                <w:szCs w:val="20"/>
              </w:rPr>
              <w:t>SHEET</w:t>
            </w:r>
          </w:p>
        </w:tc>
        <w:tc>
          <w:tcPr>
            <w:tcW w:w="4392" w:type="dxa"/>
            <w:shd w:val="clear" w:color="auto" w:fill="1A2744"/>
            <w:vAlign w:val="center"/>
          </w:tcPr>
          <w:p w14:paraId="0A41911D" w14:textId="77777777" w:rsidR="00CB4A63" w:rsidRDefault="006C25DB">
            <w:pPr>
              <w:spacing w:after="40"/>
            </w:pPr>
            <w:r>
              <w:rPr>
                <w:b/>
                <w:bCs/>
                <w:color w:val="FFFFFF"/>
                <w:szCs w:val="20"/>
              </w:rPr>
              <w:t>USE IT FOR</w:t>
            </w:r>
          </w:p>
        </w:tc>
        <w:tc>
          <w:tcPr>
            <w:tcW w:w="1500" w:type="dxa"/>
            <w:shd w:val="clear" w:color="auto" w:fill="1A2744"/>
            <w:vAlign w:val="center"/>
          </w:tcPr>
          <w:p w14:paraId="1068C2E8" w14:textId="77777777" w:rsidR="00CB4A63" w:rsidRDefault="006C25DB">
            <w:pPr>
              <w:spacing w:after="40"/>
            </w:pPr>
            <w:r>
              <w:rPr>
                <w:b/>
                <w:bCs/>
                <w:color w:val="FFFFFF"/>
                <w:szCs w:val="20"/>
              </w:rPr>
              <w:t>PAGE</w:t>
            </w:r>
          </w:p>
        </w:tc>
      </w:tr>
      <w:tr w:rsidR="00CB4A63" w14:paraId="4DF1F06F" w14:textId="77777777">
        <w:trPr>
          <w:cantSplit/>
        </w:trPr>
        <w:tc>
          <w:tcPr>
            <w:tcW w:w="3900" w:type="dxa"/>
            <w:vAlign w:val="center"/>
          </w:tcPr>
          <w:p w14:paraId="7D30A0CB" w14:textId="77777777" w:rsidR="00CB4A63" w:rsidRDefault="006C25DB">
            <w:pPr>
              <w:spacing w:after="40"/>
            </w:pPr>
            <w:r>
              <w:rPr>
                <w:szCs w:val="20"/>
              </w:rPr>
              <w:t>Who Matches Who? Questionnaire</w:t>
            </w:r>
          </w:p>
        </w:tc>
        <w:tc>
          <w:tcPr>
            <w:tcW w:w="4392" w:type="dxa"/>
            <w:vAlign w:val="center"/>
          </w:tcPr>
          <w:p w14:paraId="4D958B6C" w14:textId="77777777" w:rsidR="00CB4A63" w:rsidRDefault="006C25DB">
            <w:pPr>
              <w:spacing w:after="40"/>
            </w:pPr>
            <w:r>
              <w:rPr>
                <w:szCs w:val="20"/>
              </w:rPr>
              <w:t>Collecting fun facts a few days ahead</w:t>
            </w:r>
          </w:p>
        </w:tc>
        <w:tc>
          <w:tcPr>
            <w:tcW w:w="1500" w:type="dxa"/>
            <w:vAlign w:val="center"/>
          </w:tcPr>
          <w:p w14:paraId="7D129BDA" w14:textId="77777777" w:rsidR="00CB4A63" w:rsidRDefault="006C25DB">
            <w:pPr>
              <w:spacing w:after="40"/>
              <w:jc w:val="right"/>
            </w:pPr>
            <w:r>
              <w:rPr>
                <w:szCs w:val="20"/>
              </w:rPr>
              <w:t>52</w:t>
            </w:r>
          </w:p>
        </w:tc>
      </w:tr>
      <w:tr w:rsidR="00CB4A63" w14:paraId="4369824D" w14:textId="77777777">
        <w:trPr>
          <w:cantSplit/>
        </w:trPr>
        <w:tc>
          <w:tcPr>
            <w:tcW w:w="3900" w:type="dxa"/>
            <w:vAlign w:val="center"/>
          </w:tcPr>
          <w:p w14:paraId="55A19E13" w14:textId="77777777" w:rsidR="00CB4A63" w:rsidRDefault="006C25DB">
            <w:pPr>
              <w:spacing w:after="40"/>
            </w:pPr>
            <w:r>
              <w:rPr>
                <w:szCs w:val="20"/>
              </w:rPr>
              <w:t>Who Matches Who? Match Sheet</w:t>
            </w:r>
          </w:p>
        </w:tc>
        <w:tc>
          <w:tcPr>
            <w:tcW w:w="4392" w:type="dxa"/>
            <w:vAlign w:val="center"/>
          </w:tcPr>
          <w:p w14:paraId="343A313E" w14:textId="77777777" w:rsidR="00CB4A63" w:rsidRDefault="006C25DB">
            <w:pPr>
              <w:spacing w:after="40"/>
            </w:pPr>
            <w:r>
              <w:rPr>
                <w:szCs w:val="20"/>
              </w:rPr>
              <w:t>Playing the game in the meeting</w:t>
            </w:r>
          </w:p>
        </w:tc>
        <w:tc>
          <w:tcPr>
            <w:tcW w:w="1500" w:type="dxa"/>
            <w:vAlign w:val="center"/>
          </w:tcPr>
          <w:p w14:paraId="377FF868" w14:textId="77777777" w:rsidR="00CB4A63" w:rsidRDefault="006C25DB">
            <w:pPr>
              <w:spacing w:after="40"/>
              <w:jc w:val="right"/>
            </w:pPr>
            <w:r>
              <w:rPr>
                <w:szCs w:val="20"/>
              </w:rPr>
              <w:t>53</w:t>
            </w:r>
          </w:p>
        </w:tc>
      </w:tr>
      <w:tr w:rsidR="00CB4A63" w14:paraId="73D1454E" w14:textId="77777777">
        <w:trPr>
          <w:cantSplit/>
        </w:trPr>
        <w:tc>
          <w:tcPr>
            <w:tcW w:w="3900" w:type="dxa"/>
            <w:vAlign w:val="center"/>
          </w:tcPr>
          <w:p w14:paraId="41B8999E" w14:textId="77777777" w:rsidR="00CB4A63" w:rsidRDefault="006C25DB">
            <w:pPr>
              <w:spacing w:after="40"/>
            </w:pPr>
            <w:r>
              <w:rPr>
                <w:szCs w:val="20"/>
              </w:rPr>
              <w:t>Pet Match Answer Sheet</w:t>
            </w:r>
          </w:p>
        </w:tc>
        <w:tc>
          <w:tcPr>
            <w:tcW w:w="4392" w:type="dxa"/>
            <w:vAlign w:val="center"/>
          </w:tcPr>
          <w:p w14:paraId="61EA0D7A" w14:textId="77777777" w:rsidR="00CB4A63" w:rsidRDefault="006C25DB">
            <w:pPr>
              <w:spacing w:after="40"/>
            </w:pPr>
            <w:r>
              <w:rPr>
                <w:szCs w:val="20"/>
              </w:rPr>
              <w:t>Collecting photos and recording guesses</w:t>
            </w:r>
          </w:p>
        </w:tc>
        <w:tc>
          <w:tcPr>
            <w:tcW w:w="1500" w:type="dxa"/>
            <w:vAlign w:val="center"/>
          </w:tcPr>
          <w:p w14:paraId="6B13DB4F" w14:textId="77777777" w:rsidR="00CB4A63" w:rsidRDefault="006C25DB">
            <w:pPr>
              <w:spacing w:after="40"/>
              <w:jc w:val="right"/>
            </w:pPr>
            <w:r>
              <w:rPr>
                <w:szCs w:val="20"/>
              </w:rPr>
              <w:t>54</w:t>
            </w:r>
          </w:p>
        </w:tc>
      </w:tr>
      <w:tr w:rsidR="00CB4A63" w14:paraId="71A0E5AA" w14:textId="77777777">
        <w:trPr>
          <w:cantSplit/>
        </w:trPr>
        <w:tc>
          <w:tcPr>
            <w:tcW w:w="3900" w:type="dxa"/>
            <w:vAlign w:val="center"/>
          </w:tcPr>
          <w:p w14:paraId="3E5CB8D9" w14:textId="77777777" w:rsidR="00CB4A63" w:rsidRDefault="006C25DB">
            <w:pPr>
              <w:spacing w:after="40"/>
            </w:pPr>
            <w:r>
              <w:rPr>
                <w:szCs w:val="20"/>
              </w:rPr>
              <w:t>Team Feud Survey</w:t>
            </w:r>
          </w:p>
        </w:tc>
        <w:tc>
          <w:tcPr>
            <w:tcW w:w="4392" w:type="dxa"/>
            <w:vAlign w:val="center"/>
          </w:tcPr>
          <w:p w14:paraId="062C2BE3" w14:textId="77777777" w:rsidR="00CB4A63" w:rsidRDefault="006C25DB">
            <w:pPr>
              <w:spacing w:after="40"/>
            </w:pPr>
            <w:r>
              <w:rPr>
                <w:szCs w:val="20"/>
              </w:rPr>
              <w:t>Gathering your team's answers a week ahead</w:t>
            </w:r>
          </w:p>
        </w:tc>
        <w:tc>
          <w:tcPr>
            <w:tcW w:w="1500" w:type="dxa"/>
            <w:vAlign w:val="center"/>
          </w:tcPr>
          <w:p w14:paraId="679C48C7" w14:textId="77777777" w:rsidR="00CB4A63" w:rsidRDefault="006C25DB">
            <w:pPr>
              <w:spacing w:after="40"/>
              <w:jc w:val="right"/>
            </w:pPr>
            <w:r>
              <w:rPr>
                <w:szCs w:val="20"/>
              </w:rPr>
              <w:t>55</w:t>
            </w:r>
          </w:p>
        </w:tc>
      </w:tr>
      <w:tr w:rsidR="00CB4A63" w14:paraId="6E4008CC" w14:textId="77777777">
        <w:trPr>
          <w:cantSplit/>
        </w:trPr>
        <w:tc>
          <w:tcPr>
            <w:tcW w:w="3900" w:type="dxa"/>
            <w:vAlign w:val="center"/>
          </w:tcPr>
          <w:p w14:paraId="44978FC3" w14:textId="77777777" w:rsidR="00CB4A63" w:rsidRDefault="006C25DB">
            <w:pPr>
              <w:spacing w:after="40"/>
            </w:pPr>
            <w:r>
              <w:rPr>
                <w:szCs w:val="20"/>
              </w:rPr>
              <w:t>Team Feud Tally Sheet</w:t>
            </w:r>
          </w:p>
        </w:tc>
        <w:tc>
          <w:tcPr>
            <w:tcW w:w="4392" w:type="dxa"/>
            <w:vAlign w:val="center"/>
          </w:tcPr>
          <w:p w14:paraId="0572FFFD" w14:textId="77777777" w:rsidR="00CB4A63" w:rsidRDefault="006C25DB">
            <w:pPr>
              <w:spacing w:after="40"/>
            </w:pPr>
            <w:r>
              <w:rPr>
                <w:szCs w:val="20"/>
              </w:rPr>
              <w:t>Counting answers and keeping score</w:t>
            </w:r>
          </w:p>
        </w:tc>
        <w:tc>
          <w:tcPr>
            <w:tcW w:w="1500" w:type="dxa"/>
            <w:vAlign w:val="center"/>
          </w:tcPr>
          <w:p w14:paraId="27D33FB7" w14:textId="77777777" w:rsidR="00CB4A63" w:rsidRDefault="006C25DB">
            <w:pPr>
              <w:spacing w:after="40"/>
              <w:jc w:val="right"/>
            </w:pPr>
            <w:r>
              <w:rPr>
                <w:szCs w:val="20"/>
              </w:rPr>
              <w:t>56</w:t>
            </w:r>
          </w:p>
        </w:tc>
      </w:tr>
      <w:tr w:rsidR="00CB4A63" w14:paraId="39E8EA80" w14:textId="77777777">
        <w:trPr>
          <w:cantSplit/>
        </w:trPr>
        <w:tc>
          <w:tcPr>
            <w:tcW w:w="3900" w:type="dxa"/>
            <w:vAlign w:val="center"/>
          </w:tcPr>
          <w:p w14:paraId="299E7897" w14:textId="77777777" w:rsidR="00CB4A63" w:rsidRDefault="006C25DB">
            <w:pPr>
              <w:spacing w:after="40"/>
            </w:pPr>
            <w:r>
              <w:rPr>
                <w:szCs w:val="20"/>
              </w:rPr>
              <w:t>Manual Relay Question Cards</w:t>
            </w:r>
          </w:p>
        </w:tc>
        <w:tc>
          <w:tcPr>
            <w:tcW w:w="4392" w:type="dxa"/>
            <w:vAlign w:val="center"/>
          </w:tcPr>
          <w:p w14:paraId="3F8503B6" w14:textId="77777777" w:rsidR="00CB4A63" w:rsidRDefault="006C25DB">
            <w:pPr>
              <w:spacing w:after="40"/>
            </w:pPr>
            <w:r>
              <w:rPr>
                <w:szCs w:val="20"/>
              </w:rPr>
              <w:t>Racing through the manual in teams</w:t>
            </w:r>
          </w:p>
        </w:tc>
        <w:tc>
          <w:tcPr>
            <w:tcW w:w="1500" w:type="dxa"/>
            <w:vAlign w:val="center"/>
          </w:tcPr>
          <w:p w14:paraId="6CEC2233" w14:textId="77777777" w:rsidR="00CB4A63" w:rsidRDefault="006C25DB">
            <w:pPr>
              <w:spacing w:after="40"/>
              <w:jc w:val="right"/>
            </w:pPr>
            <w:r>
              <w:rPr>
                <w:szCs w:val="20"/>
              </w:rPr>
              <w:t>57</w:t>
            </w:r>
          </w:p>
        </w:tc>
      </w:tr>
      <w:tr w:rsidR="00CB4A63" w14:paraId="6892ACF0" w14:textId="77777777">
        <w:trPr>
          <w:cantSplit/>
        </w:trPr>
        <w:tc>
          <w:tcPr>
            <w:tcW w:w="3900" w:type="dxa"/>
            <w:vAlign w:val="center"/>
          </w:tcPr>
          <w:p w14:paraId="37790099" w14:textId="77777777" w:rsidR="00CB4A63" w:rsidRDefault="006C25DB">
            <w:pPr>
              <w:spacing w:after="40"/>
            </w:pPr>
            <w:r>
              <w:rPr>
                <w:szCs w:val="20"/>
              </w:rPr>
              <w:t>Drawing Slips</w:t>
            </w:r>
          </w:p>
        </w:tc>
        <w:tc>
          <w:tcPr>
            <w:tcW w:w="4392" w:type="dxa"/>
            <w:vAlign w:val="center"/>
          </w:tcPr>
          <w:p w14:paraId="3818CE17" w14:textId="77777777" w:rsidR="00CB4A63" w:rsidRDefault="006C25DB">
            <w:pPr>
              <w:spacing w:after="40"/>
            </w:pPr>
            <w:r>
              <w:rPr>
                <w:szCs w:val="20"/>
              </w:rPr>
              <w:t>Entries for an occasional drawing</w:t>
            </w:r>
          </w:p>
        </w:tc>
        <w:tc>
          <w:tcPr>
            <w:tcW w:w="1500" w:type="dxa"/>
            <w:vAlign w:val="center"/>
          </w:tcPr>
          <w:p w14:paraId="2AA72066" w14:textId="77777777" w:rsidR="00CB4A63" w:rsidRDefault="006C25DB">
            <w:pPr>
              <w:spacing w:after="40"/>
              <w:jc w:val="right"/>
            </w:pPr>
            <w:r>
              <w:rPr>
                <w:szCs w:val="20"/>
              </w:rPr>
              <w:t>58</w:t>
            </w:r>
          </w:p>
        </w:tc>
      </w:tr>
    </w:tbl>
    <w:p w14:paraId="5E0162C1" w14:textId="77777777" w:rsidR="00CB4A63" w:rsidRDefault="006C25DB">
      <w:pPr>
        <w:pStyle w:val="Heading2"/>
        <w:spacing w:before="240" w:after="100" w:line="240" w:lineRule="auto"/>
        <w:rPr>
          <w:sz w:val="28"/>
          <w:szCs w:val="28"/>
        </w:rPr>
      </w:pPr>
      <w:r>
        <w:rPr>
          <w:sz w:val="28"/>
          <w:szCs w:val="28"/>
        </w:rPr>
        <w:t>Prizes that cost little or nothing</w:t>
      </w:r>
    </w:p>
    <w:p w14:paraId="763671B5" w14:textId="77777777" w:rsidR="00CB4A63" w:rsidRDefault="006C25DB">
      <w:pPr>
        <w:pStyle w:val="ListParagraph"/>
        <w:numPr>
          <w:ilvl w:val="0"/>
          <w:numId w:val="11"/>
        </w:numPr>
        <w:spacing w:after="100" w:line="283" w:lineRule="auto"/>
        <w:rPr>
          <w:sz w:val="22"/>
          <w:szCs w:val="24"/>
        </w:rPr>
      </w:pPr>
      <w:r>
        <w:rPr>
          <w:sz w:val="22"/>
        </w:rPr>
        <w:t>A $5 coffee card for each person on the winning team</w:t>
      </w:r>
    </w:p>
    <w:p w14:paraId="21B526AA" w14:textId="77777777" w:rsidR="00CB4A63" w:rsidRDefault="006C25DB">
      <w:pPr>
        <w:pStyle w:val="ListParagraph"/>
        <w:numPr>
          <w:ilvl w:val="0"/>
          <w:numId w:val="11"/>
        </w:numPr>
        <w:spacing w:after="100" w:line="283" w:lineRule="auto"/>
        <w:rPr>
          <w:sz w:val="22"/>
          <w:szCs w:val="24"/>
        </w:rPr>
      </w:pPr>
      <w:r>
        <w:rPr>
          <w:sz w:val="22"/>
        </w:rPr>
        <w:t>Picking the spot for the next team lunch</w:t>
      </w:r>
    </w:p>
    <w:p w14:paraId="3D990F9D" w14:textId="77777777" w:rsidR="00CB4A63" w:rsidRDefault="006C25DB">
      <w:pPr>
        <w:pStyle w:val="ListParagraph"/>
        <w:numPr>
          <w:ilvl w:val="0"/>
          <w:numId w:val="11"/>
        </w:numPr>
        <w:spacing w:after="100" w:line="283" w:lineRule="auto"/>
        <w:rPr>
          <w:sz w:val="22"/>
          <w:szCs w:val="24"/>
        </w:rPr>
      </w:pPr>
      <w:r>
        <w:rPr>
          <w:sz w:val="22"/>
        </w:rPr>
        <w:t>A reserved parking spot for a week or a month</w:t>
      </w:r>
    </w:p>
    <w:p w14:paraId="33F8DB4B" w14:textId="77777777" w:rsidR="00CB4A63" w:rsidRDefault="006C25DB">
      <w:pPr>
        <w:pStyle w:val="ListParagraph"/>
        <w:numPr>
          <w:ilvl w:val="0"/>
          <w:numId w:val="11"/>
        </w:numPr>
        <w:spacing w:after="100" w:line="283" w:lineRule="auto"/>
        <w:rPr>
          <w:sz w:val="22"/>
          <w:szCs w:val="24"/>
        </w:rPr>
      </w:pPr>
      <w:r>
        <w:rPr>
          <w:sz w:val="22"/>
        </w:rPr>
        <w:t>Leaving two hours early on a day of their choosing</w:t>
      </w:r>
    </w:p>
    <w:p w14:paraId="6D019D3E" w14:textId="77777777" w:rsidR="00CB4A63" w:rsidRDefault="006C25DB">
      <w:pPr>
        <w:spacing w:after="140" w:line="283" w:lineRule="auto"/>
        <w:rPr>
          <w:sz w:val="22"/>
        </w:rPr>
      </w:pPr>
      <w:r>
        <w:rPr>
          <w:sz w:val="22"/>
        </w:rPr>
        <w:t>Check any time-off prize with HR before you announce it, so it adheres to your company's policies.</w:t>
      </w:r>
    </w:p>
    <w:p w14:paraId="71FA3AEC" w14:textId="77777777" w:rsidR="00CB4A63" w:rsidRDefault="00CB4A63">
      <w:pPr>
        <w:spacing w:after="0"/>
        <w:rPr>
          <w:sz w:val="10"/>
          <w:szCs w:val="10"/>
        </w:rPr>
      </w:pPr>
    </w:p>
    <w:tbl>
      <w:tblPr>
        <w:tblW w:w="9792" w:type="dxa"/>
        <w:tblBorders>
          <w:top w:val="single" w:sz="2" w:space="0" w:color="E8ECF2"/>
          <w:left w:val="single" w:sz="18" w:space="0" w:color="1A2744"/>
          <w:bottom w:val="single" w:sz="2" w:space="0" w:color="E8ECF2"/>
          <w:right w:val="single" w:sz="2" w:space="0" w:color="E8ECF2"/>
          <w:insideH w:val="none" w:sz="0" w:space="0" w:color="E8ECF2"/>
          <w:insideV w:val="none" w:sz="0" w:space="0" w:color="E8ECF2"/>
        </w:tblBorders>
        <w:tblLook w:val="04A0" w:firstRow="1" w:lastRow="0" w:firstColumn="1" w:lastColumn="0" w:noHBand="0" w:noVBand="1"/>
      </w:tblPr>
      <w:tblGrid>
        <w:gridCol w:w="9792"/>
      </w:tblGrid>
      <w:tr w:rsidR="00CB4A63" w14:paraId="181F5AFE" w14:textId="77777777">
        <w:trPr>
          <w:cantSplit/>
        </w:trPr>
        <w:tc>
          <w:tcPr>
            <w:tcW w:w="9792" w:type="dxa"/>
            <w:shd w:val="clear" w:color="auto" w:fill="E8ECF2"/>
            <w:tcMar>
              <w:top w:w="140" w:type="dxa"/>
              <w:left w:w="200" w:type="dxa"/>
              <w:bottom w:w="140" w:type="dxa"/>
              <w:right w:w="160" w:type="dxa"/>
            </w:tcMar>
          </w:tcPr>
          <w:p w14:paraId="27B3630D" w14:textId="77777777" w:rsidR="00CB4A63" w:rsidRDefault="006C25DB">
            <w:pPr>
              <w:spacing w:after="80"/>
            </w:pPr>
            <w:r>
              <w:rPr>
                <w:rFonts w:ascii="Calibri Light" w:eastAsia="Calibri Light" w:hAnsi="Calibri Light" w:cs="Calibri Light"/>
                <w:b/>
                <w:bCs/>
                <w:color w:val="1A2744"/>
                <w:sz w:val="24"/>
                <w:szCs w:val="24"/>
              </w:rPr>
              <w:t>KEEP IT FUN</w:t>
            </w:r>
          </w:p>
          <w:p w14:paraId="27EBB22E" w14:textId="77777777" w:rsidR="00CB4A63" w:rsidRDefault="006C25DB">
            <w:pPr>
              <w:spacing w:after="60"/>
            </w:pPr>
            <w:r>
              <w:rPr>
                <w:sz w:val="21"/>
                <w:szCs w:val="21"/>
              </w:rPr>
              <w:t>Know your team, and if you're unsure how a game will land, ask two or three people before the meeting. Let people skip any question, and play in teams so nobody is put on the spot.</w:t>
            </w:r>
          </w:p>
        </w:tc>
      </w:tr>
    </w:tbl>
    <w:p w14:paraId="05F2724E" w14:textId="77777777" w:rsidR="00CB4A63" w:rsidRDefault="006C25DB">
      <w:pPr>
        <w:pStyle w:val="Title"/>
        <w:pageBreakBefore/>
        <w:spacing w:after="220"/>
      </w:pPr>
      <w:r>
        <w:lastRenderedPageBreak/>
        <w:t>Who Matches Who? | Questionnaire</w:t>
      </w:r>
    </w:p>
    <w:p w14:paraId="4117DE5F" w14:textId="77777777" w:rsidR="00CB4A63" w:rsidRDefault="006C25DB">
      <w:pPr>
        <w:spacing w:after="140" w:line="283" w:lineRule="auto"/>
        <w:rPr>
          <w:sz w:val="22"/>
        </w:rPr>
      </w:pPr>
      <w:r>
        <w:rPr>
          <w:i/>
          <w:iCs/>
          <w:color w:val="5A6270"/>
          <w:sz w:val="21"/>
          <w:szCs w:val="21"/>
        </w:rPr>
        <w:t>Send this out a few days before the meeting  •  Skip any question you'd rather not answer</w:t>
      </w:r>
    </w:p>
    <w:p w14:paraId="4BBAB9A7" w14:textId="77777777" w:rsidR="00CB4A63" w:rsidRDefault="006C25DB">
      <w:pPr>
        <w:spacing w:after="200" w:line="283" w:lineRule="auto"/>
        <w:rPr>
          <w:sz w:val="24"/>
          <w:szCs w:val="24"/>
        </w:rPr>
      </w:pPr>
      <w:r>
        <w:rPr>
          <w:b/>
          <w:bCs/>
          <w:sz w:val="22"/>
        </w:rPr>
        <w:t xml:space="preserve">Name: </w:t>
      </w:r>
      <w:r>
        <w:rPr>
          <w:sz w:val="22"/>
        </w:rPr>
        <w:t>_______________________________________</w:t>
      </w:r>
    </w:p>
    <w:p w14:paraId="55711F06" w14:textId="77777777" w:rsidR="00CB4A63" w:rsidRDefault="006C25DB">
      <w:pPr>
        <w:spacing w:after="140" w:line="283" w:lineRule="auto"/>
        <w:rPr>
          <w:sz w:val="22"/>
        </w:rPr>
      </w:pPr>
      <w:r>
        <w:rPr>
          <w:sz w:val="22"/>
        </w:rPr>
        <w:t>Answer in a few words. Your answers become a matching game at our next team meeting, so pick things your teammates might not guess.</w:t>
      </w:r>
    </w:p>
    <w:p w14:paraId="6FBFFD79" w14:textId="77777777" w:rsidR="00CB4A63" w:rsidRDefault="006C25DB">
      <w:pPr>
        <w:pStyle w:val="Heading2"/>
        <w:spacing w:after="100" w:line="240" w:lineRule="auto"/>
        <w:rPr>
          <w:sz w:val="28"/>
          <w:szCs w:val="28"/>
        </w:rPr>
      </w:pPr>
      <w:r>
        <w:rPr>
          <w:sz w:val="28"/>
          <w:szCs w:val="28"/>
        </w:rPr>
        <w:t>A hobby or interest you enjoy</w:t>
      </w:r>
    </w:p>
    <w:tbl>
      <w:tblPr>
        <w:tblStyle w:val="TableGrid"/>
        <w:tblW w:w="9792" w:type="dxa"/>
        <w:tblLayout w:type="fixed"/>
        <w:tblCellMar>
          <w:top w:w="60" w:type="dxa"/>
          <w:left w:w="100" w:type="dxa"/>
          <w:bottom w:w="40" w:type="dxa"/>
          <w:right w:w="100" w:type="dxa"/>
        </w:tblCellMar>
        <w:tblLook w:val="04A0" w:firstRow="1" w:lastRow="0" w:firstColumn="1" w:lastColumn="0" w:noHBand="0" w:noVBand="1"/>
      </w:tblPr>
      <w:tblGrid>
        <w:gridCol w:w="9792"/>
      </w:tblGrid>
      <w:tr w:rsidR="00CB4A63" w14:paraId="4F3200E4" w14:textId="77777777">
        <w:trPr>
          <w:cantSplit/>
          <w:trHeight w:val="620"/>
        </w:trPr>
        <w:tc>
          <w:tcPr>
            <w:tcW w:w="9792" w:type="dxa"/>
            <w:shd w:val="clear" w:color="auto" w:fill="FFF8E7"/>
            <w:vAlign w:val="center"/>
          </w:tcPr>
          <w:p w14:paraId="336BF20F" w14:textId="77777777" w:rsidR="00CB4A63" w:rsidRDefault="006C25DB">
            <w:pPr>
              <w:spacing w:after="40"/>
            </w:pPr>
            <w:r>
              <w:t xml:space="preserve"> </w:t>
            </w:r>
          </w:p>
        </w:tc>
      </w:tr>
    </w:tbl>
    <w:p w14:paraId="4C5903B1" w14:textId="77777777" w:rsidR="00CB4A63" w:rsidRDefault="006C25DB">
      <w:pPr>
        <w:pStyle w:val="Heading2"/>
        <w:spacing w:after="100" w:line="240" w:lineRule="auto"/>
        <w:rPr>
          <w:sz w:val="28"/>
          <w:szCs w:val="28"/>
        </w:rPr>
      </w:pPr>
      <w:r>
        <w:rPr>
          <w:sz w:val="28"/>
          <w:szCs w:val="28"/>
        </w:rPr>
        <w:t>A hidden talent or skill</w:t>
      </w:r>
    </w:p>
    <w:tbl>
      <w:tblPr>
        <w:tblStyle w:val="TableGrid"/>
        <w:tblW w:w="9792" w:type="dxa"/>
        <w:tblLayout w:type="fixed"/>
        <w:tblCellMar>
          <w:top w:w="60" w:type="dxa"/>
          <w:left w:w="100" w:type="dxa"/>
          <w:bottom w:w="40" w:type="dxa"/>
          <w:right w:w="100" w:type="dxa"/>
        </w:tblCellMar>
        <w:tblLook w:val="04A0" w:firstRow="1" w:lastRow="0" w:firstColumn="1" w:lastColumn="0" w:noHBand="0" w:noVBand="1"/>
      </w:tblPr>
      <w:tblGrid>
        <w:gridCol w:w="9792"/>
      </w:tblGrid>
      <w:tr w:rsidR="00CB4A63" w14:paraId="392D158F" w14:textId="77777777">
        <w:trPr>
          <w:cantSplit/>
          <w:trHeight w:val="620"/>
        </w:trPr>
        <w:tc>
          <w:tcPr>
            <w:tcW w:w="9792" w:type="dxa"/>
            <w:shd w:val="clear" w:color="auto" w:fill="FFF8E7"/>
            <w:vAlign w:val="center"/>
          </w:tcPr>
          <w:p w14:paraId="0DEF877A" w14:textId="77777777" w:rsidR="00CB4A63" w:rsidRDefault="006C25DB">
            <w:pPr>
              <w:spacing w:after="40"/>
            </w:pPr>
            <w:r>
              <w:t xml:space="preserve"> </w:t>
            </w:r>
          </w:p>
        </w:tc>
      </w:tr>
    </w:tbl>
    <w:p w14:paraId="11A0D84F" w14:textId="77777777" w:rsidR="00CB4A63" w:rsidRDefault="006C25DB">
      <w:pPr>
        <w:pStyle w:val="Heading2"/>
        <w:spacing w:after="100" w:line="240" w:lineRule="auto"/>
        <w:rPr>
          <w:sz w:val="28"/>
          <w:szCs w:val="28"/>
        </w:rPr>
      </w:pPr>
      <w:r>
        <w:rPr>
          <w:sz w:val="28"/>
          <w:szCs w:val="28"/>
        </w:rPr>
        <w:t>A favorite vacation spot, or one you'd love to visit</w:t>
      </w:r>
    </w:p>
    <w:tbl>
      <w:tblPr>
        <w:tblStyle w:val="TableGrid"/>
        <w:tblW w:w="9792" w:type="dxa"/>
        <w:tblLayout w:type="fixed"/>
        <w:tblCellMar>
          <w:top w:w="60" w:type="dxa"/>
          <w:left w:w="100" w:type="dxa"/>
          <w:bottom w:w="40" w:type="dxa"/>
          <w:right w:w="100" w:type="dxa"/>
        </w:tblCellMar>
        <w:tblLook w:val="04A0" w:firstRow="1" w:lastRow="0" w:firstColumn="1" w:lastColumn="0" w:noHBand="0" w:noVBand="1"/>
      </w:tblPr>
      <w:tblGrid>
        <w:gridCol w:w="9792"/>
      </w:tblGrid>
      <w:tr w:rsidR="00CB4A63" w14:paraId="553B7587" w14:textId="77777777">
        <w:trPr>
          <w:cantSplit/>
          <w:trHeight w:val="620"/>
        </w:trPr>
        <w:tc>
          <w:tcPr>
            <w:tcW w:w="9792" w:type="dxa"/>
            <w:shd w:val="clear" w:color="auto" w:fill="FFF8E7"/>
            <w:vAlign w:val="center"/>
          </w:tcPr>
          <w:p w14:paraId="6296FB81" w14:textId="77777777" w:rsidR="00CB4A63" w:rsidRDefault="006C25DB">
            <w:pPr>
              <w:spacing w:after="40"/>
            </w:pPr>
            <w:r>
              <w:t xml:space="preserve"> </w:t>
            </w:r>
          </w:p>
        </w:tc>
      </w:tr>
    </w:tbl>
    <w:p w14:paraId="6518AAEF" w14:textId="77777777" w:rsidR="00CB4A63" w:rsidRDefault="006C25DB">
      <w:pPr>
        <w:pStyle w:val="Heading2"/>
        <w:spacing w:after="100" w:line="240" w:lineRule="auto"/>
        <w:rPr>
          <w:sz w:val="28"/>
          <w:szCs w:val="28"/>
        </w:rPr>
      </w:pPr>
      <w:r>
        <w:rPr>
          <w:sz w:val="28"/>
          <w:szCs w:val="28"/>
        </w:rPr>
        <w:t>The first concert you went to</w:t>
      </w:r>
    </w:p>
    <w:tbl>
      <w:tblPr>
        <w:tblStyle w:val="TableGrid"/>
        <w:tblW w:w="9792" w:type="dxa"/>
        <w:tblLayout w:type="fixed"/>
        <w:tblCellMar>
          <w:top w:w="60" w:type="dxa"/>
          <w:left w:w="100" w:type="dxa"/>
          <w:bottom w:w="40" w:type="dxa"/>
          <w:right w:w="100" w:type="dxa"/>
        </w:tblCellMar>
        <w:tblLook w:val="04A0" w:firstRow="1" w:lastRow="0" w:firstColumn="1" w:lastColumn="0" w:noHBand="0" w:noVBand="1"/>
      </w:tblPr>
      <w:tblGrid>
        <w:gridCol w:w="9792"/>
      </w:tblGrid>
      <w:tr w:rsidR="00CB4A63" w14:paraId="25B25099" w14:textId="77777777">
        <w:trPr>
          <w:cantSplit/>
          <w:trHeight w:val="620"/>
        </w:trPr>
        <w:tc>
          <w:tcPr>
            <w:tcW w:w="9792" w:type="dxa"/>
            <w:shd w:val="clear" w:color="auto" w:fill="FFF8E7"/>
            <w:vAlign w:val="center"/>
          </w:tcPr>
          <w:p w14:paraId="7E628C6E" w14:textId="77777777" w:rsidR="00CB4A63" w:rsidRDefault="006C25DB">
            <w:pPr>
              <w:spacing w:after="40"/>
            </w:pPr>
            <w:r>
              <w:t xml:space="preserve"> </w:t>
            </w:r>
          </w:p>
        </w:tc>
      </w:tr>
    </w:tbl>
    <w:p w14:paraId="44CAC224" w14:textId="77777777" w:rsidR="00CB4A63" w:rsidRDefault="006C25DB">
      <w:pPr>
        <w:pStyle w:val="Heading2"/>
        <w:spacing w:after="100" w:line="240" w:lineRule="auto"/>
        <w:rPr>
          <w:sz w:val="28"/>
          <w:szCs w:val="28"/>
        </w:rPr>
      </w:pPr>
      <w:r>
        <w:rPr>
          <w:sz w:val="28"/>
          <w:szCs w:val="28"/>
        </w:rPr>
        <w:t>Something you've done that might surprise the team</w:t>
      </w:r>
    </w:p>
    <w:tbl>
      <w:tblPr>
        <w:tblStyle w:val="TableGrid"/>
        <w:tblW w:w="9792" w:type="dxa"/>
        <w:tblLayout w:type="fixed"/>
        <w:tblCellMar>
          <w:top w:w="60" w:type="dxa"/>
          <w:left w:w="100" w:type="dxa"/>
          <w:bottom w:w="40" w:type="dxa"/>
          <w:right w:w="100" w:type="dxa"/>
        </w:tblCellMar>
        <w:tblLook w:val="04A0" w:firstRow="1" w:lastRow="0" w:firstColumn="1" w:lastColumn="0" w:noHBand="0" w:noVBand="1"/>
      </w:tblPr>
      <w:tblGrid>
        <w:gridCol w:w="9792"/>
      </w:tblGrid>
      <w:tr w:rsidR="00CB4A63" w14:paraId="1998F3BA" w14:textId="77777777">
        <w:trPr>
          <w:cantSplit/>
          <w:trHeight w:val="620"/>
        </w:trPr>
        <w:tc>
          <w:tcPr>
            <w:tcW w:w="9792" w:type="dxa"/>
            <w:shd w:val="clear" w:color="auto" w:fill="FFF8E7"/>
            <w:vAlign w:val="center"/>
          </w:tcPr>
          <w:p w14:paraId="3186C0A3" w14:textId="77777777" w:rsidR="00CB4A63" w:rsidRDefault="006C25DB">
            <w:pPr>
              <w:spacing w:after="40"/>
            </w:pPr>
            <w:r>
              <w:t xml:space="preserve"> </w:t>
            </w:r>
          </w:p>
        </w:tc>
      </w:tr>
    </w:tbl>
    <w:p w14:paraId="1BCAD720" w14:textId="77777777" w:rsidR="00CB4A63" w:rsidRDefault="00CB4A63">
      <w:pPr>
        <w:spacing w:after="0"/>
        <w:rPr>
          <w:sz w:val="16"/>
          <w:szCs w:val="16"/>
        </w:rPr>
      </w:pPr>
    </w:p>
    <w:p w14:paraId="73F83028" w14:textId="77777777" w:rsidR="008B00D3" w:rsidRDefault="008B00D3">
      <w:pPr>
        <w:spacing w:after="140" w:line="283" w:lineRule="auto"/>
        <w:rPr>
          <w:b/>
          <w:bCs/>
          <w:sz w:val="22"/>
        </w:rPr>
      </w:pPr>
    </w:p>
    <w:p w14:paraId="4FABB513" w14:textId="1BDFCE40" w:rsidR="00CB4A63" w:rsidRDefault="006C25DB">
      <w:pPr>
        <w:spacing w:after="140" w:line="283" w:lineRule="auto"/>
        <w:rPr>
          <w:sz w:val="22"/>
        </w:rPr>
      </w:pPr>
      <w:r>
        <w:rPr>
          <w:b/>
          <w:bCs/>
          <w:sz w:val="22"/>
        </w:rPr>
        <w:t xml:space="preserve">Return </w:t>
      </w:r>
      <w:proofErr w:type="gramStart"/>
      <w:r>
        <w:rPr>
          <w:b/>
          <w:bCs/>
          <w:sz w:val="22"/>
        </w:rPr>
        <w:t xml:space="preserve">to: </w:t>
      </w:r>
      <w:r>
        <w:rPr>
          <w:sz w:val="22"/>
        </w:rPr>
        <w:t>_</w:t>
      </w:r>
      <w:proofErr w:type="gramEnd"/>
      <w:r>
        <w:rPr>
          <w:sz w:val="22"/>
        </w:rPr>
        <w:t xml:space="preserve">_________________________   </w:t>
      </w:r>
      <w:proofErr w:type="gramStart"/>
      <w:r>
        <w:rPr>
          <w:b/>
          <w:bCs/>
          <w:sz w:val="22"/>
        </w:rPr>
        <w:t>By</w:t>
      </w:r>
      <w:proofErr w:type="gramEnd"/>
      <w:r>
        <w:rPr>
          <w:b/>
          <w:bCs/>
          <w:sz w:val="22"/>
        </w:rPr>
        <w:t xml:space="preserve">: </w:t>
      </w:r>
      <w:r>
        <w:rPr>
          <w:sz w:val="22"/>
        </w:rPr>
        <w:t>______________</w:t>
      </w:r>
    </w:p>
    <w:p w14:paraId="094E7A90" w14:textId="77777777" w:rsidR="00CB4A63" w:rsidRDefault="006C25DB">
      <w:pPr>
        <w:pStyle w:val="Title"/>
        <w:pageBreakBefore/>
        <w:spacing w:after="220"/>
      </w:pPr>
      <w:r>
        <w:lastRenderedPageBreak/>
        <w:t>Who Matches Who? | Match Sheet</w:t>
      </w:r>
    </w:p>
    <w:p w14:paraId="22C0A5EE" w14:textId="77777777" w:rsidR="00CB4A63" w:rsidRDefault="006C25DB">
      <w:pPr>
        <w:spacing w:after="140" w:line="283" w:lineRule="auto"/>
        <w:rPr>
          <w:sz w:val="22"/>
        </w:rPr>
      </w:pPr>
      <w:r>
        <w:rPr>
          <w:i/>
          <w:iCs/>
          <w:color w:val="5A6270"/>
          <w:sz w:val="21"/>
          <w:szCs w:val="21"/>
        </w:rPr>
        <w:t>Leader prep  •  List one answer per person in mixed order, then make a copy for everyone</w:t>
      </w:r>
    </w:p>
    <w:p w14:paraId="53AA571A" w14:textId="77777777" w:rsidR="00CB4A63" w:rsidRDefault="006C25DB">
      <w:pPr>
        <w:spacing w:after="140" w:line="283" w:lineRule="auto"/>
        <w:rPr>
          <w:sz w:val="22"/>
        </w:rPr>
      </w:pPr>
      <w:r>
        <w:rPr>
          <w:sz w:val="22"/>
        </w:rPr>
        <w:t>Write the name of the teammate you think matches each answer. One point for each correct match.</w:t>
      </w:r>
    </w:p>
    <w:tbl>
      <w:tblPr>
        <w:tblStyle w:val="TableGrid"/>
        <w:tblW w:w="9792" w:type="dxa"/>
        <w:tblLayout w:type="fixed"/>
        <w:tblCellMar>
          <w:top w:w="60" w:type="dxa"/>
          <w:left w:w="100" w:type="dxa"/>
          <w:bottom w:w="40" w:type="dxa"/>
          <w:right w:w="100" w:type="dxa"/>
        </w:tblCellMar>
        <w:tblLook w:val="04A0" w:firstRow="1" w:lastRow="0" w:firstColumn="1" w:lastColumn="0" w:noHBand="0" w:noVBand="1"/>
      </w:tblPr>
      <w:tblGrid>
        <w:gridCol w:w="700"/>
        <w:gridCol w:w="6292"/>
        <w:gridCol w:w="2800"/>
      </w:tblGrid>
      <w:tr w:rsidR="00CB4A63" w14:paraId="1C9D03DC" w14:textId="77777777">
        <w:trPr>
          <w:cantSplit/>
        </w:trPr>
        <w:tc>
          <w:tcPr>
            <w:tcW w:w="700" w:type="dxa"/>
            <w:shd w:val="clear" w:color="auto" w:fill="1A2744"/>
            <w:vAlign w:val="center"/>
          </w:tcPr>
          <w:p w14:paraId="48DC70C3" w14:textId="77777777" w:rsidR="00CB4A63" w:rsidRDefault="006C25DB">
            <w:pPr>
              <w:spacing w:after="40"/>
            </w:pPr>
            <w:r>
              <w:rPr>
                <w:b/>
                <w:bCs/>
                <w:color w:val="FFFFFF"/>
                <w:szCs w:val="20"/>
              </w:rPr>
              <w:t>#</w:t>
            </w:r>
          </w:p>
        </w:tc>
        <w:tc>
          <w:tcPr>
            <w:tcW w:w="6292" w:type="dxa"/>
            <w:shd w:val="clear" w:color="auto" w:fill="1A2744"/>
            <w:vAlign w:val="center"/>
          </w:tcPr>
          <w:p w14:paraId="4BDECD65" w14:textId="77777777" w:rsidR="00CB4A63" w:rsidRDefault="006C25DB">
            <w:pPr>
              <w:spacing w:after="40"/>
            </w:pPr>
            <w:r>
              <w:rPr>
                <w:b/>
                <w:bCs/>
                <w:color w:val="FFFFFF"/>
                <w:szCs w:val="20"/>
              </w:rPr>
              <w:t>ANSWER</w:t>
            </w:r>
          </w:p>
        </w:tc>
        <w:tc>
          <w:tcPr>
            <w:tcW w:w="2800" w:type="dxa"/>
            <w:shd w:val="clear" w:color="auto" w:fill="1A2744"/>
            <w:vAlign w:val="center"/>
          </w:tcPr>
          <w:p w14:paraId="3D7A6C64" w14:textId="77777777" w:rsidR="00CB4A63" w:rsidRDefault="006C25DB">
            <w:pPr>
              <w:spacing w:after="40"/>
            </w:pPr>
            <w:r>
              <w:rPr>
                <w:b/>
                <w:bCs/>
                <w:color w:val="FFFFFF"/>
                <w:szCs w:val="20"/>
              </w:rPr>
              <w:t>WHO IS IT?</w:t>
            </w:r>
          </w:p>
        </w:tc>
      </w:tr>
      <w:tr w:rsidR="00CB4A63" w14:paraId="1FBEC154" w14:textId="77777777">
        <w:trPr>
          <w:cantSplit/>
          <w:trHeight w:val="400"/>
        </w:trPr>
        <w:tc>
          <w:tcPr>
            <w:tcW w:w="700" w:type="dxa"/>
            <w:vAlign w:val="center"/>
          </w:tcPr>
          <w:p w14:paraId="4EA9C5FE" w14:textId="77777777" w:rsidR="00CB4A63" w:rsidRDefault="006C25DB">
            <w:pPr>
              <w:spacing w:after="40"/>
              <w:jc w:val="center"/>
            </w:pPr>
            <w:r>
              <w:rPr>
                <w:szCs w:val="20"/>
              </w:rPr>
              <w:t>1</w:t>
            </w:r>
          </w:p>
        </w:tc>
        <w:tc>
          <w:tcPr>
            <w:tcW w:w="6292" w:type="dxa"/>
            <w:shd w:val="clear" w:color="auto" w:fill="FFF8E7"/>
            <w:vAlign w:val="center"/>
          </w:tcPr>
          <w:p w14:paraId="621D8E84" w14:textId="77777777" w:rsidR="00CB4A63" w:rsidRDefault="006C25DB">
            <w:pPr>
              <w:spacing w:after="40"/>
            </w:pPr>
            <w:r>
              <w:t xml:space="preserve"> </w:t>
            </w:r>
          </w:p>
        </w:tc>
        <w:tc>
          <w:tcPr>
            <w:tcW w:w="2800" w:type="dxa"/>
            <w:shd w:val="clear" w:color="auto" w:fill="FFF8E7"/>
            <w:vAlign w:val="center"/>
          </w:tcPr>
          <w:p w14:paraId="22F157B7" w14:textId="77777777" w:rsidR="00CB4A63" w:rsidRDefault="006C25DB">
            <w:pPr>
              <w:spacing w:after="40"/>
            </w:pPr>
            <w:r>
              <w:t xml:space="preserve"> </w:t>
            </w:r>
          </w:p>
        </w:tc>
      </w:tr>
      <w:tr w:rsidR="00CB4A63" w14:paraId="4CD0C5E6" w14:textId="77777777">
        <w:trPr>
          <w:cantSplit/>
          <w:trHeight w:val="400"/>
        </w:trPr>
        <w:tc>
          <w:tcPr>
            <w:tcW w:w="700" w:type="dxa"/>
            <w:vAlign w:val="center"/>
          </w:tcPr>
          <w:p w14:paraId="740B6FAE" w14:textId="77777777" w:rsidR="00CB4A63" w:rsidRDefault="006C25DB">
            <w:pPr>
              <w:spacing w:after="40"/>
              <w:jc w:val="center"/>
            </w:pPr>
            <w:r>
              <w:rPr>
                <w:szCs w:val="20"/>
              </w:rPr>
              <w:t>2</w:t>
            </w:r>
          </w:p>
        </w:tc>
        <w:tc>
          <w:tcPr>
            <w:tcW w:w="6292" w:type="dxa"/>
            <w:shd w:val="clear" w:color="auto" w:fill="FFF8E7"/>
            <w:vAlign w:val="center"/>
          </w:tcPr>
          <w:p w14:paraId="75C860F1" w14:textId="77777777" w:rsidR="00CB4A63" w:rsidRDefault="006C25DB">
            <w:pPr>
              <w:spacing w:after="40"/>
            </w:pPr>
            <w:r>
              <w:t xml:space="preserve"> </w:t>
            </w:r>
          </w:p>
        </w:tc>
        <w:tc>
          <w:tcPr>
            <w:tcW w:w="2800" w:type="dxa"/>
            <w:shd w:val="clear" w:color="auto" w:fill="FFF8E7"/>
            <w:vAlign w:val="center"/>
          </w:tcPr>
          <w:p w14:paraId="233BEBC6" w14:textId="77777777" w:rsidR="00CB4A63" w:rsidRDefault="006C25DB">
            <w:pPr>
              <w:spacing w:after="40"/>
            </w:pPr>
            <w:r>
              <w:t xml:space="preserve"> </w:t>
            </w:r>
          </w:p>
        </w:tc>
      </w:tr>
      <w:tr w:rsidR="00CB4A63" w14:paraId="2B2FC8E4" w14:textId="77777777">
        <w:trPr>
          <w:cantSplit/>
          <w:trHeight w:val="400"/>
        </w:trPr>
        <w:tc>
          <w:tcPr>
            <w:tcW w:w="700" w:type="dxa"/>
            <w:vAlign w:val="center"/>
          </w:tcPr>
          <w:p w14:paraId="0044E086" w14:textId="77777777" w:rsidR="00CB4A63" w:rsidRDefault="006C25DB">
            <w:pPr>
              <w:spacing w:after="40"/>
              <w:jc w:val="center"/>
            </w:pPr>
            <w:r>
              <w:rPr>
                <w:szCs w:val="20"/>
              </w:rPr>
              <w:t>3</w:t>
            </w:r>
          </w:p>
        </w:tc>
        <w:tc>
          <w:tcPr>
            <w:tcW w:w="6292" w:type="dxa"/>
            <w:shd w:val="clear" w:color="auto" w:fill="FFF8E7"/>
            <w:vAlign w:val="center"/>
          </w:tcPr>
          <w:p w14:paraId="6D663198" w14:textId="77777777" w:rsidR="00CB4A63" w:rsidRDefault="006C25DB">
            <w:pPr>
              <w:spacing w:after="40"/>
            </w:pPr>
            <w:r>
              <w:t xml:space="preserve"> </w:t>
            </w:r>
          </w:p>
        </w:tc>
        <w:tc>
          <w:tcPr>
            <w:tcW w:w="2800" w:type="dxa"/>
            <w:shd w:val="clear" w:color="auto" w:fill="FFF8E7"/>
            <w:vAlign w:val="center"/>
          </w:tcPr>
          <w:p w14:paraId="048987EA" w14:textId="77777777" w:rsidR="00CB4A63" w:rsidRDefault="006C25DB">
            <w:pPr>
              <w:spacing w:after="40"/>
            </w:pPr>
            <w:r>
              <w:t xml:space="preserve"> </w:t>
            </w:r>
          </w:p>
        </w:tc>
      </w:tr>
      <w:tr w:rsidR="00CB4A63" w14:paraId="250D8E76" w14:textId="77777777">
        <w:trPr>
          <w:cantSplit/>
          <w:trHeight w:val="400"/>
        </w:trPr>
        <w:tc>
          <w:tcPr>
            <w:tcW w:w="700" w:type="dxa"/>
            <w:vAlign w:val="center"/>
          </w:tcPr>
          <w:p w14:paraId="633AA519" w14:textId="77777777" w:rsidR="00CB4A63" w:rsidRDefault="006C25DB">
            <w:pPr>
              <w:spacing w:after="40"/>
              <w:jc w:val="center"/>
            </w:pPr>
            <w:r>
              <w:rPr>
                <w:szCs w:val="20"/>
              </w:rPr>
              <w:t>4</w:t>
            </w:r>
          </w:p>
        </w:tc>
        <w:tc>
          <w:tcPr>
            <w:tcW w:w="6292" w:type="dxa"/>
            <w:shd w:val="clear" w:color="auto" w:fill="FFF8E7"/>
            <w:vAlign w:val="center"/>
          </w:tcPr>
          <w:p w14:paraId="5BDC9ADA" w14:textId="77777777" w:rsidR="00CB4A63" w:rsidRDefault="006C25DB">
            <w:pPr>
              <w:spacing w:after="40"/>
            </w:pPr>
            <w:r>
              <w:t xml:space="preserve"> </w:t>
            </w:r>
          </w:p>
        </w:tc>
        <w:tc>
          <w:tcPr>
            <w:tcW w:w="2800" w:type="dxa"/>
            <w:shd w:val="clear" w:color="auto" w:fill="FFF8E7"/>
            <w:vAlign w:val="center"/>
          </w:tcPr>
          <w:p w14:paraId="392D972E" w14:textId="77777777" w:rsidR="00CB4A63" w:rsidRDefault="006C25DB">
            <w:pPr>
              <w:spacing w:after="40"/>
            </w:pPr>
            <w:r>
              <w:t xml:space="preserve"> </w:t>
            </w:r>
          </w:p>
        </w:tc>
      </w:tr>
      <w:tr w:rsidR="00CB4A63" w14:paraId="3459E333" w14:textId="77777777">
        <w:trPr>
          <w:cantSplit/>
          <w:trHeight w:val="400"/>
        </w:trPr>
        <w:tc>
          <w:tcPr>
            <w:tcW w:w="700" w:type="dxa"/>
            <w:vAlign w:val="center"/>
          </w:tcPr>
          <w:p w14:paraId="141F1B0A" w14:textId="77777777" w:rsidR="00CB4A63" w:rsidRDefault="006C25DB">
            <w:pPr>
              <w:spacing w:after="40"/>
              <w:jc w:val="center"/>
            </w:pPr>
            <w:r>
              <w:rPr>
                <w:szCs w:val="20"/>
              </w:rPr>
              <w:t>5</w:t>
            </w:r>
          </w:p>
        </w:tc>
        <w:tc>
          <w:tcPr>
            <w:tcW w:w="6292" w:type="dxa"/>
            <w:shd w:val="clear" w:color="auto" w:fill="FFF8E7"/>
            <w:vAlign w:val="center"/>
          </w:tcPr>
          <w:p w14:paraId="085CFDC4" w14:textId="77777777" w:rsidR="00CB4A63" w:rsidRDefault="006C25DB">
            <w:pPr>
              <w:spacing w:after="40"/>
            </w:pPr>
            <w:r>
              <w:t xml:space="preserve"> </w:t>
            </w:r>
          </w:p>
        </w:tc>
        <w:tc>
          <w:tcPr>
            <w:tcW w:w="2800" w:type="dxa"/>
            <w:shd w:val="clear" w:color="auto" w:fill="FFF8E7"/>
            <w:vAlign w:val="center"/>
          </w:tcPr>
          <w:p w14:paraId="72800558" w14:textId="77777777" w:rsidR="00CB4A63" w:rsidRDefault="006C25DB">
            <w:pPr>
              <w:spacing w:after="40"/>
            </w:pPr>
            <w:r>
              <w:t xml:space="preserve"> </w:t>
            </w:r>
          </w:p>
        </w:tc>
      </w:tr>
      <w:tr w:rsidR="00CB4A63" w14:paraId="17C983F8" w14:textId="77777777">
        <w:trPr>
          <w:cantSplit/>
          <w:trHeight w:val="400"/>
        </w:trPr>
        <w:tc>
          <w:tcPr>
            <w:tcW w:w="700" w:type="dxa"/>
            <w:vAlign w:val="center"/>
          </w:tcPr>
          <w:p w14:paraId="776DFA75" w14:textId="77777777" w:rsidR="00CB4A63" w:rsidRDefault="006C25DB">
            <w:pPr>
              <w:spacing w:after="40"/>
              <w:jc w:val="center"/>
            </w:pPr>
            <w:r>
              <w:rPr>
                <w:szCs w:val="20"/>
              </w:rPr>
              <w:t>6</w:t>
            </w:r>
          </w:p>
        </w:tc>
        <w:tc>
          <w:tcPr>
            <w:tcW w:w="6292" w:type="dxa"/>
            <w:shd w:val="clear" w:color="auto" w:fill="FFF8E7"/>
            <w:vAlign w:val="center"/>
          </w:tcPr>
          <w:p w14:paraId="512E6007" w14:textId="77777777" w:rsidR="00CB4A63" w:rsidRDefault="006C25DB">
            <w:pPr>
              <w:spacing w:after="40"/>
            </w:pPr>
            <w:r>
              <w:t xml:space="preserve"> </w:t>
            </w:r>
          </w:p>
        </w:tc>
        <w:tc>
          <w:tcPr>
            <w:tcW w:w="2800" w:type="dxa"/>
            <w:shd w:val="clear" w:color="auto" w:fill="FFF8E7"/>
            <w:vAlign w:val="center"/>
          </w:tcPr>
          <w:p w14:paraId="7B26BA64" w14:textId="77777777" w:rsidR="00CB4A63" w:rsidRDefault="006C25DB">
            <w:pPr>
              <w:spacing w:after="40"/>
            </w:pPr>
            <w:r>
              <w:t xml:space="preserve"> </w:t>
            </w:r>
          </w:p>
        </w:tc>
      </w:tr>
      <w:tr w:rsidR="00CB4A63" w14:paraId="593C651B" w14:textId="77777777">
        <w:trPr>
          <w:cantSplit/>
          <w:trHeight w:val="400"/>
        </w:trPr>
        <w:tc>
          <w:tcPr>
            <w:tcW w:w="700" w:type="dxa"/>
            <w:vAlign w:val="center"/>
          </w:tcPr>
          <w:p w14:paraId="28D87B77" w14:textId="77777777" w:rsidR="00CB4A63" w:rsidRDefault="006C25DB">
            <w:pPr>
              <w:spacing w:after="40"/>
              <w:jc w:val="center"/>
            </w:pPr>
            <w:r>
              <w:rPr>
                <w:szCs w:val="20"/>
              </w:rPr>
              <w:t>7</w:t>
            </w:r>
          </w:p>
        </w:tc>
        <w:tc>
          <w:tcPr>
            <w:tcW w:w="6292" w:type="dxa"/>
            <w:shd w:val="clear" w:color="auto" w:fill="FFF8E7"/>
            <w:vAlign w:val="center"/>
          </w:tcPr>
          <w:p w14:paraId="14054AD1" w14:textId="77777777" w:rsidR="00CB4A63" w:rsidRDefault="006C25DB">
            <w:pPr>
              <w:spacing w:after="40"/>
            </w:pPr>
            <w:r>
              <w:t xml:space="preserve"> </w:t>
            </w:r>
          </w:p>
        </w:tc>
        <w:tc>
          <w:tcPr>
            <w:tcW w:w="2800" w:type="dxa"/>
            <w:shd w:val="clear" w:color="auto" w:fill="FFF8E7"/>
            <w:vAlign w:val="center"/>
          </w:tcPr>
          <w:p w14:paraId="2A13EB73" w14:textId="77777777" w:rsidR="00CB4A63" w:rsidRDefault="006C25DB">
            <w:pPr>
              <w:spacing w:after="40"/>
            </w:pPr>
            <w:r>
              <w:t xml:space="preserve"> </w:t>
            </w:r>
          </w:p>
        </w:tc>
      </w:tr>
      <w:tr w:rsidR="00CB4A63" w14:paraId="2452B020" w14:textId="77777777">
        <w:trPr>
          <w:cantSplit/>
          <w:trHeight w:val="400"/>
        </w:trPr>
        <w:tc>
          <w:tcPr>
            <w:tcW w:w="700" w:type="dxa"/>
            <w:vAlign w:val="center"/>
          </w:tcPr>
          <w:p w14:paraId="7CFF9DD6" w14:textId="77777777" w:rsidR="00CB4A63" w:rsidRDefault="006C25DB">
            <w:pPr>
              <w:spacing w:after="40"/>
              <w:jc w:val="center"/>
            </w:pPr>
            <w:r>
              <w:rPr>
                <w:szCs w:val="20"/>
              </w:rPr>
              <w:t>8</w:t>
            </w:r>
          </w:p>
        </w:tc>
        <w:tc>
          <w:tcPr>
            <w:tcW w:w="6292" w:type="dxa"/>
            <w:shd w:val="clear" w:color="auto" w:fill="FFF8E7"/>
            <w:vAlign w:val="center"/>
          </w:tcPr>
          <w:p w14:paraId="7557238F" w14:textId="77777777" w:rsidR="00CB4A63" w:rsidRDefault="006C25DB">
            <w:pPr>
              <w:spacing w:after="40"/>
            </w:pPr>
            <w:r>
              <w:t xml:space="preserve"> </w:t>
            </w:r>
          </w:p>
        </w:tc>
        <w:tc>
          <w:tcPr>
            <w:tcW w:w="2800" w:type="dxa"/>
            <w:shd w:val="clear" w:color="auto" w:fill="FFF8E7"/>
            <w:vAlign w:val="center"/>
          </w:tcPr>
          <w:p w14:paraId="2AFC18DD" w14:textId="77777777" w:rsidR="00CB4A63" w:rsidRDefault="006C25DB">
            <w:pPr>
              <w:spacing w:after="40"/>
            </w:pPr>
            <w:r>
              <w:t xml:space="preserve"> </w:t>
            </w:r>
          </w:p>
        </w:tc>
      </w:tr>
      <w:tr w:rsidR="00CB4A63" w14:paraId="20B2F8D3" w14:textId="77777777">
        <w:trPr>
          <w:cantSplit/>
          <w:trHeight w:val="400"/>
        </w:trPr>
        <w:tc>
          <w:tcPr>
            <w:tcW w:w="700" w:type="dxa"/>
            <w:vAlign w:val="center"/>
          </w:tcPr>
          <w:p w14:paraId="133B8D4D" w14:textId="77777777" w:rsidR="00CB4A63" w:rsidRDefault="006C25DB">
            <w:pPr>
              <w:spacing w:after="40"/>
              <w:jc w:val="center"/>
            </w:pPr>
            <w:r>
              <w:rPr>
                <w:szCs w:val="20"/>
              </w:rPr>
              <w:t>9</w:t>
            </w:r>
          </w:p>
        </w:tc>
        <w:tc>
          <w:tcPr>
            <w:tcW w:w="6292" w:type="dxa"/>
            <w:shd w:val="clear" w:color="auto" w:fill="FFF8E7"/>
            <w:vAlign w:val="center"/>
          </w:tcPr>
          <w:p w14:paraId="6EA875FF" w14:textId="77777777" w:rsidR="00CB4A63" w:rsidRDefault="006C25DB">
            <w:pPr>
              <w:spacing w:after="40"/>
            </w:pPr>
            <w:r>
              <w:t xml:space="preserve"> </w:t>
            </w:r>
          </w:p>
        </w:tc>
        <w:tc>
          <w:tcPr>
            <w:tcW w:w="2800" w:type="dxa"/>
            <w:shd w:val="clear" w:color="auto" w:fill="FFF8E7"/>
            <w:vAlign w:val="center"/>
          </w:tcPr>
          <w:p w14:paraId="4FC3AC39" w14:textId="77777777" w:rsidR="00CB4A63" w:rsidRDefault="006C25DB">
            <w:pPr>
              <w:spacing w:after="40"/>
            </w:pPr>
            <w:r>
              <w:t xml:space="preserve"> </w:t>
            </w:r>
          </w:p>
        </w:tc>
      </w:tr>
      <w:tr w:rsidR="00CB4A63" w14:paraId="25C6888D" w14:textId="77777777">
        <w:trPr>
          <w:cantSplit/>
          <w:trHeight w:val="400"/>
        </w:trPr>
        <w:tc>
          <w:tcPr>
            <w:tcW w:w="700" w:type="dxa"/>
            <w:vAlign w:val="center"/>
          </w:tcPr>
          <w:p w14:paraId="0D0082A2" w14:textId="77777777" w:rsidR="00CB4A63" w:rsidRDefault="006C25DB">
            <w:pPr>
              <w:spacing w:after="40"/>
              <w:jc w:val="center"/>
            </w:pPr>
            <w:r>
              <w:rPr>
                <w:szCs w:val="20"/>
              </w:rPr>
              <w:t>10</w:t>
            </w:r>
          </w:p>
        </w:tc>
        <w:tc>
          <w:tcPr>
            <w:tcW w:w="6292" w:type="dxa"/>
            <w:shd w:val="clear" w:color="auto" w:fill="FFF8E7"/>
            <w:vAlign w:val="center"/>
          </w:tcPr>
          <w:p w14:paraId="67A03B5E" w14:textId="77777777" w:rsidR="00CB4A63" w:rsidRDefault="006C25DB">
            <w:pPr>
              <w:spacing w:after="40"/>
            </w:pPr>
            <w:r>
              <w:t xml:space="preserve"> </w:t>
            </w:r>
          </w:p>
        </w:tc>
        <w:tc>
          <w:tcPr>
            <w:tcW w:w="2800" w:type="dxa"/>
            <w:shd w:val="clear" w:color="auto" w:fill="FFF8E7"/>
            <w:vAlign w:val="center"/>
          </w:tcPr>
          <w:p w14:paraId="09128009" w14:textId="77777777" w:rsidR="00CB4A63" w:rsidRDefault="006C25DB">
            <w:pPr>
              <w:spacing w:after="40"/>
            </w:pPr>
            <w:r>
              <w:t xml:space="preserve"> </w:t>
            </w:r>
          </w:p>
        </w:tc>
      </w:tr>
      <w:tr w:rsidR="00CB4A63" w14:paraId="463EF2F8" w14:textId="77777777">
        <w:trPr>
          <w:cantSplit/>
          <w:trHeight w:val="400"/>
        </w:trPr>
        <w:tc>
          <w:tcPr>
            <w:tcW w:w="700" w:type="dxa"/>
            <w:vAlign w:val="center"/>
          </w:tcPr>
          <w:p w14:paraId="4C71544D" w14:textId="77777777" w:rsidR="00CB4A63" w:rsidRDefault="006C25DB">
            <w:pPr>
              <w:spacing w:after="40"/>
              <w:jc w:val="center"/>
            </w:pPr>
            <w:r>
              <w:rPr>
                <w:szCs w:val="20"/>
              </w:rPr>
              <w:t>11</w:t>
            </w:r>
          </w:p>
        </w:tc>
        <w:tc>
          <w:tcPr>
            <w:tcW w:w="6292" w:type="dxa"/>
            <w:shd w:val="clear" w:color="auto" w:fill="FFF8E7"/>
            <w:vAlign w:val="center"/>
          </w:tcPr>
          <w:p w14:paraId="32BBE7F6" w14:textId="77777777" w:rsidR="00CB4A63" w:rsidRDefault="006C25DB">
            <w:pPr>
              <w:spacing w:after="40"/>
            </w:pPr>
            <w:r>
              <w:t xml:space="preserve"> </w:t>
            </w:r>
          </w:p>
        </w:tc>
        <w:tc>
          <w:tcPr>
            <w:tcW w:w="2800" w:type="dxa"/>
            <w:shd w:val="clear" w:color="auto" w:fill="FFF8E7"/>
            <w:vAlign w:val="center"/>
          </w:tcPr>
          <w:p w14:paraId="6DBEA7F9" w14:textId="77777777" w:rsidR="00CB4A63" w:rsidRDefault="006C25DB">
            <w:pPr>
              <w:spacing w:after="40"/>
            </w:pPr>
            <w:r>
              <w:t xml:space="preserve"> </w:t>
            </w:r>
          </w:p>
        </w:tc>
      </w:tr>
      <w:tr w:rsidR="00CB4A63" w14:paraId="75113BCF" w14:textId="77777777">
        <w:trPr>
          <w:cantSplit/>
          <w:trHeight w:val="400"/>
        </w:trPr>
        <w:tc>
          <w:tcPr>
            <w:tcW w:w="700" w:type="dxa"/>
            <w:vAlign w:val="center"/>
          </w:tcPr>
          <w:p w14:paraId="77FBE324" w14:textId="77777777" w:rsidR="00CB4A63" w:rsidRDefault="006C25DB">
            <w:pPr>
              <w:spacing w:after="40"/>
              <w:jc w:val="center"/>
            </w:pPr>
            <w:r>
              <w:rPr>
                <w:szCs w:val="20"/>
              </w:rPr>
              <w:t>12</w:t>
            </w:r>
          </w:p>
        </w:tc>
        <w:tc>
          <w:tcPr>
            <w:tcW w:w="6292" w:type="dxa"/>
            <w:shd w:val="clear" w:color="auto" w:fill="FFF8E7"/>
            <w:vAlign w:val="center"/>
          </w:tcPr>
          <w:p w14:paraId="1545CE1F" w14:textId="77777777" w:rsidR="00CB4A63" w:rsidRDefault="006C25DB">
            <w:pPr>
              <w:spacing w:after="40"/>
            </w:pPr>
            <w:r>
              <w:t xml:space="preserve"> </w:t>
            </w:r>
          </w:p>
        </w:tc>
        <w:tc>
          <w:tcPr>
            <w:tcW w:w="2800" w:type="dxa"/>
            <w:shd w:val="clear" w:color="auto" w:fill="FFF8E7"/>
            <w:vAlign w:val="center"/>
          </w:tcPr>
          <w:p w14:paraId="3201406C" w14:textId="77777777" w:rsidR="00CB4A63" w:rsidRDefault="006C25DB">
            <w:pPr>
              <w:spacing w:after="40"/>
            </w:pPr>
            <w:r>
              <w:t xml:space="preserve"> </w:t>
            </w:r>
          </w:p>
        </w:tc>
      </w:tr>
      <w:tr w:rsidR="00CB4A63" w14:paraId="74C91DC9" w14:textId="77777777">
        <w:trPr>
          <w:cantSplit/>
          <w:trHeight w:val="400"/>
        </w:trPr>
        <w:tc>
          <w:tcPr>
            <w:tcW w:w="700" w:type="dxa"/>
            <w:vAlign w:val="center"/>
          </w:tcPr>
          <w:p w14:paraId="31306677" w14:textId="77777777" w:rsidR="00CB4A63" w:rsidRDefault="006C25DB">
            <w:pPr>
              <w:spacing w:after="40"/>
              <w:jc w:val="center"/>
            </w:pPr>
            <w:r>
              <w:rPr>
                <w:szCs w:val="20"/>
              </w:rPr>
              <w:t>13</w:t>
            </w:r>
          </w:p>
        </w:tc>
        <w:tc>
          <w:tcPr>
            <w:tcW w:w="6292" w:type="dxa"/>
            <w:shd w:val="clear" w:color="auto" w:fill="FFF8E7"/>
            <w:vAlign w:val="center"/>
          </w:tcPr>
          <w:p w14:paraId="28D7BD39" w14:textId="77777777" w:rsidR="00CB4A63" w:rsidRDefault="006C25DB">
            <w:pPr>
              <w:spacing w:after="40"/>
            </w:pPr>
            <w:r>
              <w:t xml:space="preserve"> </w:t>
            </w:r>
          </w:p>
        </w:tc>
        <w:tc>
          <w:tcPr>
            <w:tcW w:w="2800" w:type="dxa"/>
            <w:shd w:val="clear" w:color="auto" w:fill="FFF8E7"/>
            <w:vAlign w:val="center"/>
          </w:tcPr>
          <w:p w14:paraId="7782ECF3" w14:textId="77777777" w:rsidR="00CB4A63" w:rsidRDefault="006C25DB">
            <w:pPr>
              <w:spacing w:after="40"/>
            </w:pPr>
            <w:r>
              <w:t xml:space="preserve"> </w:t>
            </w:r>
          </w:p>
        </w:tc>
      </w:tr>
      <w:tr w:rsidR="00CB4A63" w14:paraId="6C995967" w14:textId="77777777">
        <w:trPr>
          <w:cantSplit/>
          <w:trHeight w:val="400"/>
        </w:trPr>
        <w:tc>
          <w:tcPr>
            <w:tcW w:w="700" w:type="dxa"/>
            <w:vAlign w:val="center"/>
          </w:tcPr>
          <w:p w14:paraId="62889D6E" w14:textId="77777777" w:rsidR="00CB4A63" w:rsidRDefault="006C25DB">
            <w:pPr>
              <w:spacing w:after="40"/>
              <w:jc w:val="center"/>
            </w:pPr>
            <w:r>
              <w:rPr>
                <w:szCs w:val="20"/>
              </w:rPr>
              <w:t>14</w:t>
            </w:r>
          </w:p>
        </w:tc>
        <w:tc>
          <w:tcPr>
            <w:tcW w:w="6292" w:type="dxa"/>
            <w:shd w:val="clear" w:color="auto" w:fill="FFF8E7"/>
            <w:vAlign w:val="center"/>
          </w:tcPr>
          <w:p w14:paraId="2E0C7714" w14:textId="77777777" w:rsidR="00CB4A63" w:rsidRDefault="006C25DB">
            <w:pPr>
              <w:spacing w:after="40"/>
            </w:pPr>
            <w:r>
              <w:t xml:space="preserve"> </w:t>
            </w:r>
          </w:p>
        </w:tc>
        <w:tc>
          <w:tcPr>
            <w:tcW w:w="2800" w:type="dxa"/>
            <w:shd w:val="clear" w:color="auto" w:fill="FFF8E7"/>
            <w:vAlign w:val="center"/>
          </w:tcPr>
          <w:p w14:paraId="2F41063F" w14:textId="77777777" w:rsidR="00CB4A63" w:rsidRDefault="006C25DB">
            <w:pPr>
              <w:spacing w:after="40"/>
            </w:pPr>
            <w:r>
              <w:t xml:space="preserve"> </w:t>
            </w:r>
          </w:p>
        </w:tc>
      </w:tr>
      <w:tr w:rsidR="00CB4A63" w14:paraId="1AD30C50" w14:textId="77777777">
        <w:trPr>
          <w:cantSplit/>
          <w:trHeight w:val="400"/>
        </w:trPr>
        <w:tc>
          <w:tcPr>
            <w:tcW w:w="700" w:type="dxa"/>
            <w:vAlign w:val="center"/>
          </w:tcPr>
          <w:p w14:paraId="5207BF4D" w14:textId="77777777" w:rsidR="00CB4A63" w:rsidRDefault="006C25DB">
            <w:pPr>
              <w:spacing w:after="40"/>
              <w:jc w:val="center"/>
            </w:pPr>
            <w:r>
              <w:rPr>
                <w:szCs w:val="20"/>
              </w:rPr>
              <w:t>15</w:t>
            </w:r>
          </w:p>
        </w:tc>
        <w:tc>
          <w:tcPr>
            <w:tcW w:w="6292" w:type="dxa"/>
            <w:shd w:val="clear" w:color="auto" w:fill="FFF8E7"/>
            <w:vAlign w:val="center"/>
          </w:tcPr>
          <w:p w14:paraId="0E42C29E" w14:textId="77777777" w:rsidR="00CB4A63" w:rsidRDefault="006C25DB">
            <w:pPr>
              <w:spacing w:after="40"/>
            </w:pPr>
            <w:r>
              <w:t xml:space="preserve"> </w:t>
            </w:r>
          </w:p>
        </w:tc>
        <w:tc>
          <w:tcPr>
            <w:tcW w:w="2800" w:type="dxa"/>
            <w:shd w:val="clear" w:color="auto" w:fill="FFF8E7"/>
            <w:vAlign w:val="center"/>
          </w:tcPr>
          <w:p w14:paraId="3230F27A" w14:textId="77777777" w:rsidR="00CB4A63" w:rsidRDefault="006C25DB">
            <w:pPr>
              <w:spacing w:after="40"/>
            </w:pPr>
            <w:r>
              <w:t xml:space="preserve"> </w:t>
            </w:r>
          </w:p>
        </w:tc>
      </w:tr>
    </w:tbl>
    <w:p w14:paraId="5D3EC663" w14:textId="77777777" w:rsidR="008B00D3" w:rsidRDefault="008B00D3">
      <w:pPr>
        <w:spacing w:after="100" w:line="283" w:lineRule="auto"/>
        <w:rPr>
          <w:b/>
          <w:bCs/>
          <w:sz w:val="22"/>
        </w:rPr>
      </w:pPr>
    </w:p>
    <w:p w14:paraId="2D8C124F" w14:textId="135C769B" w:rsidR="00CB4A63" w:rsidRDefault="006C25DB">
      <w:pPr>
        <w:spacing w:after="100" w:line="283" w:lineRule="auto"/>
        <w:rPr>
          <w:sz w:val="22"/>
        </w:rPr>
      </w:pPr>
      <w:r>
        <w:rPr>
          <w:b/>
          <w:bCs/>
          <w:sz w:val="22"/>
        </w:rPr>
        <w:t xml:space="preserve">My </w:t>
      </w:r>
      <w:proofErr w:type="gramStart"/>
      <w:r>
        <w:rPr>
          <w:b/>
          <w:bCs/>
          <w:sz w:val="22"/>
        </w:rPr>
        <w:t xml:space="preserve">score: </w:t>
      </w:r>
      <w:r>
        <w:rPr>
          <w:sz w:val="22"/>
        </w:rPr>
        <w:t>_</w:t>
      </w:r>
      <w:proofErr w:type="gramEnd"/>
      <w:r>
        <w:rPr>
          <w:sz w:val="22"/>
        </w:rPr>
        <w:t>_____ out of ______</w:t>
      </w:r>
    </w:p>
    <w:p w14:paraId="71A731D8" w14:textId="77777777" w:rsidR="00CB4A63" w:rsidRDefault="006C25DB">
      <w:pPr>
        <w:pStyle w:val="Heading2"/>
        <w:spacing w:before="160" w:after="100" w:line="240" w:lineRule="auto"/>
        <w:rPr>
          <w:sz w:val="28"/>
          <w:szCs w:val="28"/>
        </w:rPr>
      </w:pPr>
      <w:r>
        <w:rPr>
          <w:sz w:val="28"/>
          <w:szCs w:val="28"/>
        </w:rPr>
        <w:t>Example: Marcus Hale's claims team</w:t>
      </w:r>
    </w:p>
    <w:tbl>
      <w:tblPr>
        <w:tblStyle w:val="TableGrid"/>
        <w:tblW w:w="9792" w:type="dxa"/>
        <w:tblLayout w:type="fixed"/>
        <w:tblCellMar>
          <w:top w:w="60" w:type="dxa"/>
          <w:left w:w="100" w:type="dxa"/>
          <w:bottom w:w="40" w:type="dxa"/>
          <w:right w:w="100" w:type="dxa"/>
        </w:tblCellMar>
        <w:tblLook w:val="04A0" w:firstRow="1" w:lastRow="0" w:firstColumn="1" w:lastColumn="0" w:noHBand="0" w:noVBand="1"/>
      </w:tblPr>
      <w:tblGrid>
        <w:gridCol w:w="700"/>
        <w:gridCol w:w="6292"/>
        <w:gridCol w:w="2800"/>
      </w:tblGrid>
      <w:tr w:rsidR="00CB4A63" w14:paraId="1453DC7E" w14:textId="77777777">
        <w:trPr>
          <w:cantSplit/>
        </w:trPr>
        <w:tc>
          <w:tcPr>
            <w:tcW w:w="700" w:type="dxa"/>
            <w:shd w:val="clear" w:color="auto" w:fill="1A2744"/>
            <w:vAlign w:val="center"/>
          </w:tcPr>
          <w:p w14:paraId="363020CF" w14:textId="77777777" w:rsidR="00CB4A63" w:rsidRDefault="006C25DB">
            <w:pPr>
              <w:spacing w:after="40"/>
            </w:pPr>
            <w:r>
              <w:rPr>
                <w:b/>
                <w:bCs/>
                <w:color w:val="FFFFFF"/>
                <w:szCs w:val="20"/>
              </w:rPr>
              <w:t>#</w:t>
            </w:r>
          </w:p>
        </w:tc>
        <w:tc>
          <w:tcPr>
            <w:tcW w:w="6292" w:type="dxa"/>
            <w:shd w:val="clear" w:color="auto" w:fill="1A2744"/>
            <w:vAlign w:val="center"/>
          </w:tcPr>
          <w:p w14:paraId="6F676A0E" w14:textId="77777777" w:rsidR="00CB4A63" w:rsidRDefault="006C25DB">
            <w:pPr>
              <w:spacing w:after="40"/>
            </w:pPr>
            <w:r>
              <w:rPr>
                <w:b/>
                <w:bCs/>
                <w:color w:val="FFFFFF"/>
                <w:szCs w:val="20"/>
              </w:rPr>
              <w:t>ANSWER</w:t>
            </w:r>
          </w:p>
        </w:tc>
        <w:tc>
          <w:tcPr>
            <w:tcW w:w="2800" w:type="dxa"/>
            <w:shd w:val="clear" w:color="auto" w:fill="1A2744"/>
            <w:vAlign w:val="center"/>
          </w:tcPr>
          <w:p w14:paraId="6D5C9883" w14:textId="77777777" w:rsidR="00CB4A63" w:rsidRDefault="006C25DB">
            <w:pPr>
              <w:spacing w:after="40"/>
            </w:pPr>
            <w:r>
              <w:rPr>
                <w:b/>
                <w:bCs/>
                <w:color w:val="FFFFFF"/>
                <w:szCs w:val="20"/>
              </w:rPr>
              <w:t>WHO IS IT?</w:t>
            </w:r>
          </w:p>
        </w:tc>
      </w:tr>
      <w:tr w:rsidR="00CB4A63" w14:paraId="0E3A23A9" w14:textId="77777777">
        <w:trPr>
          <w:cantSplit/>
        </w:trPr>
        <w:tc>
          <w:tcPr>
            <w:tcW w:w="700" w:type="dxa"/>
            <w:vAlign w:val="center"/>
          </w:tcPr>
          <w:p w14:paraId="703E8DD6" w14:textId="77777777" w:rsidR="00CB4A63" w:rsidRDefault="006C25DB">
            <w:pPr>
              <w:spacing w:after="40"/>
              <w:jc w:val="center"/>
            </w:pPr>
            <w:r>
              <w:rPr>
                <w:szCs w:val="20"/>
              </w:rPr>
              <w:t>1</w:t>
            </w:r>
          </w:p>
        </w:tc>
        <w:tc>
          <w:tcPr>
            <w:tcW w:w="6292" w:type="dxa"/>
            <w:vAlign w:val="center"/>
          </w:tcPr>
          <w:p w14:paraId="2AD43032" w14:textId="77777777" w:rsidR="00CB4A63" w:rsidRDefault="006C25DB">
            <w:pPr>
              <w:spacing w:after="40"/>
            </w:pPr>
            <w:r>
              <w:rPr>
                <w:szCs w:val="20"/>
              </w:rPr>
              <w:t>Taught English in Chile for a year</w:t>
            </w:r>
          </w:p>
        </w:tc>
        <w:tc>
          <w:tcPr>
            <w:tcW w:w="2800" w:type="dxa"/>
            <w:vAlign w:val="center"/>
          </w:tcPr>
          <w:p w14:paraId="2949C5E8" w14:textId="77777777" w:rsidR="00CB4A63" w:rsidRDefault="006C25DB">
            <w:pPr>
              <w:spacing w:after="40"/>
            </w:pPr>
            <w:r>
              <w:rPr>
                <w:szCs w:val="20"/>
              </w:rPr>
              <w:t>Theo</w:t>
            </w:r>
          </w:p>
        </w:tc>
      </w:tr>
      <w:tr w:rsidR="00CB4A63" w14:paraId="0C09888E" w14:textId="77777777">
        <w:trPr>
          <w:cantSplit/>
        </w:trPr>
        <w:tc>
          <w:tcPr>
            <w:tcW w:w="700" w:type="dxa"/>
            <w:vAlign w:val="center"/>
          </w:tcPr>
          <w:p w14:paraId="6776BDB8" w14:textId="77777777" w:rsidR="00CB4A63" w:rsidRDefault="006C25DB">
            <w:pPr>
              <w:spacing w:after="40"/>
              <w:jc w:val="center"/>
            </w:pPr>
            <w:r>
              <w:rPr>
                <w:szCs w:val="20"/>
              </w:rPr>
              <w:t>2</w:t>
            </w:r>
          </w:p>
        </w:tc>
        <w:tc>
          <w:tcPr>
            <w:tcW w:w="6292" w:type="dxa"/>
            <w:vAlign w:val="center"/>
          </w:tcPr>
          <w:p w14:paraId="515925F1" w14:textId="77777777" w:rsidR="00CB4A63" w:rsidRDefault="006C25DB">
            <w:pPr>
              <w:spacing w:after="40"/>
            </w:pPr>
            <w:r>
              <w:rPr>
                <w:szCs w:val="20"/>
              </w:rPr>
              <w:t>Rebuilt a motorcycle engine</w:t>
            </w:r>
          </w:p>
        </w:tc>
        <w:tc>
          <w:tcPr>
            <w:tcW w:w="2800" w:type="dxa"/>
            <w:vAlign w:val="center"/>
          </w:tcPr>
          <w:p w14:paraId="6411702E" w14:textId="77777777" w:rsidR="00CB4A63" w:rsidRDefault="006C25DB">
            <w:pPr>
              <w:spacing w:after="40"/>
            </w:pPr>
            <w:r>
              <w:rPr>
                <w:szCs w:val="20"/>
              </w:rPr>
              <w:t>Nina</w:t>
            </w:r>
          </w:p>
        </w:tc>
      </w:tr>
      <w:tr w:rsidR="00CB4A63" w14:paraId="0BA637EE" w14:textId="77777777">
        <w:trPr>
          <w:cantSplit/>
        </w:trPr>
        <w:tc>
          <w:tcPr>
            <w:tcW w:w="700" w:type="dxa"/>
            <w:vAlign w:val="center"/>
          </w:tcPr>
          <w:p w14:paraId="64C85C04" w14:textId="77777777" w:rsidR="00CB4A63" w:rsidRDefault="006C25DB">
            <w:pPr>
              <w:spacing w:after="40"/>
              <w:jc w:val="center"/>
            </w:pPr>
            <w:r>
              <w:rPr>
                <w:szCs w:val="20"/>
              </w:rPr>
              <w:t>3</w:t>
            </w:r>
          </w:p>
        </w:tc>
        <w:tc>
          <w:tcPr>
            <w:tcW w:w="6292" w:type="dxa"/>
            <w:vAlign w:val="center"/>
          </w:tcPr>
          <w:p w14:paraId="757EFAA3" w14:textId="77777777" w:rsidR="00CB4A63" w:rsidRDefault="006C25DB">
            <w:pPr>
              <w:spacing w:after="40"/>
            </w:pPr>
            <w:r>
              <w:rPr>
                <w:szCs w:val="20"/>
              </w:rPr>
              <w:t>First concert was a symphony at age seven</w:t>
            </w:r>
          </w:p>
        </w:tc>
        <w:tc>
          <w:tcPr>
            <w:tcW w:w="2800" w:type="dxa"/>
            <w:vAlign w:val="center"/>
          </w:tcPr>
          <w:p w14:paraId="236242B7" w14:textId="77777777" w:rsidR="00CB4A63" w:rsidRDefault="006C25DB">
            <w:pPr>
              <w:spacing w:after="40"/>
            </w:pPr>
            <w:r>
              <w:rPr>
                <w:szCs w:val="20"/>
              </w:rPr>
              <w:t>Priya</w:t>
            </w:r>
          </w:p>
        </w:tc>
      </w:tr>
    </w:tbl>
    <w:p w14:paraId="02BC69F3" w14:textId="77777777" w:rsidR="00CB4A63" w:rsidRDefault="006C25DB">
      <w:pPr>
        <w:pStyle w:val="Title"/>
        <w:pageBreakBefore/>
        <w:spacing w:after="220"/>
      </w:pPr>
      <w:r>
        <w:lastRenderedPageBreak/>
        <w:t>Pet Match | Answer Sheet</w:t>
      </w:r>
    </w:p>
    <w:p w14:paraId="11394381" w14:textId="77777777" w:rsidR="00CB4A63" w:rsidRDefault="006C25DB">
      <w:pPr>
        <w:spacing w:after="140" w:line="283" w:lineRule="auto"/>
        <w:rPr>
          <w:sz w:val="22"/>
        </w:rPr>
      </w:pPr>
      <w:r>
        <w:rPr>
          <w:i/>
          <w:iCs/>
          <w:color w:val="5A6270"/>
          <w:sz w:val="21"/>
          <w:szCs w:val="21"/>
        </w:rPr>
        <w:t>Leader prep  •  Send the note below a few days ahead, then number the photos on one slide or page</w:t>
      </w:r>
    </w:p>
    <w:tbl>
      <w:tblPr>
        <w:tblW w:w="9792" w:type="dxa"/>
        <w:tblBorders>
          <w:top w:val="single" w:sz="2" w:space="0" w:color="E8ECF2"/>
          <w:left w:val="single" w:sz="18" w:space="0" w:color="1A2744"/>
          <w:bottom w:val="single" w:sz="2" w:space="0" w:color="E8ECF2"/>
          <w:right w:val="single" w:sz="2" w:space="0" w:color="E8ECF2"/>
          <w:insideH w:val="none" w:sz="0" w:space="0" w:color="E8ECF2"/>
          <w:insideV w:val="none" w:sz="0" w:space="0" w:color="E8ECF2"/>
        </w:tblBorders>
        <w:tblLook w:val="04A0" w:firstRow="1" w:lastRow="0" w:firstColumn="1" w:lastColumn="0" w:noHBand="0" w:noVBand="1"/>
      </w:tblPr>
      <w:tblGrid>
        <w:gridCol w:w="9792"/>
      </w:tblGrid>
      <w:tr w:rsidR="00CB4A63" w14:paraId="1DF2EBB2" w14:textId="77777777">
        <w:trPr>
          <w:cantSplit/>
        </w:trPr>
        <w:tc>
          <w:tcPr>
            <w:tcW w:w="9792" w:type="dxa"/>
            <w:shd w:val="clear" w:color="auto" w:fill="E8ECF2"/>
            <w:tcMar>
              <w:top w:w="140" w:type="dxa"/>
              <w:left w:w="200" w:type="dxa"/>
              <w:bottom w:w="140" w:type="dxa"/>
              <w:right w:w="160" w:type="dxa"/>
            </w:tcMar>
          </w:tcPr>
          <w:p w14:paraId="5CDF767E" w14:textId="77777777" w:rsidR="00CB4A63" w:rsidRDefault="006C25DB">
            <w:pPr>
              <w:spacing w:after="80"/>
            </w:pPr>
            <w:r>
              <w:rPr>
                <w:rFonts w:ascii="Calibri Light" w:eastAsia="Calibri Light" w:hAnsi="Calibri Light" w:cs="Calibri Light"/>
                <w:b/>
                <w:bCs/>
                <w:color w:val="1A2744"/>
                <w:sz w:val="24"/>
                <w:szCs w:val="24"/>
              </w:rPr>
              <w:t>NOTE TO SEND THE TEAM</w:t>
            </w:r>
          </w:p>
          <w:p w14:paraId="03D1AD53" w14:textId="5D609CE2" w:rsidR="00CB4A63" w:rsidRDefault="008B00D3">
            <w:pPr>
              <w:spacing w:after="60"/>
            </w:pPr>
            <w:r>
              <w:rPr>
                <w:sz w:val="21"/>
                <w:szCs w:val="21"/>
              </w:rPr>
              <w:t>We’re planning a fun team building activity. Please se</w:t>
            </w:r>
            <w:r w:rsidR="006C25DB">
              <w:rPr>
                <w:sz w:val="21"/>
                <w:szCs w:val="21"/>
              </w:rPr>
              <w:t>nd me one photo of your pet by the end of the week, with just the pet in the picture. No pet? Tell me what you'd have if you had one, and I'll find a picture of it. We'll try to match pets to owners at our next team meeting.</w:t>
            </w:r>
          </w:p>
        </w:tc>
      </w:tr>
    </w:tbl>
    <w:p w14:paraId="0B48DB64" w14:textId="77777777" w:rsidR="00CB4A63" w:rsidRDefault="00CB4A63">
      <w:pPr>
        <w:spacing w:after="0"/>
        <w:rPr>
          <w:sz w:val="16"/>
          <w:szCs w:val="16"/>
        </w:rPr>
      </w:pPr>
    </w:p>
    <w:p w14:paraId="051548FF" w14:textId="77777777" w:rsidR="00CB4A63" w:rsidRDefault="006C25DB">
      <w:pPr>
        <w:spacing w:after="160" w:line="283" w:lineRule="auto"/>
        <w:rPr>
          <w:sz w:val="24"/>
          <w:szCs w:val="24"/>
        </w:rPr>
      </w:pPr>
      <w:r>
        <w:rPr>
          <w:b/>
          <w:bCs/>
          <w:sz w:val="22"/>
        </w:rPr>
        <w:t xml:space="preserve">Name: </w:t>
      </w:r>
      <w:r>
        <w:rPr>
          <w:sz w:val="22"/>
        </w:rPr>
        <w:t>_______________________________________</w:t>
      </w:r>
    </w:p>
    <w:p w14:paraId="1C9E24EC" w14:textId="77777777" w:rsidR="00CB4A63" w:rsidRDefault="006C25DB">
      <w:pPr>
        <w:spacing w:after="140" w:line="283" w:lineRule="auto"/>
        <w:rPr>
          <w:sz w:val="22"/>
        </w:rPr>
      </w:pPr>
      <w:r>
        <w:rPr>
          <w:sz w:val="22"/>
        </w:rPr>
        <w:t>Write the name of the teammate you think each pet belongs to. One point for each correct match.</w:t>
      </w:r>
    </w:p>
    <w:tbl>
      <w:tblPr>
        <w:tblStyle w:val="TableGrid"/>
        <w:tblW w:w="9792" w:type="dxa"/>
        <w:tblLayout w:type="fixed"/>
        <w:tblCellMar>
          <w:top w:w="60" w:type="dxa"/>
          <w:left w:w="100" w:type="dxa"/>
          <w:bottom w:w="40" w:type="dxa"/>
          <w:right w:w="100" w:type="dxa"/>
        </w:tblCellMar>
        <w:tblLook w:val="04A0" w:firstRow="1" w:lastRow="0" w:firstColumn="1" w:lastColumn="0" w:noHBand="0" w:noVBand="1"/>
      </w:tblPr>
      <w:tblGrid>
        <w:gridCol w:w="700"/>
        <w:gridCol w:w="4196"/>
        <w:gridCol w:w="700"/>
        <w:gridCol w:w="4196"/>
      </w:tblGrid>
      <w:tr w:rsidR="00CB4A63" w14:paraId="19F99F5F" w14:textId="77777777">
        <w:trPr>
          <w:cantSplit/>
        </w:trPr>
        <w:tc>
          <w:tcPr>
            <w:tcW w:w="700" w:type="dxa"/>
            <w:shd w:val="clear" w:color="auto" w:fill="1A2744"/>
            <w:vAlign w:val="center"/>
          </w:tcPr>
          <w:p w14:paraId="79FB33BE" w14:textId="77777777" w:rsidR="00CB4A63" w:rsidRDefault="006C25DB">
            <w:pPr>
              <w:spacing w:after="40"/>
            </w:pPr>
            <w:r>
              <w:rPr>
                <w:b/>
                <w:bCs/>
                <w:color w:val="FFFFFF"/>
                <w:szCs w:val="20"/>
              </w:rPr>
              <w:t>#</w:t>
            </w:r>
          </w:p>
        </w:tc>
        <w:tc>
          <w:tcPr>
            <w:tcW w:w="4196" w:type="dxa"/>
            <w:shd w:val="clear" w:color="auto" w:fill="1A2744"/>
            <w:vAlign w:val="center"/>
          </w:tcPr>
          <w:p w14:paraId="34FD0133" w14:textId="77777777" w:rsidR="00CB4A63" w:rsidRDefault="006C25DB">
            <w:pPr>
              <w:spacing w:after="40"/>
            </w:pPr>
            <w:r>
              <w:rPr>
                <w:b/>
                <w:bCs/>
                <w:color w:val="FFFFFF"/>
                <w:szCs w:val="20"/>
              </w:rPr>
              <w:t>WHOSE PET?</w:t>
            </w:r>
          </w:p>
        </w:tc>
        <w:tc>
          <w:tcPr>
            <w:tcW w:w="700" w:type="dxa"/>
            <w:shd w:val="clear" w:color="auto" w:fill="1A2744"/>
            <w:vAlign w:val="center"/>
          </w:tcPr>
          <w:p w14:paraId="6923E10F" w14:textId="77777777" w:rsidR="00CB4A63" w:rsidRDefault="006C25DB">
            <w:pPr>
              <w:spacing w:after="40"/>
            </w:pPr>
            <w:r>
              <w:rPr>
                <w:b/>
                <w:bCs/>
                <w:color w:val="FFFFFF"/>
                <w:szCs w:val="20"/>
              </w:rPr>
              <w:t>#</w:t>
            </w:r>
          </w:p>
        </w:tc>
        <w:tc>
          <w:tcPr>
            <w:tcW w:w="4196" w:type="dxa"/>
            <w:shd w:val="clear" w:color="auto" w:fill="1A2744"/>
            <w:vAlign w:val="center"/>
          </w:tcPr>
          <w:p w14:paraId="207DECFE" w14:textId="77777777" w:rsidR="00CB4A63" w:rsidRDefault="006C25DB">
            <w:pPr>
              <w:spacing w:after="40"/>
            </w:pPr>
            <w:r>
              <w:rPr>
                <w:b/>
                <w:bCs/>
                <w:color w:val="FFFFFF"/>
                <w:szCs w:val="20"/>
              </w:rPr>
              <w:t>WHOSE PET?</w:t>
            </w:r>
          </w:p>
        </w:tc>
      </w:tr>
      <w:tr w:rsidR="00CB4A63" w14:paraId="103A845A" w14:textId="77777777">
        <w:trPr>
          <w:cantSplit/>
          <w:trHeight w:val="480"/>
        </w:trPr>
        <w:tc>
          <w:tcPr>
            <w:tcW w:w="700" w:type="dxa"/>
            <w:vAlign w:val="center"/>
          </w:tcPr>
          <w:p w14:paraId="1863C3D9" w14:textId="77777777" w:rsidR="00CB4A63" w:rsidRDefault="006C25DB">
            <w:pPr>
              <w:spacing w:after="40"/>
              <w:jc w:val="center"/>
            </w:pPr>
            <w:r>
              <w:rPr>
                <w:szCs w:val="20"/>
              </w:rPr>
              <w:t>1</w:t>
            </w:r>
          </w:p>
        </w:tc>
        <w:tc>
          <w:tcPr>
            <w:tcW w:w="4196" w:type="dxa"/>
            <w:shd w:val="clear" w:color="auto" w:fill="FFF8E7"/>
            <w:vAlign w:val="center"/>
          </w:tcPr>
          <w:p w14:paraId="465D287C" w14:textId="77777777" w:rsidR="00CB4A63" w:rsidRDefault="006C25DB">
            <w:pPr>
              <w:spacing w:after="40"/>
            </w:pPr>
            <w:r>
              <w:t xml:space="preserve"> </w:t>
            </w:r>
          </w:p>
        </w:tc>
        <w:tc>
          <w:tcPr>
            <w:tcW w:w="700" w:type="dxa"/>
            <w:vAlign w:val="center"/>
          </w:tcPr>
          <w:p w14:paraId="7EE6EFEA" w14:textId="77777777" w:rsidR="00CB4A63" w:rsidRDefault="006C25DB">
            <w:pPr>
              <w:spacing w:after="40"/>
              <w:jc w:val="center"/>
            </w:pPr>
            <w:r>
              <w:rPr>
                <w:szCs w:val="20"/>
              </w:rPr>
              <w:t>9</w:t>
            </w:r>
          </w:p>
        </w:tc>
        <w:tc>
          <w:tcPr>
            <w:tcW w:w="4196" w:type="dxa"/>
            <w:shd w:val="clear" w:color="auto" w:fill="FFF8E7"/>
            <w:vAlign w:val="center"/>
          </w:tcPr>
          <w:p w14:paraId="7C8EE029" w14:textId="77777777" w:rsidR="00CB4A63" w:rsidRDefault="006C25DB">
            <w:pPr>
              <w:spacing w:after="40"/>
            </w:pPr>
            <w:r>
              <w:t xml:space="preserve"> </w:t>
            </w:r>
          </w:p>
        </w:tc>
      </w:tr>
      <w:tr w:rsidR="00CB4A63" w14:paraId="5FE7C374" w14:textId="77777777">
        <w:trPr>
          <w:cantSplit/>
          <w:trHeight w:val="480"/>
        </w:trPr>
        <w:tc>
          <w:tcPr>
            <w:tcW w:w="700" w:type="dxa"/>
            <w:vAlign w:val="center"/>
          </w:tcPr>
          <w:p w14:paraId="2FF42320" w14:textId="77777777" w:rsidR="00CB4A63" w:rsidRDefault="006C25DB">
            <w:pPr>
              <w:spacing w:after="40"/>
              <w:jc w:val="center"/>
            </w:pPr>
            <w:r>
              <w:rPr>
                <w:szCs w:val="20"/>
              </w:rPr>
              <w:t>2</w:t>
            </w:r>
          </w:p>
        </w:tc>
        <w:tc>
          <w:tcPr>
            <w:tcW w:w="4196" w:type="dxa"/>
            <w:shd w:val="clear" w:color="auto" w:fill="FFF8E7"/>
            <w:vAlign w:val="center"/>
          </w:tcPr>
          <w:p w14:paraId="43F43F78" w14:textId="77777777" w:rsidR="00CB4A63" w:rsidRDefault="006C25DB">
            <w:pPr>
              <w:spacing w:after="40"/>
            </w:pPr>
            <w:r>
              <w:t xml:space="preserve"> </w:t>
            </w:r>
          </w:p>
        </w:tc>
        <w:tc>
          <w:tcPr>
            <w:tcW w:w="700" w:type="dxa"/>
            <w:vAlign w:val="center"/>
          </w:tcPr>
          <w:p w14:paraId="0C33A4F4" w14:textId="77777777" w:rsidR="00CB4A63" w:rsidRDefault="006C25DB">
            <w:pPr>
              <w:spacing w:after="40"/>
              <w:jc w:val="center"/>
            </w:pPr>
            <w:r>
              <w:rPr>
                <w:szCs w:val="20"/>
              </w:rPr>
              <w:t>10</w:t>
            </w:r>
          </w:p>
        </w:tc>
        <w:tc>
          <w:tcPr>
            <w:tcW w:w="4196" w:type="dxa"/>
            <w:shd w:val="clear" w:color="auto" w:fill="FFF8E7"/>
            <w:vAlign w:val="center"/>
          </w:tcPr>
          <w:p w14:paraId="344BED9F" w14:textId="77777777" w:rsidR="00CB4A63" w:rsidRDefault="006C25DB">
            <w:pPr>
              <w:spacing w:after="40"/>
            </w:pPr>
            <w:r>
              <w:t xml:space="preserve"> </w:t>
            </w:r>
          </w:p>
        </w:tc>
      </w:tr>
      <w:tr w:rsidR="00CB4A63" w14:paraId="12ACEF82" w14:textId="77777777">
        <w:trPr>
          <w:cantSplit/>
          <w:trHeight w:val="480"/>
        </w:trPr>
        <w:tc>
          <w:tcPr>
            <w:tcW w:w="700" w:type="dxa"/>
            <w:vAlign w:val="center"/>
          </w:tcPr>
          <w:p w14:paraId="5942190C" w14:textId="77777777" w:rsidR="00CB4A63" w:rsidRDefault="006C25DB">
            <w:pPr>
              <w:spacing w:after="40"/>
              <w:jc w:val="center"/>
            </w:pPr>
            <w:r>
              <w:rPr>
                <w:szCs w:val="20"/>
              </w:rPr>
              <w:t>3</w:t>
            </w:r>
          </w:p>
        </w:tc>
        <w:tc>
          <w:tcPr>
            <w:tcW w:w="4196" w:type="dxa"/>
            <w:shd w:val="clear" w:color="auto" w:fill="FFF8E7"/>
            <w:vAlign w:val="center"/>
          </w:tcPr>
          <w:p w14:paraId="57C7CE61" w14:textId="77777777" w:rsidR="00CB4A63" w:rsidRDefault="006C25DB">
            <w:pPr>
              <w:spacing w:after="40"/>
            </w:pPr>
            <w:r>
              <w:t xml:space="preserve"> </w:t>
            </w:r>
          </w:p>
        </w:tc>
        <w:tc>
          <w:tcPr>
            <w:tcW w:w="700" w:type="dxa"/>
            <w:vAlign w:val="center"/>
          </w:tcPr>
          <w:p w14:paraId="27454418" w14:textId="77777777" w:rsidR="00CB4A63" w:rsidRDefault="006C25DB">
            <w:pPr>
              <w:spacing w:after="40"/>
              <w:jc w:val="center"/>
            </w:pPr>
            <w:r>
              <w:rPr>
                <w:szCs w:val="20"/>
              </w:rPr>
              <w:t>11</w:t>
            </w:r>
          </w:p>
        </w:tc>
        <w:tc>
          <w:tcPr>
            <w:tcW w:w="4196" w:type="dxa"/>
            <w:shd w:val="clear" w:color="auto" w:fill="FFF8E7"/>
            <w:vAlign w:val="center"/>
          </w:tcPr>
          <w:p w14:paraId="275212EE" w14:textId="77777777" w:rsidR="00CB4A63" w:rsidRDefault="006C25DB">
            <w:pPr>
              <w:spacing w:after="40"/>
            </w:pPr>
            <w:r>
              <w:t xml:space="preserve"> </w:t>
            </w:r>
          </w:p>
        </w:tc>
      </w:tr>
      <w:tr w:rsidR="00CB4A63" w14:paraId="473B53BE" w14:textId="77777777">
        <w:trPr>
          <w:cantSplit/>
          <w:trHeight w:val="480"/>
        </w:trPr>
        <w:tc>
          <w:tcPr>
            <w:tcW w:w="700" w:type="dxa"/>
            <w:vAlign w:val="center"/>
          </w:tcPr>
          <w:p w14:paraId="0F6D06CD" w14:textId="77777777" w:rsidR="00CB4A63" w:rsidRDefault="006C25DB">
            <w:pPr>
              <w:spacing w:after="40"/>
              <w:jc w:val="center"/>
            </w:pPr>
            <w:r>
              <w:rPr>
                <w:szCs w:val="20"/>
              </w:rPr>
              <w:t>4</w:t>
            </w:r>
          </w:p>
        </w:tc>
        <w:tc>
          <w:tcPr>
            <w:tcW w:w="4196" w:type="dxa"/>
            <w:shd w:val="clear" w:color="auto" w:fill="FFF8E7"/>
            <w:vAlign w:val="center"/>
          </w:tcPr>
          <w:p w14:paraId="64AA9F44" w14:textId="77777777" w:rsidR="00CB4A63" w:rsidRDefault="006C25DB">
            <w:pPr>
              <w:spacing w:after="40"/>
            </w:pPr>
            <w:r>
              <w:t xml:space="preserve"> </w:t>
            </w:r>
          </w:p>
        </w:tc>
        <w:tc>
          <w:tcPr>
            <w:tcW w:w="700" w:type="dxa"/>
            <w:vAlign w:val="center"/>
          </w:tcPr>
          <w:p w14:paraId="00ACE7C5" w14:textId="77777777" w:rsidR="00CB4A63" w:rsidRDefault="006C25DB">
            <w:pPr>
              <w:spacing w:after="40"/>
              <w:jc w:val="center"/>
            </w:pPr>
            <w:r>
              <w:rPr>
                <w:szCs w:val="20"/>
              </w:rPr>
              <w:t>12</w:t>
            </w:r>
          </w:p>
        </w:tc>
        <w:tc>
          <w:tcPr>
            <w:tcW w:w="4196" w:type="dxa"/>
            <w:shd w:val="clear" w:color="auto" w:fill="FFF8E7"/>
            <w:vAlign w:val="center"/>
          </w:tcPr>
          <w:p w14:paraId="044431E8" w14:textId="77777777" w:rsidR="00CB4A63" w:rsidRDefault="006C25DB">
            <w:pPr>
              <w:spacing w:after="40"/>
            </w:pPr>
            <w:r>
              <w:t xml:space="preserve"> </w:t>
            </w:r>
          </w:p>
        </w:tc>
      </w:tr>
      <w:tr w:rsidR="00CB4A63" w14:paraId="358848B7" w14:textId="77777777">
        <w:trPr>
          <w:cantSplit/>
          <w:trHeight w:val="480"/>
        </w:trPr>
        <w:tc>
          <w:tcPr>
            <w:tcW w:w="700" w:type="dxa"/>
            <w:vAlign w:val="center"/>
          </w:tcPr>
          <w:p w14:paraId="4A0889C8" w14:textId="77777777" w:rsidR="00CB4A63" w:rsidRDefault="006C25DB">
            <w:pPr>
              <w:spacing w:after="40"/>
              <w:jc w:val="center"/>
            </w:pPr>
            <w:r>
              <w:rPr>
                <w:szCs w:val="20"/>
              </w:rPr>
              <w:t>5</w:t>
            </w:r>
          </w:p>
        </w:tc>
        <w:tc>
          <w:tcPr>
            <w:tcW w:w="4196" w:type="dxa"/>
            <w:shd w:val="clear" w:color="auto" w:fill="FFF8E7"/>
            <w:vAlign w:val="center"/>
          </w:tcPr>
          <w:p w14:paraId="449A8B82" w14:textId="77777777" w:rsidR="00CB4A63" w:rsidRDefault="006C25DB">
            <w:pPr>
              <w:spacing w:after="40"/>
            </w:pPr>
            <w:r>
              <w:t xml:space="preserve"> </w:t>
            </w:r>
          </w:p>
        </w:tc>
        <w:tc>
          <w:tcPr>
            <w:tcW w:w="700" w:type="dxa"/>
            <w:vAlign w:val="center"/>
          </w:tcPr>
          <w:p w14:paraId="77E6C97F" w14:textId="77777777" w:rsidR="00CB4A63" w:rsidRDefault="006C25DB">
            <w:pPr>
              <w:spacing w:after="40"/>
              <w:jc w:val="center"/>
            </w:pPr>
            <w:r>
              <w:rPr>
                <w:szCs w:val="20"/>
              </w:rPr>
              <w:t>13</w:t>
            </w:r>
          </w:p>
        </w:tc>
        <w:tc>
          <w:tcPr>
            <w:tcW w:w="4196" w:type="dxa"/>
            <w:shd w:val="clear" w:color="auto" w:fill="FFF8E7"/>
            <w:vAlign w:val="center"/>
          </w:tcPr>
          <w:p w14:paraId="6BCD1415" w14:textId="77777777" w:rsidR="00CB4A63" w:rsidRDefault="006C25DB">
            <w:pPr>
              <w:spacing w:after="40"/>
            </w:pPr>
            <w:r>
              <w:t xml:space="preserve"> </w:t>
            </w:r>
          </w:p>
        </w:tc>
      </w:tr>
      <w:tr w:rsidR="00CB4A63" w14:paraId="2435ADEC" w14:textId="77777777">
        <w:trPr>
          <w:cantSplit/>
          <w:trHeight w:val="480"/>
        </w:trPr>
        <w:tc>
          <w:tcPr>
            <w:tcW w:w="700" w:type="dxa"/>
            <w:vAlign w:val="center"/>
          </w:tcPr>
          <w:p w14:paraId="485A5B4A" w14:textId="77777777" w:rsidR="00CB4A63" w:rsidRDefault="006C25DB">
            <w:pPr>
              <w:spacing w:after="40"/>
              <w:jc w:val="center"/>
            </w:pPr>
            <w:r>
              <w:rPr>
                <w:szCs w:val="20"/>
              </w:rPr>
              <w:t>6</w:t>
            </w:r>
          </w:p>
        </w:tc>
        <w:tc>
          <w:tcPr>
            <w:tcW w:w="4196" w:type="dxa"/>
            <w:shd w:val="clear" w:color="auto" w:fill="FFF8E7"/>
            <w:vAlign w:val="center"/>
          </w:tcPr>
          <w:p w14:paraId="4D6CF24F" w14:textId="77777777" w:rsidR="00CB4A63" w:rsidRDefault="006C25DB">
            <w:pPr>
              <w:spacing w:after="40"/>
            </w:pPr>
            <w:r>
              <w:t xml:space="preserve"> </w:t>
            </w:r>
          </w:p>
        </w:tc>
        <w:tc>
          <w:tcPr>
            <w:tcW w:w="700" w:type="dxa"/>
            <w:vAlign w:val="center"/>
          </w:tcPr>
          <w:p w14:paraId="6798A507" w14:textId="77777777" w:rsidR="00CB4A63" w:rsidRDefault="006C25DB">
            <w:pPr>
              <w:spacing w:after="40"/>
              <w:jc w:val="center"/>
            </w:pPr>
            <w:r>
              <w:rPr>
                <w:szCs w:val="20"/>
              </w:rPr>
              <w:t>14</w:t>
            </w:r>
          </w:p>
        </w:tc>
        <w:tc>
          <w:tcPr>
            <w:tcW w:w="4196" w:type="dxa"/>
            <w:shd w:val="clear" w:color="auto" w:fill="FFF8E7"/>
            <w:vAlign w:val="center"/>
          </w:tcPr>
          <w:p w14:paraId="65FFDFB2" w14:textId="77777777" w:rsidR="00CB4A63" w:rsidRDefault="006C25DB">
            <w:pPr>
              <w:spacing w:after="40"/>
            </w:pPr>
            <w:r>
              <w:t xml:space="preserve"> </w:t>
            </w:r>
          </w:p>
        </w:tc>
      </w:tr>
      <w:tr w:rsidR="00CB4A63" w14:paraId="5CB801F6" w14:textId="77777777">
        <w:trPr>
          <w:cantSplit/>
          <w:trHeight w:val="480"/>
        </w:trPr>
        <w:tc>
          <w:tcPr>
            <w:tcW w:w="700" w:type="dxa"/>
            <w:vAlign w:val="center"/>
          </w:tcPr>
          <w:p w14:paraId="3A5DECAF" w14:textId="77777777" w:rsidR="00CB4A63" w:rsidRDefault="006C25DB">
            <w:pPr>
              <w:spacing w:after="40"/>
              <w:jc w:val="center"/>
            </w:pPr>
            <w:r>
              <w:rPr>
                <w:szCs w:val="20"/>
              </w:rPr>
              <w:t>7</w:t>
            </w:r>
          </w:p>
        </w:tc>
        <w:tc>
          <w:tcPr>
            <w:tcW w:w="4196" w:type="dxa"/>
            <w:shd w:val="clear" w:color="auto" w:fill="FFF8E7"/>
            <w:vAlign w:val="center"/>
          </w:tcPr>
          <w:p w14:paraId="404DC706" w14:textId="77777777" w:rsidR="00CB4A63" w:rsidRDefault="006C25DB">
            <w:pPr>
              <w:spacing w:after="40"/>
            </w:pPr>
            <w:r>
              <w:t xml:space="preserve"> </w:t>
            </w:r>
          </w:p>
        </w:tc>
        <w:tc>
          <w:tcPr>
            <w:tcW w:w="700" w:type="dxa"/>
            <w:vAlign w:val="center"/>
          </w:tcPr>
          <w:p w14:paraId="02D8F5AB" w14:textId="77777777" w:rsidR="00CB4A63" w:rsidRDefault="006C25DB">
            <w:pPr>
              <w:spacing w:after="40"/>
              <w:jc w:val="center"/>
            </w:pPr>
            <w:r>
              <w:rPr>
                <w:szCs w:val="20"/>
              </w:rPr>
              <w:t>15</w:t>
            </w:r>
          </w:p>
        </w:tc>
        <w:tc>
          <w:tcPr>
            <w:tcW w:w="4196" w:type="dxa"/>
            <w:shd w:val="clear" w:color="auto" w:fill="FFF8E7"/>
            <w:vAlign w:val="center"/>
          </w:tcPr>
          <w:p w14:paraId="58555558" w14:textId="77777777" w:rsidR="00CB4A63" w:rsidRDefault="006C25DB">
            <w:pPr>
              <w:spacing w:after="40"/>
            </w:pPr>
            <w:r>
              <w:t xml:space="preserve"> </w:t>
            </w:r>
          </w:p>
        </w:tc>
      </w:tr>
      <w:tr w:rsidR="00CB4A63" w14:paraId="42136303" w14:textId="77777777">
        <w:trPr>
          <w:cantSplit/>
          <w:trHeight w:val="480"/>
        </w:trPr>
        <w:tc>
          <w:tcPr>
            <w:tcW w:w="700" w:type="dxa"/>
            <w:vAlign w:val="center"/>
          </w:tcPr>
          <w:p w14:paraId="1A3027EA" w14:textId="77777777" w:rsidR="00CB4A63" w:rsidRDefault="006C25DB">
            <w:pPr>
              <w:spacing w:after="40"/>
              <w:jc w:val="center"/>
            </w:pPr>
            <w:r>
              <w:rPr>
                <w:szCs w:val="20"/>
              </w:rPr>
              <w:t>8</w:t>
            </w:r>
          </w:p>
        </w:tc>
        <w:tc>
          <w:tcPr>
            <w:tcW w:w="4196" w:type="dxa"/>
            <w:shd w:val="clear" w:color="auto" w:fill="FFF8E7"/>
            <w:vAlign w:val="center"/>
          </w:tcPr>
          <w:p w14:paraId="447804EA" w14:textId="77777777" w:rsidR="00CB4A63" w:rsidRDefault="006C25DB">
            <w:pPr>
              <w:spacing w:after="40"/>
            </w:pPr>
            <w:r>
              <w:t xml:space="preserve"> </w:t>
            </w:r>
          </w:p>
        </w:tc>
        <w:tc>
          <w:tcPr>
            <w:tcW w:w="700" w:type="dxa"/>
            <w:vAlign w:val="center"/>
          </w:tcPr>
          <w:p w14:paraId="4B6154BB" w14:textId="77777777" w:rsidR="00CB4A63" w:rsidRDefault="006C25DB">
            <w:pPr>
              <w:spacing w:after="40"/>
              <w:jc w:val="center"/>
            </w:pPr>
            <w:r>
              <w:t xml:space="preserve"> </w:t>
            </w:r>
          </w:p>
        </w:tc>
        <w:tc>
          <w:tcPr>
            <w:tcW w:w="4196" w:type="dxa"/>
            <w:vAlign w:val="center"/>
          </w:tcPr>
          <w:p w14:paraId="6FFC6DF6" w14:textId="77777777" w:rsidR="00CB4A63" w:rsidRDefault="006C25DB">
            <w:pPr>
              <w:spacing w:after="40"/>
            </w:pPr>
            <w:r>
              <w:t xml:space="preserve"> </w:t>
            </w:r>
          </w:p>
        </w:tc>
      </w:tr>
    </w:tbl>
    <w:p w14:paraId="5CBF2A90" w14:textId="77777777" w:rsidR="008B00D3" w:rsidRDefault="008B00D3">
      <w:pPr>
        <w:spacing w:after="100" w:line="283" w:lineRule="auto"/>
        <w:rPr>
          <w:b/>
          <w:bCs/>
          <w:sz w:val="22"/>
        </w:rPr>
      </w:pPr>
    </w:p>
    <w:p w14:paraId="7CCA529D" w14:textId="4C4DB901" w:rsidR="00CB4A63" w:rsidRDefault="006C25DB">
      <w:pPr>
        <w:spacing w:after="100" w:line="283" w:lineRule="auto"/>
        <w:rPr>
          <w:sz w:val="22"/>
        </w:rPr>
      </w:pPr>
      <w:r>
        <w:rPr>
          <w:b/>
          <w:bCs/>
          <w:sz w:val="22"/>
        </w:rPr>
        <w:t xml:space="preserve">My </w:t>
      </w:r>
      <w:proofErr w:type="gramStart"/>
      <w:r>
        <w:rPr>
          <w:b/>
          <w:bCs/>
          <w:sz w:val="22"/>
        </w:rPr>
        <w:t xml:space="preserve">score: </w:t>
      </w:r>
      <w:r>
        <w:rPr>
          <w:sz w:val="22"/>
        </w:rPr>
        <w:t>_</w:t>
      </w:r>
      <w:proofErr w:type="gramEnd"/>
      <w:r>
        <w:rPr>
          <w:sz w:val="22"/>
        </w:rPr>
        <w:t>_____ out of ______</w:t>
      </w:r>
    </w:p>
    <w:p w14:paraId="78D039C8" w14:textId="77777777" w:rsidR="00CB4A63" w:rsidRDefault="006C25DB">
      <w:pPr>
        <w:pStyle w:val="Title"/>
        <w:pageBreakBefore/>
        <w:spacing w:after="220"/>
      </w:pPr>
      <w:r>
        <w:lastRenderedPageBreak/>
        <w:t>Team Feud | Survey</w:t>
      </w:r>
    </w:p>
    <w:p w14:paraId="6745AB75" w14:textId="77777777" w:rsidR="00CB4A63" w:rsidRDefault="006C25DB">
      <w:pPr>
        <w:spacing w:after="140" w:line="283" w:lineRule="auto"/>
        <w:rPr>
          <w:sz w:val="22"/>
        </w:rPr>
      </w:pPr>
      <w:r>
        <w:rPr>
          <w:i/>
          <w:iCs/>
          <w:color w:val="5A6270"/>
          <w:sz w:val="21"/>
          <w:szCs w:val="21"/>
        </w:rPr>
        <w:t>Send this out a week before the meeting  •  Answers are combined and nobody's name goes on the board</w:t>
      </w:r>
    </w:p>
    <w:p w14:paraId="76CFA6CE" w14:textId="77777777" w:rsidR="00CB4A63" w:rsidRDefault="006C25DB">
      <w:pPr>
        <w:spacing w:after="140" w:line="283" w:lineRule="auto"/>
        <w:rPr>
          <w:sz w:val="22"/>
        </w:rPr>
      </w:pPr>
      <w:r>
        <w:rPr>
          <w:sz w:val="22"/>
        </w:rPr>
        <w:t>Give your top three answers to each question. Short answers work best.</w:t>
      </w:r>
    </w:p>
    <w:p w14:paraId="173F1DFB" w14:textId="77777777" w:rsidR="00CB4A63" w:rsidRDefault="006C25DB">
      <w:pPr>
        <w:pStyle w:val="Heading2"/>
        <w:spacing w:after="100" w:line="240" w:lineRule="auto"/>
        <w:rPr>
          <w:sz w:val="28"/>
          <w:szCs w:val="28"/>
        </w:rPr>
      </w:pPr>
      <w:r>
        <w:rPr>
          <w:sz w:val="28"/>
          <w:szCs w:val="28"/>
        </w:rPr>
        <w:t>Question 1: Name the top three things customers ask about most.</w:t>
      </w:r>
    </w:p>
    <w:tbl>
      <w:tblPr>
        <w:tblStyle w:val="TableGrid"/>
        <w:tblW w:w="9792" w:type="dxa"/>
        <w:tblLayout w:type="fixed"/>
        <w:tblCellMar>
          <w:top w:w="60" w:type="dxa"/>
          <w:left w:w="100" w:type="dxa"/>
          <w:bottom w:w="40" w:type="dxa"/>
          <w:right w:w="100" w:type="dxa"/>
        </w:tblCellMar>
        <w:tblLook w:val="04A0" w:firstRow="1" w:lastRow="0" w:firstColumn="1" w:lastColumn="0" w:noHBand="0" w:noVBand="1"/>
      </w:tblPr>
      <w:tblGrid>
        <w:gridCol w:w="700"/>
        <w:gridCol w:w="9092"/>
      </w:tblGrid>
      <w:tr w:rsidR="00CB4A63" w14:paraId="0278C7FA" w14:textId="77777777">
        <w:trPr>
          <w:cantSplit/>
          <w:trHeight w:val="380"/>
        </w:trPr>
        <w:tc>
          <w:tcPr>
            <w:tcW w:w="700" w:type="dxa"/>
            <w:vAlign w:val="center"/>
          </w:tcPr>
          <w:p w14:paraId="6B6DE472" w14:textId="77777777" w:rsidR="00CB4A63" w:rsidRDefault="006C25DB">
            <w:pPr>
              <w:spacing w:after="40"/>
              <w:jc w:val="center"/>
            </w:pPr>
            <w:r>
              <w:rPr>
                <w:szCs w:val="20"/>
              </w:rPr>
              <w:t>1</w:t>
            </w:r>
          </w:p>
        </w:tc>
        <w:tc>
          <w:tcPr>
            <w:tcW w:w="9092" w:type="dxa"/>
            <w:shd w:val="clear" w:color="auto" w:fill="FFF8E7"/>
            <w:vAlign w:val="center"/>
          </w:tcPr>
          <w:p w14:paraId="71E1E771" w14:textId="77777777" w:rsidR="00CB4A63" w:rsidRDefault="006C25DB">
            <w:pPr>
              <w:spacing w:after="40"/>
            </w:pPr>
            <w:r>
              <w:t xml:space="preserve"> </w:t>
            </w:r>
          </w:p>
        </w:tc>
      </w:tr>
      <w:tr w:rsidR="00CB4A63" w14:paraId="0629565E" w14:textId="77777777">
        <w:trPr>
          <w:cantSplit/>
          <w:trHeight w:val="380"/>
        </w:trPr>
        <w:tc>
          <w:tcPr>
            <w:tcW w:w="700" w:type="dxa"/>
            <w:vAlign w:val="center"/>
          </w:tcPr>
          <w:p w14:paraId="6E9C60EA" w14:textId="77777777" w:rsidR="00CB4A63" w:rsidRDefault="006C25DB">
            <w:pPr>
              <w:spacing w:after="40"/>
              <w:jc w:val="center"/>
            </w:pPr>
            <w:r>
              <w:rPr>
                <w:szCs w:val="20"/>
              </w:rPr>
              <w:t>2</w:t>
            </w:r>
          </w:p>
        </w:tc>
        <w:tc>
          <w:tcPr>
            <w:tcW w:w="9092" w:type="dxa"/>
            <w:shd w:val="clear" w:color="auto" w:fill="FFF8E7"/>
            <w:vAlign w:val="center"/>
          </w:tcPr>
          <w:p w14:paraId="003ED977" w14:textId="77777777" w:rsidR="00CB4A63" w:rsidRDefault="006C25DB">
            <w:pPr>
              <w:spacing w:after="40"/>
            </w:pPr>
            <w:r>
              <w:t xml:space="preserve"> </w:t>
            </w:r>
          </w:p>
        </w:tc>
      </w:tr>
      <w:tr w:rsidR="00CB4A63" w14:paraId="3D51217E" w14:textId="77777777">
        <w:trPr>
          <w:cantSplit/>
          <w:trHeight w:val="380"/>
        </w:trPr>
        <w:tc>
          <w:tcPr>
            <w:tcW w:w="700" w:type="dxa"/>
            <w:vAlign w:val="center"/>
          </w:tcPr>
          <w:p w14:paraId="7AE30719" w14:textId="77777777" w:rsidR="00CB4A63" w:rsidRDefault="006C25DB">
            <w:pPr>
              <w:spacing w:after="40"/>
              <w:jc w:val="center"/>
            </w:pPr>
            <w:r>
              <w:rPr>
                <w:szCs w:val="20"/>
              </w:rPr>
              <w:t>3</w:t>
            </w:r>
          </w:p>
        </w:tc>
        <w:tc>
          <w:tcPr>
            <w:tcW w:w="9092" w:type="dxa"/>
            <w:shd w:val="clear" w:color="auto" w:fill="FFF8E7"/>
            <w:vAlign w:val="center"/>
          </w:tcPr>
          <w:p w14:paraId="72944612" w14:textId="77777777" w:rsidR="00CB4A63" w:rsidRDefault="006C25DB">
            <w:pPr>
              <w:spacing w:after="40"/>
            </w:pPr>
            <w:r>
              <w:t xml:space="preserve"> </w:t>
            </w:r>
          </w:p>
        </w:tc>
      </w:tr>
    </w:tbl>
    <w:p w14:paraId="6C7EA979" w14:textId="77777777" w:rsidR="00CB4A63" w:rsidRDefault="006C25DB">
      <w:pPr>
        <w:pStyle w:val="Heading2"/>
        <w:spacing w:after="100" w:line="240" w:lineRule="auto"/>
        <w:rPr>
          <w:sz w:val="28"/>
          <w:szCs w:val="28"/>
        </w:rPr>
      </w:pPr>
      <w:r>
        <w:rPr>
          <w:sz w:val="28"/>
          <w:szCs w:val="28"/>
        </w:rPr>
        <w:t>Question 2: Name the three forms people forget most often.</w:t>
      </w:r>
    </w:p>
    <w:tbl>
      <w:tblPr>
        <w:tblStyle w:val="TableGrid"/>
        <w:tblW w:w="9792" w:type="dxa"/>
        <w:tblLayout w:type="fixed"/>
        <w:tblCellMar>
          <w:top w:w="60" w:type="dxa"/>
          <w:left w:w="100" w:type="dxa"/>
          <w:bottom w:w="40" w:type="dxa"/>
          <w:right w:w="100" w:type="dxa"/>
        </w:tblCellMar>
        <w:tblLook w:val="04A0" w:firstRow="1" w:lastRow="0" w:firstColumn="1" w:lastColumn="0" w:noHBand="0" w:noVBand="1"/>
      </w:tblPr>
      <w:tblGrid>
        <w:gridCol w:w="700"/>
        <w:gridCol w:w="9092"/>
      </w:tblGrid>
      <w:tr w:rsidR="00CB4A63" w14:paraId="601135B5" w14:textId="77777777">
        <w:trPr>
          <w:cantSplit/>
          <w:trHeight w:val="380"/>
        </w:trPr>
        <w:tc>
          <w:tcPr>
            <w:tcW w:w="700" w:type="dxa"/>
            <w:vAlign w:val="center"/>
          </w:tcPr>
          <w:p w14:paraId="52388AD4" w14:textId="77777777" w:rsidR="00CB4A63" w:rsidRDefault="006C25DB">
            <w:pPr>
              <w:spacing w:after="40"/>
              <w:jc w:val="center"/>
            </w:pPr>
            <w:r>
              <w:rPr>
                <w:szCs w:val="20"/>
              </w:rPr>
              <w:t>1</w:t>
            </w:r>
          </w:p>
        </w:tc>
        <w:tc>
          <w:tcPr>
            <w:tcW w:w="9092" w:type="dxa"/>
            <w:shd w:val="clear" w:color="auto" w:fill="FFF8E7"/>
            <w:vAlign w:val="center"/>
          </w:tcPr>
          <w:p w14:paraId="5E32DB3A" w14:textId="77777777" w:rsidR="00CB4A63" w:rsidRDefault="006C25DB">
            <w:pPr>
              <w:spacing w:after="40"/>
            </w:pPr>
            <w:r>
              <w:t xml:space="preserve"> </w:t>
            </w:r>
          </w:p>
        </w:tc>
      </w:tr>
      <w:tr w:rsidR="00CB4A63" w14:paraId="21640061" w14:textId="77777777">
        <w:trPr>
          <w:cantSplit/>
          <w:trHeight w:val="380"/>
        </w:trPr>
        <w:tc>
          <w:tcPr>
            <w:tcW w:w="700" w:type="dxa"/>
            <w:vAlign w:val="center"/>
          </w:tcPr>
          <w:p w14:paraId="0F464157" w14:textId="77777777" w:rsidR="00CB4A63" w:rsidRDefault="006C25DB">
            <w:pPr>
              <w:spacing w:after="40"/>
              <w:jc w:val="center"/>
            </w:pPr>
            <w:r>
              <w:rPr>
                <w:szCs w:val="20"/>
              </w:rPr>
              <w:t>2</w:t>
            </w:r>
          </w:p>
        </w:tc>
        <w:tc>
          <w:tcPr>
            <w:tcW w:w="9092" w:type="dxa"/>
            <w:shd w:val="clear" w:color="auto" w:fill="FFF8E7"/>
            <w:vAlign w:val="center"/>
          </w:tcPr>
          <w:p w14:paraId="15455F41" w14:textId="77777777" w:rsidR="00CB4A63" w:rsidRDefault="006C25DB">
            <w:pPr>
              <w:spacing w:after="40"/>
            </w:pPr>
            <w:r>
              <w:t xml:space="preserve"> </w:t>
            </w:r>
          </w:p>
        </w:tc>
      </w:tr>
      <w:tr w:rsidR="00CB4A63" w14:paraId="73AB594D" w14:textId="77777777">
        <w:trPr>
          <w:cantSplit/>
          <w:trHeight w:val="380"/>
        </w:trPr>
        <w:tc>
          <w:tcPr>
            <w:tcW w:w="700" w:type="dxa"/>
            <w:vAlign w:val="center"/>
          </w:tcPr>
          <w:p w14:paraId="146F52D2" w14:textId="77777777" w:rsidR="00CB4A63" w:rsidRDefault="006C25DB">
            <w:pPr>
              <w:spacing w:after="40"/>
              <w:jc w:val="center"/>
            </w:pPr>
            <w:r>
              <w:rPr>
                <w:szCs w:val="20"/>
              </w:rPr>
              <w:t>3</w:t>
            </w:r>
          </w:p>
        </w:tc>
        <w:tc>
          <w:tcPr>
            <w:tcW w:w="9092" w:type="dxa"/>
            <w:shd w:val="clear" w:color="auto" w:fill="FFF8E7"/>
            <w:vAlign w:val="center"/>
          </w:tcPr>
          <w:p w14:paraId="0DC90401" w14:textId="77777777" w:rsidR="00CB4A63" w:rsidRDefault="006C25DB">
            <w:pPr>
              <w:spacing w:after="40"/>
            </w:pPr>
            <w:r>
              <w:t xml:space="preserve"> </w:t>
            </w:r>
          </w:p>
        </w:tc>
      </w:tr>
    </w:tbl>
    <w:p w14:paraId="0F8DCEFE" w14:textId="77777777" w:rsidR="00CB4A63" w:rsidRDefault="006C25DB">
      <w:pPr>
        <w:pStyle w:val="Heading2"/>
        <w:spacing w:after="100" w:line="240" w:lineRule="auto"/>
        <w:rPr>
          <w:sz w:val="28"/>
          <w:szCs w:val="28"/>
        </w:rPr>
      </w:pPr>
      <w:r>
        <w:rPr>
          <w:sz w:val="28"/>
          <w:szCs w:val="28"/>
        </w:rPr>
        <w:t>Question 3: ______________________________________________</w:t>
      </w:r>
    </w:p>
    <w:tbl>
      <w:tblPr>
        <w:tblStyle w:val="TableGrid"/>
        <w:tblW w:w="9792" w:type="dxa"/>
        <w:tblLayout w:type="fixed"/>
        <w:tblCellMar>
          <w:top w:w="60" w:type="dxa"/>
          <w:left w:w="100" w:type="dxa"/>
          <w:bottom w:w="40" w:type="dxa"/>
          <w:right w:w="100" w:type="dxa"/>
        </w:tblCellMar>
        <w:tblLook w:val="04A0" w:firstRow="1" w:lastRow="0" w:firstColumn="1" w:lastColumn="0" w:noHBand="0" w:noVBand="1"/>
      </w:tblPr>
      <w:tblGrid>
        <w:gridCol w:w="700"/>
        <w:gridCol w:w="9092"/>
      </w:tblGrid>
      <w:tr w:rsidR="00CB4A63" w14:paraId="2E477D93" w14:textId="77777777">
        <w:trPr>
          <w:cantSplit/>
          <w:trHeight w:val="380"/>
        </w:trPr>
        <w:tc>
          <w:tcPr>
            <w:tcW w:w="700" w:type="dxa"/>
            <w:vAlign w:val="center"/>
          </w:tcPr>
          <w:p w14:paraId="4E4AAF07" w14:textId="77777777" w:rsidR="00CB4A63" w:rsidRDefault="006C25DB">
            <w:pPr>
              <w:spacing w:after="40"/>
              <w:jc w:val="center"/>
            </w:pPr>
            <w:r>
              <w:rPr>
                <w:szCs w:val="20"/>
              </w:rPr>
              <w:t>1</w:t>
            </w:r>
          </w:p>
        </w:tc>
        <w:tc>
          <w:tcPr>
            <w:tcW w:w="9092" w:type="dxa"/>
            <w:shd w:val="clear" w:color="auto" w:fill="FFF8E7"/>
            <w:vAlign w:val="center"/>
          </w:tcPr>
          <w:p w14:paraId="222987B2" w14:textId="77777777" w:rsidR="00CB4A63" w:rsidRDefault="006C25DB">
            <w:pPr>
              <w:spacing w:after="40"/>
            </w:pPr>
            <w:r>
              <w:t xml:space="preserve"> </w:t>
            </w:r>
          </w:p>
        </w:tc>
      </w:tr>
      <w:tr w:rsidR="00CB4A63" w14:paraId="3347852F" w14:textId="77777777">
        <w:trPr>
          <w:cantSplit/>
          <w:trHeight w:val="380"/>
        </w:trPr>
        <w:tc>
          <w:tcPr>
            <w:tcW w:w="700" w:type="dxa"/>
            <w:vAlign w:val="center"/>
          </w:tcPr>
          <w:p w14:paraId="07A935F1" w14:textId="77777777" w:rsidR="00CB4A63" w:rsidRDefault="006C25DB">
            <w:pPr>
              <w:spacing w:after="40"/>
              <w:jc w:val="center"/>
            </w:pPr>
            <w:r>
              <w:rPr>
                <w:szCs w:val="20"/>
              </w:rPr>
              <w:t>2</w:t>
            </w:r>
          </w:p>
        </w:tc>
        <w:tc>
          <w:tcPr>
            <w:tcW w:w="9092" w:type="dxa"/>
            <w:shd w:val="clear" w:color="auto" w:fill="FFF8E7"/>
            <w:vAlign w:val="center"/>
          </w:tcPr>
          <w:p w14:paraId="0187013F" w14:textId="77777777" w:rsidR="00CB4A63" w:rsidRDefault="006C25DB">
            <w:pPr>
              <w:spacing w:after="40"/>
            </w:pPr>
            <w:r>
              <w:t xml:space="preserve"> </w:t>
            </w:r>
          </w:p>
        </w:tc>
      </w:tr>
      <w:tr w:rsidR="00CB4A63" w14:paraId="5937A0DE" w14:textId="77777777">
        <w:trPr>
          <w:cantSplit/>
          <w:trHeight w:val="380"/>
        </w:trPr>
        <w:tc>
          <w:tcPr>
            <w:tcW w:w="700" w:type="dxa"/>
            <w:vAlign w:val="center"/>
          </w:tcPr>
          <w:p w14:paraId="59CD37DC" w14:textId="77777777" w:rsidR="00CB4A63" w:rsidRDefault="006C25DB">
            <w:pPr>
              <w:spacing w:after="40"/>
              <w:jc w:val="center"/>
            </w:pPr>
            <w:r>
              <w:rPr>
                <w:szCs w:val="20"/>
              </w:rPr>
              <w:t>3</w:t>
            </w:r>
          </w:p>
        </w:tc>
        <w:tc>
          <w:tcPr>
            <w:tcW w:w="9092" w:type="dxa"/>
            <w:shd w:val="clear" w:color="auto" w:fill="FFF8E7"/>
            <w:vAlign w:val="center"/>
          </w:tcPr>
          <w:p w14:paraId="30E4EBD2" w14:textId="77777777" w:rsidR="00CB4A63" w:rsidRDefault="006C25DB">
            <w:pPr>
              <w:spacing w:after="40"/>
            </w:pPr>
            <w:r>
              <w:t xml:space="preserve"> </w:t>
            </w:r>
          </w:p>
        </w:tc>
      </w:tr>
    </w:tbl>
    <w:p w14:paraId="46234CB9" w14:textId="77777777" w:rsidR="00CB4A63" w:rsidRDefault="006C25DB">
      <w:pPr>
        <w:pStyle w:val="Heading2"/>
        <w:spacing w:after="100" w:line="240" w:lineRule="auto"/>
        <w:rPr>
          <w:sz w:val="28"/>
          <w:szCs w:val="28"/>
        </w:rPr>
      </w:pPr>
      <w:r>
        <w:rPr>
          <w:sz w:val="28"/>
          <w:szCs w:val="28"/>
        </w:rPr>
        <w:t>Question 4: ______________________________________________</w:t>
      </w:r>
    </w:p>
    <w:tbl>
      <w:tblPr>
        <w:tblStyle w:val="TableGrid"/>
        <w:tblW w:w="9792" w:type="dxa"/>
        <w:tblLayout w:type="fixed"/>
        <w:tblCellMar>
          <w:top w:w="60" w:type="dxa"/>
          <w:left w:w="100" w:type="dxa"/>
          <w:bottom w:w="40" w:type="dxa"/>
          <w:right w:w="100" w:type="dxa"/>
        </w:tblCellMar>
        <w:tblLook w:val="04A0" w:firstRow="1" w:lastRow="0" w:firstColumn="1" w:lastColumn="0" w:noHBand="0" w:noVBand="1"/>
      </w:tblPr>
      <w:tblGrid>
        <w:gridCol w:w="700"/>
        <w:gridCol w:w="9092"/>
      </w:tblGrid>
      <w:tr w:rsidR="00CB4A63" w14:paraId="0D59A292" w14:textId="77777777">
        <w:trPr>
          <w:cantSplit/>
          <w:trHeight w:val="380"/>
        </w:trPr>
        <w:tc>
          <w:tcPr>
            <w:tcW w:w="700" w:type="dxa"/>
            <w:vAlign w:val="center"/>
          </w:tcPr>
          <w:p w14:paraId="53433A82" w14:textId="77777777" w:rsidR="00CB4A63" w:rsidRDefault="006C25DB">
            <w:pPr>
              <w:spacing w:after="40"/>
              <w:jc w:val="center"/>
            </w:pPr>
            <w:r>
              <w:rPr>
                <w:szCs w:val="20"/>
              </w:rPr>
              <w:t>1</w:t>
            </w:r>
          </w:p>
        </w:tc>
        <w:tc>
          <w:tcPr>
            <w:tcW w:w="9092" w:type="dxa"/>
            <w:shd w:val="clear" w:color="auto" w:fill="FFF8E7"/>
            <w:vAlign w:val="center"/>
          </w:tcPr>
          <w:p w14:paraId="55287D3E" w14:textId="77777777" w:rsidR="00CB4A63" w:rsidRDefault="006C25DB">
            <w:pPr>
              <w:spacing w:after="40"/>
            </w:pPr>
            <w:r>
              <w:t xml:space="preserve"> </w:t>
            </w:r>
          </w:p>
        </w:tc>
      </w:tr>
      <w:tr w:rsidR="00CB4A63" w14:paraId="14614FCD" w14:textId="77777777">
        <w:trPr>
          <w:cantSplit/>
          <w:trHeight w:val="380"/>
        </w:trPr>
        <w:tc>
          <w:tcPr>
            <w:tcW w:w="700" w:type="dxa"/>
            <w:vAlign w:val="center"/>
          </w:tcPr>
          <w:p w14:paraId="42BE75DC" w14:textId="77777777" w:rsidR="00CB4A63" w:rsidRDefault="006C25DB">
            <w:pPr>
              <w:spacing w:after="40"/>
              <w:jc w:val="center"/>
            </w:pPr>
            <w:r>
              <w:rPr>
                <w:szCs w:val="20"/>
              </w:rPr>
              <w:t>2</w:t>
            </w:r>
          </w:p>
        </w:tc>
        <w:tc>
          <w:tcPr>
            <w:tcW w:w="9092" w:type="dxa"/>
            <w:shd w:val="clear" w:color="auto" w:fill="FFF8E7"/>
            <w:vAlign w:val="center"/>
          </w:tcPr>
          <w:p w14:paraId="1FBC42F4" w14:textId="77777777" w:rsidR="00CB4A63" w:rsidRDefault="006C25DB">
            <w:pPr>
              <w:spacing w:after="40"/>
            </w:pPr>
            <w:r>
              <w:t xml:space="preserve"> </w:t>
            </w:r>
          </w:p>
        </w:tc>
      </w:tr>
      <w:tr w:rsidR="00CB4A63" w14:paraId="59AED21D" w14:textId="77777777">
        <w:trPr>
          <w:cantSplit/>
          <w:trHeight w:val="380"/>
        </w:trPr>
        <w:tc>
          <w:tcPr>
            <w:tcW w:w="700" w:type="dxa"/>
            <w:vAlign w:val="center"/>
          </w:tcPr>
          <w:p w14:paraId="743F380C" w14:textId="77777777" w:rsidR="00CB4A63" w:rsidRDefault="006C25DB">
            <w:pPr>
              <w:spacing w:after="40"/>
              <w:jc w:val="center"/>
            </w:pPr>
            <w:r>
              <w:rPr>
                <w:szCs w:val="20"/>
              </w:rPr>
              <w:t>3</w:t>
            </w:r>
          </w:p>
        </w:tc>
        <w:tc>
          <w:tcPr>
            <w:tcW w:w="9092" w:type="dxa"/>
            <w:shd w:val="clear" w:color="auto" w:fill="FFF8E7"/>
            <w:vAlign w:val="center"/>
          </w:tcPr>
          <w:p w14:paraId="385616A0" w14:textId="77777777" w:rsidR="00CB4A63" w:rsidRDefault="006C25DB">
            <w:pPr>
              <w:spacing w:after="40"/>
            </w:pPr>
            <w:r>
              <w:t xml:space="preserve"> </w:t>
            </w:r>
          </w:p>
        </w:tc>
      </w:tr>
    </w:tbl>
    <w:p w14:paraId="22BF8225" w14:textId="77777777" w:rsidR="00CB4A63" w:rsidRDefault="00CB4A63">
      <w:pPr>
        <w:spacing w:after="0"/>
        <w:rPr>
          <w:sz w:val="16"/>
          <w:szCs w:val="16"/>
        </w:rPr>
      </w:pPr>
    </w:p>
    <w:p w14:paraId="727F448A" w14:textId="77777777" w:rsidR="008B00D3" w:rsidRDefault="008B00D3">
      <w:pPr>
        <w:spacing w:after="140" w:line="283" w:lineRule="auto"/>
        <w:rPr>
          <w:b/>
          <w:bCs/>
          <w:sz w:val="22"/>
        </w:rPr>
      </w:pPr>
    </w:p>
    <w:p w14:paraId="27F09697" w14:textId="5E6F64EA" w:rsidR="00CB4A63" w:rsidRDefault="006C25DB">
      <w:pPr>
        <w:spacing w:after="140" w:line="283" w:lineRule="auto"/>
        <w:rPr>
          <w:sz w:val="22"/>
        </w:rPr>
      </w:pPr>
      <w:r>
        <w:rPr>
          <w:b/>
          <w:bCs/>
          <w:sz w:val="22"/>
        </w:rPr>
        <w:t xml:space="preserve">Return </w:t>
      </w:r>
      <w:proofErr w:type="gramStart"/>
      <w:r>
        <w:rPr>
          <w:b/>
          <w:bCs/>
          <w:sz w:val="22"/>
        </w:rPr>
        <w:t xml:space="preserve">to: </w:t>
      </w:r>
      <w:r>
        <w:rPr>
          <w:sz w:val="22"/>
        </w:rPr>
        <w:t>_</w:t>
      </w:r>
      <w:proofErr w:type="gramEnd"/>
      <w:r>
        <w:rPr>
          <w:sz w:val="22"/>
        </w:rPr>
        <w:t xml:space="preserve">_________________________   </w:t>
      </w:r>
      <w:proofErr w:type="gramStart"/>
      <w:r>
        <w:rPr>
          <w:b/>
          <w:bCs/>
          <w:sz w:val="22"/>
        </w:rPr>
        <w:t>By</w:t>
      </w:r>
      <w:proofErr w:type="gramEnd"/>
      <w:r>
        <w:rPr>
          <w:b/>
          <w:bCs/>
          <w:sz w:val="22"/>
        </w:rPr>
        <w:t xml:space="preserve">: </w:t>
      </w:r>
      <w:r>
        <w:rPr>
          <w:sz w:val="22"/>
        </w:rPr>
        <w:t>______________</w:t>
      </w:r>
    </w:p>
    <w:p w14:paraId="53CDEDD4" w14:textId="77777777" w:rsidR="00CB4A63" w:rsidRDefault="006C25DB">
      <w:pPr>
        <w:pStyle w:val="Title"/>
        <w:pageBreakBefore/>
        <w:spacing w:after="220"/>
      </w:pPr>
      <w:r>
        <w:lastRenderedPageBreak/>
        <w:t>Team Feud | Tally Sheet</w:t>
      </w:r>
    </w:p>
    <w:p w14:paraId="1E29C917" w14:textId="77777777" w:rsidR="00CB4A63" w:rsidRDefault="006C25DB">
      <w:pPr>
        <w:spacing w:after="140" w:line="283" w:lineRule="auto"/>
        <w:rPr>
          <w:sz w:val="22"/>
        </w:rPr>
      </w:pPr>
      <w:r>
        <w:rPr>
          <w:i/>
          <w:iCs/>
          <w:color w:val="5A6270"/>
          <w:sz w:val="21"/>
          <w:szCs w:val="21"/>
        </w:rPr>
        <w:t>Leader prep  •  Combine answers that mean the same thing, then list the top answers for each question</w:t>
      </w:r>
    </w:p>
    <w:p w14:paraId="4414407C" w14:textId="77777777" w:rsidR="00CB4A63" w:rsidRDefault="006C25DB">
      <w:pPr>
        <w:spacing w:after="140" w:line="283" w:lineRule="auto"/>
        <w:rPr>
          <w:sz w:val="22"/>
        </w:rPr>
      </w:pPr>
      <w:r>
        <w:rPr>
          <w:sz w:val="22"/>
        </w:rPr>
        <w:t>Each answer is worth one point for every person who gave it. Cover the answers on your flip chart or slide, and uncover each one as a team guesses it.</w:t>
      </w:r>
    </w:p>
    <w:p w14:paraId="57FAB9AD" w14:textId="77777777" w:rsidR="00CB4A63" w:rsidRDefault="006C25DB">
      <w:pPr>
        <w:pStyle w:val="Heading2"/>
        <w:spacing w:before="160" w:after="100" w:line="240" w:lineRule="auto"/>
        <w:rPr>
          <w:sz w:val="28"/>
          <w:szCs w:val="28"/>
        </w:rPr>
      </w:pPr>
      <w:r>
        <w:rPr>
          <w:sz w:val="28"/>
          <w:szCs w:val="28"/>
        </w:rPr>
        <w:t>Example: Marcus Hale's claims team, eight people surveyed</w:t>
      </w:r>
    </w:p>
    <w:tbl>
      <w:tblPr>
        <w:tblStyle w:val="TableGrid"/>
        <w:tblW w:w="9792" w:type="dxa"/>
        <w:tblLayout w:type="fixed"/>
        <w:tblCellMar>
          <w:top w:w="60" w:type="dxa"/>
          <w:left w:w="100" w:type="dxa"/>
          <w:bottom w:w="40" w:type="dxa"/>
          <w:right w:w="100" w:type="dxa"/>
        </w:tblCellMar>
        <w:tblLook w:val="04A0" w:firstRow="1" w:lastRow="0" w:firstColumn="1" w:lastColumn="0" w:noHBand="0" w:noVBand="1"/>
      </w:tblPr>
      <w:tblGrid>
        <w:gridCol w:w="6792"/>
        <w:gridCol w:w="3000"/>
      </w:tblGrid>
      <w:tr w:rsidR="00CB4A63" w14:paraId="0ABA1B3C" w14:textId="77777777">
        <w:trPr>
          <w:cantSplit/>
        </w:trPr>
        <w:tc>
          <w:tcPr>
            <w:tcW w:w="6792" w:type="dxa"/>
            <w:shd w:val="clear" w:color="auto" w:fill="1A2744"/>
            <w:vAlign w:val="center"/>
          </w:tcPr>
          <w:p w14:paraId="48B1F983" w14:textId="77777777" w:rsidR="00CB4A63" w:rsidRDefault="006C25DB">
            <w:pPr>
              <w:spacing w:after="40"/>
            </w:pPr>
            <w:r>
              <w:rPr>
                <w:b/>
                <w:bCs/>
                <w:color w:val="FFFFFF"/>
                <w:szCs w:val="20"/>
              </w:rPr>
              <w:t>NAME THE TOP THREE THINGS CUSTOMERS ASK ABOUT MOST</w:t>
            </w:r>
          </w:p>
        </w:tc>
        <w:tc>
          <w:tcPr>
            <w:tcW w:w="3000" w:type="dxa"/>
            <w:shd w:val="clear" w:color="auto" w:fill="1A2744"/>
            <w:vAlign w:val="center"/>
          </w:tcPr>
          <w:p w14:paraId="6EBE045B" w14:textId="77777777" w:rsidR="00CB4A63" w:rsidRDefault="006C25DB">
            <w:pPr>
              <w:spacing w:after="40"/>
            </w:pPr>
            <w:r>
              <w:rPr>
                <w:b/>
                <w:bCs/>
                <w:color w:val="FFFFFF"/>
                <w:szCs w:val="20"/>
              </w:rPr>
              <w:t>POINTS</w:t>
            </w:r>
          </w:p>
        </w:tc>
      </w:tr>
      <w:tr w:rsidR="00CB4A63" w14:paraId="6D01A2A7" w14:textId="77777777" w:rsidTr="008B00D3">
        <w:trPr>
          <w:cantSplit/>
          <w:trHeight w:val="245"/>
        </w:trPr>
        <w:tc>
          <w:tcPr>
            <w:tcW w:w="6792" w:type="dxa"/>
            <w:vAlign w:val="center"/>
          </w:tcPr>
          <w:p w14:paraId="20B39029" w14:textId="77777777" w:rsidR="00CB4A63" w:rsidRDefault="006C25DB">
            <w:pPr>
              <w:spacing w:after="40"/>
            </w:pPr>
            <w:r>
              <w:rPr>
                <w:szCs w:val="20"/>
              </w:rPr>
              <w:t>When will I get my check?</w:t>
            </w:r>
          </w:p>
        </w:tc>
        <w:tc>
          <w:tcPr>
            <w:tcW w:w="3000" w:type="dxa"/>
            <w:vAlign w:val="center"/>
          </w:tcPr>
          <w:p w14:paraId="23AE33B0" w14:textId="77777777" w:rsidR="00CB4A63" w:rsidRDefault="006C25DB">
            <w:pPr>
              <w:spacing w:after="40"/>
              <w:jc w:val="center"/>
            </w:pPr>
            <w:r>
              <w:rPr>
                <w:szCs w:val="20"/>
              </w:rPr>
              <w:t>6</w:t>
            </w:r>
          </w:p>
        </w:tc>
      </w:tr>
      <w:tr w:rsidR="00CB4A63" w14:paraId="6000860C" w14:textId="77777777" w:rsidTr="008B00D3">
        <w:trPr>
          <w:cantSplit/>
          <w:trHeight w:val="245"/>
        </w:trPr>
        <w:tc>
          <w:tcPr>
            <w:tcW w:w="6792" w:type="dxa"/>
            <w:vAlign w:val="center"/>
          </w:tcPr>
          <w:p w14:paraId="72C9D7F3" w14:textId="77777777" w:rsidR="00CB4A63" w:rsidRDefault="006C25DB">
            <w:pPr>
              <w:spacing w:after="40"/>
            </w:pPr>
            <w:r>
              <w:rPr>
                <w:szCs w:val="20"/>
              </w:rPr>
              <w:t>Is this covered?</w:t>
            </w:r>
          </w:p>
        </w:tc>
        <w:tc>
          <w:tcPr>
            <w:tcW w:w="3000" w:type="dxa"/>
            <w:vAlign w:val="center"/>
          </w:tcPr>
          <w:p w14:paraId="446E8C13" w14:textId="77777777" w:rsidR="00CB4A63" w:rsidRDefault="006C25DB">
            <w:pPr>
              <w:spacing w:after="40"/>
              <w:jc w:val="center"/>
            </w:pPr>
            <w:r>
              <w:rPr>
                <w:szCs w:val="20"/>
              </w:rPr>
              <w:t>5</w:t>
            </w:r>
          </w:p>
        </w:tc>
      </w:tr>
      <w:tr w:rsidR="00CB4A63" w14:paraId="35BA1DCB" w14:textId="77777777" w:rsidTr="008B00D3">
        <w:trPr>
          <w:cantSplit/>
          <w:trHeight w:val="245"/>
        </w:trPr>
        <w:tc>
          <w:tcPr>
            <w:tcW w:w="6792" w:type="dxa"/>
            <w:vAlign w:val="center"/>
          </w:tcPr>
          <w:p w14:paraId="0F236FB3" w14:textId="77777777" w:rsidR="00CB4A63" w:rsidRDefault="006C25DB">
            <w:pPr>
              <w:spacing w:after="40"/>
            </w:pPr>
            <w:r>
              <w:rPr>
                <w:szCs w:val="20"/>
              </w:rPr>
              <w:t>Who's my adjuster?</w:t>
            </w:r>
          </w:p>
        </w:tc>
        <w:tc>
          <w:tcPr>
            <w:tcW w:w="3000" w:type="dxa"/>
            <w:vAlign w:val="center"/>
          </w:tcPr>
          <w:p w14:paraId="5D80EABC" w14:textId="77777777" w:rsidR="00CB4A63" w:rsidRDefault="006C25DB">
            <w:pPr>
              <w:spacing w:after="40"/>
              <w:jc w:val="center"/>
            </w:pPr>
            <w:r>
              <w:rPr>
                <w:szCs w:val="20"/>
              </w:rPr>
              <w:t>4</w:t>
            </w:r>
          </w:p>
        </w:tc>
      </w:tr>
      <w:tr w:rsidR="00CB4A63" w14:paraId="4B2A46E2" w14:textId="77777777" w:rsidTr="008B00D3">
        <w:trPr>
          <w:cantSplit/>
          <w:trHeight w:val="245"/>
        </w:trPr>
        <w:tc>
          <w:tcPr>
            <w:tcW w:w="6792" w:type="dxa"/>
            <w:vAlign w:val="center"/>
          </w:tcPr>
          <w:p w14:paraId="4015B303" w14:textId="77777777" w:rsidR="00CB4A63" w:rsidRDefault="006C25DB">
            <w:pPr>
              <w:spacing w:after="40"/>
            </w:pPr>
            <w:r>
              <w:rPr>
                <w:szCs w:val="20"/>
              </w:rPr>
              <w:t>Do I need an estimate?</w:t>
            </w:r>
          </w:p>
        </w:tc>
        <w:tc>
          <w:tcPr>
            <w:tcW w:w="3000" w:type="dxa"/>
            <w:vAlign w:val="center"/>
          </w:tcPr>
          <w:p w14:paraId="1B8151C2" w14:textId="77777777" w:rsidR="00CB4A63" w:rsidRDefault="006C25DB">
            <w:pPr>
              <w:spacing w:after="40"/>
              <w:jc w:val="center"/>
            </w:pPr>
            <w:r>
              <w:rPr>
                <w:szCs w:val="20"/>
              </w:rPr>
              <w:t>3</w:t>
            </w:r>
          </w:p>
        </w:tc>
      </w:tr>
      <w:tr w:rsidR="00CB4A63" w14:paraId="2236304E" w14:textId="77777777" w:rsidTr="008B00D3">
        <w:trPr>
          <w:cantSplit/>
          <w:trHeight w:val="245"/>
        </w:trPr>
        <w:tc>
          <w:tcPr>
            <w:tcW w:w="6792" w:type="dxa"/>
            <w:vAlign w:val="center"/>
          </w:tcPr>
          <w:p w14:paraId="2FEE29EA" w14:textId="77777777" w:rsidR="00CB4A63" w:rsidRDefault="006C25DB">
            <w:pPr>
              <w:spacing w:after="40"/>
            </w:pPr>
            <w:r>
              <w:rPr>
                <w:szCs w:val="20"/>
              </w:rPr>
              <w:t>How do I send photos?</w:t>
            </w:r>
          </w:p>
        </w:tc>
        <w:tc>
          <w:tcPr>
            <w:tcW w:w="3000" w:type="dxa"/>
            <w:vAlign w:val="center"/>
          </w:tcPr>
          <w:p w14:paraId="5ECAB95E" w14:textId="77777777" w:rsidR="00CB4A63" w:rsidRDefault="006C25DB">
            <w:pPr>
              <w:spacing w:after="40"/>
              <w:jc w:val="center"/>
            </w:pPr>
            <w:r>
              <w:rPr>
                <w:szCs w:val="20"/>
              </w:rPr>
              <w:t>2</w:t>
            </w:r>
          </w:p>
        </w:tc>
      </w:tr>
    </w:tbl>
    <w:p w14:paraId="13E7DC0F" w14:textId="77777777" w:rsidR="00CB4A63" w:rsidRDefault="006C25DB">
      <w:pPr>
        <w:pStyle w:val="Heading2"/>
        <w:spacing w:before="220" w:after="100" w:line="240" w:lineRule="auto"/>
        <w:rPr>
          <w:sz w:val="28"/>
          <w:szCs w:val="28"/>
        </w:rPr>
      </w:pPr>
      <w:r>
        <w:rPr>
          <w:sz w:val="28"/>
          <w:szCs w:val="28"/>
        </w:rPr>
        <w:t>Question 2: ______________________________________________</w:t>
      </w:r>
    </w:p>
    <w:tbl>
      <w:tblPr>
        <w:tblStyle w:val="TableGrid"/>
        <w:tblW w:w="9792" w:type="dxa"/>
        <w:tblLayout w:type="fixed"/>
        <w:tblCellMar>
          <w:top w:w="60" w:type="dxa"/>
          <w:left w:w="100" w:type="dxa"/>
          <w:bottom w:w="40" w:type="dxa"/>
          <w:right w:w="100" w:type="dxa"/>
        </w:tblCellMar>
        <w:tblLook w:val="04A0" w:firstRow="1" w:lastRow="0" w:firstColumn="1" w:lastColumn="0" w:noHBand="0" w:noVBand="1"/>
      </w:tblPr>
      <w:tblGrid>
        <w:gridCol w:w="6792"/>
        <w:gridCol w:w="3000"/>
      </w:tblGrid>
      <w:tr w:rsidR="00CB4A63" w14:paraId="166954F8" w14:textId="77777777">
        <w:trPr>
          <w:cantSplit/>
        </w:trPr>
        <w:tc>
          <w:tcPr>
            <w:tcW w:w="6792" w:type="dxa"/>
            <w:shd w:val="clear" w:color="auto" w:fill="1A2744"/>
            <w:vAlign w:val="center"/>
          </w:tcPr>
          <w:p w14:paraId="40F1D602" w14:textId="77777777" w:rsidR="00CB4A63" w:rsidRDefault="006C25DB">
            <w:pPr>
              <w:spacing w:after="40"/>
            </w:pPr>
            <w:r>
              <w:rPr>
                <w:b/>
                <w:bCs/>
                <w:color w:val="FFFFFF"/>
                <w:szCs w:val="20"/>
              </w:rPr>
              <w:t>ANSWER</w:t>
            </w:r>
          </w:p>
        </w:tc>
        <w:tc>
          <w:tcPr>
            <w:tcW w:w="3000" w:type="dxa"/>
            <w:shd w:val="clear" w:color="auto" w:fill="1A2744"/>
            <w:vAlign w:val="center"/>
          </w:tcPr>
          <w:p w14:paraId="18ABEB29" w14:textId="77777777" w:rsidR="00CB4A63" w:rsidRDefault="006C25DB">
            <w:pPr>
              <w:spacing w:after="40"/>
            </w:pPr>
            <w:r>
              <w:rPr>
                <w:b/>
                <w:bCs/>
                <w:color w:val="FFFFFF"/>
                <w:szCs w:val="20"/>
              </w:rPr>
              <w:t>POINTS</w:t>
            </w:r>
          </w:p>
        </w:tc>
      </w:tr>
      <w:tr w:rsidR="00CB4A63" w14:paraId="278A488D" w14:textId="77777777" w:rsidTr="008B00D3">
        <w:trPr>
          <w:cantSplit/>
          <w:trHeight w:val="259"/>
        </w:trPr>
        <w:tc>
          <w:tcPr>
            <w:tcW w:w="6792" w:type="dxa"/>
            <w:shd w:val="clear" w:color="auto" w:fill="FFF8E7"/>
            <w:vAlign w:val="center"/>
          </w:tcPr>
          <w:p w14:paraId="61ED7619" w14:textId="77777777" w:rsidR="00CB4A63" w:rsidRDefault="006C25DB">
            <w:pPr>
              <w:spacing w:after="40"/>
            </w:pPr>
            <w:r>
              <w:t xml:space="preserve"> </w:t>
            </w:r>
          </w:p>
        </w:tc>
        <w:tc>
          <w:tcPr>
            <w:tcW w:w="3000" w:type="dxa"/>
            <w:shd w:val="clear" w:color="auto" w:fill="FFF8E7"/>
            <w:vAlign w:val="center"/>
          </w:tcPr>
          <w:p w14:paraId="6DD88C46" w14:textId="77777777" w:rsidR="00CB4A63" w:rsidRDefault="006C25DB">
            <w:pPr>
              <w:spacing w:after="40"/>
            </w:pPr>
            <w:r>
              <w:t xml:space="preserve"> </w:t>
            </w:r>
          </w:p>
        </w:tc>
      </w:tr>
      <w:tr w:rsidR="00CB4A63" w14:paraId="28BC8793" w14:textId="77777777" w:rsidTr="008B00D3">
        <w:trPr>
          <w:cantSplit/>
          <w:trHeight w:val="259"/>
        </w:trPr>
        <w:tc>
          <w:tcPr>
            <w:tcW w:w="6792" w:type="dxa"/>
            <w:shd w:val="clear" w:color="auto" w:fill="FFF8E7"/>
            <w:vAlign w:val="center"/>
          </w:tcPr>
          <w:p w14:paraId="7F0E0B15" w14:textId="77777777" w:rsidR="00CB4A63" w:rsidRDefault="006C25DB">
            <w:pPr>
              <w:spacing w:after="40"/>
            </w:pPr>
            <w:r>
              <w:t xml:space="preserve"> </w:t>
            </w:r>
          </w:p>
        </w:tc>
        <w:tc>
          <w:tcPr>
            <w:tcW w:w="3000" w:type="dxa"/>
            <w:shd w:val="clear" w:color="auto" w:fill="FFF8E7"/>
            <w:vAlign w:val="center"/>
          </w:tcPr>
          <w:p w14:paraId="58CC17DE" w14:textId="77777777" w:rsidR="00CB4A63" w:rsidRDefault="006C25DB">
            <w:pPr>
              <w:spacing w:after="40"/>
            </w:pPr>
            <w:r>
              <w:t xml:space="preserve"> </w:t>
            </w:r>
          </w:p>
        </w:tc>
      </w:tr>
      <w:tr w:rsidR="00CB4A63" w14:paraId="4AD72929" w14:textId="77777777" w:rsidTr="008B00D3">
        <w:trPr>
          <w:cantSplit/>
          <w:trHeight w:val="259"/>
        </w:trPr>
        <w:tc>
          <w:tcPr>
            <w:tcW w:w="6792" w:type="dxa"/>
            <w:shd w:val="clear" w:color="auto" w:fill="FFF8E7"/>
            <w:vAlign w:val="center"/>
          </w:tcPr>
          <w:p w14:paraId="63A9E9C4" w14:textId="77777777" w:rsidR="00CB4A63" w:rsidRDefault="006C25DB">
            <w:pPr>
              <w:spacing w:after="40"/>
            </w:pPr>
            <w:r>
              <w:t xml:space="preserve"> </w:t>
            </w:r>
          </w:p>
        </w:tc>
        <w:tc>
          <w:tcPr>
            <w:tcW w:w="3000" w:type="dxa"/>
            <w:shd w:val="clear" w:color="auto" w:fill="FFF8E7"/>
            <w:vAlign w:val="center"/>
          </w:tcPr>
          <w:p w14:paraId="0879FC77" w14:textId="77777777" w:rsidR="00CB4A63" w:rsidRDefault="006C25DB">
            <w:pPr>
              <w:spacing w:after="40"/>
            </w:pPr>
            <w:r>
              <w:t xml:space="preserve"> </w:t>
            </w:r>
          </w:p>
        </w:tc>
      </w:tr>
      <w:tr w:rsidR="00CB4A63" w14:paraId="661E927D" w14:textId="77777777" w:rsidTr="008B00D3">
        <w:trPr>
          <w:cantSplit/>
          <w:trHeight w:val="259"/>
        </w:trPr>
        <w:tc>
          <w:tcPr>
            <w:tcW w:w="6792" w:type="dxa"/>
            <w:shd w:val="clear" w:color="auto" w:fill="FFF8E7"/>
            <w:vAlign w:val="center"/>
          </w:tcPr>
          <w:p w14:paraId="3B52F21F" w14:textId="77777777" w:rsidR="00CB4A63" w:rsidRDefault="006C25DB">
            <w:pPr>
              <w:spacing w:after="40"/>
            </w:pPr>
            <w:r>
              <w:t xml:space="preserve"> </w:t>
            </w:r>
          </w:p>
        </w:tc>
        <w:tc>
          <w:tcPr>
            <w:tcW w:w="3000" w:type="dxa"/>
            <w:shd w:val="clear" w:color="auto" w:fill="FFF8E7"/>
            <w:vAlign w:val="center"/>
          </w:tcPr>
          <w:p w14:paraId="781F5C23" w14:textId="77777777" w:rsidR="00CB4A63" w:rsidRDefault="006C25DB">
            <w:pPr>
              <w:spacing w:after="40"/>
            </w:pPr>
            <w:r>
              <w:t xml:space="preserve"> </w:t>
            </w:r>
          </w:p>
        </w:tc>
      </w:tr>
      <w:tr w:rsidR="00CB4A63" w14:paraId="691771FA" w14:textId="77777777" w:rsidTr="008B00D3">
        <w:trPr>
          <w:cantSplit/>
          <w:trHeight w:val="259"/>
        </w:trPr>
        <w:tc>
          <w:tcPr>
            <w:tcW w:w="6792" w:type="dxa"/>
            <w:shd w:val="clear" w:color="auto" w:fill="FFF8E7"/>
            <w:vAlign w:val="center"/>
          </w:tcPr>
          <w:p w14:paraId="3DE6B547" w14:textId="77777777" w:rsidR="00CB4A63" w:rsidRDefault="006C25DB">
            <w:pPr>
              <w:spacing w:after="40"/>
            </w:pPr>
            <w:r>
              <w:t xml:space="preserve"> </w:t>
            </w:r>
          </w:p>
        </w:tc>
        <w:tc>
          <w:tcPr>
            <w:tcW w:w="3000" w:type="dxa"/>
            <w:shd w:val="clear" w:color="auto" w:fill="FFF8E7"/>
            <w:vAlign w:val="center"/>
          </w:tcPr>
          <w:p w14:paraId="56C545E6" w14:textId="77777777" w:rsidR="00CB4A63" w:rsidRDefault="006C25DB">
            <w:pPr>
              <w:spacing w:after="40"/>
            </w:pPr>
            <w:r>
              <w:t xml:space="preserve"> </w:t>
            </w:r>
          </w:p>
        </w:tc>
      </w:tr>
    </w:tbl>
    <w:p w14:paraId="437C7377" w14:textId="77777777" w:rsidR="00CB4A63" w:rsidRDefault="006C25DB">
      <w:pPr>
        <w:pStyle w:val="Heading2"/>
        <w:spacing w:before="220" w:after="100" w:line="240" w:lineRule="auto"/>
        <w:rPr>
          <w:sz w:val="28"/>
          <w:szCs w:val="28"/>
        </w:rPr>
      </w:pPr>
      <w:r>
        <w:rPr>
          <w:sz w:val="28"/>
          <w:szCs w:val="28"/>
        </w:rPr>
        <w:t>Question 3: ______________________________________________</w:t>
      </w:r>
    </w:p>
    <w:tbl>
      <w:tblPr>
        <w:tblStyle w:val="TableGrid"/>
        <w:tblW w:w="9792" w:type="dxa"/>
        <w:tblLayout w:type="fixed"/>
        <w:tblCellMar>
          <w:top w:w="60" w:type="dxa"/>
          <w:left w:w="100" w:type="dxa"/>
          <w:bottom w:w="40" w:type="dxa"/>
          <w:right w:w="100" w:type="dxa"/>
        </w:tblCellMar>
        <w:tblLook w:val="04A0" w:firstRow="1" w:lastRow="0" w:firstColumn="1" w:lastColumn="0" w:noHBand="0" w:noVBand="1"/>
      </w:tblPr>
      <w:tblGrid>
        <w:gridCol w:w="6792"/>
        <w:gridCol w:w="3000"/>
      </w:tblGrid>
      <w:tr w:rsidR="00CB4A63" w14:paraId="2ED142E8" w14:textId="77777777">
        <w:trPr>
          <w:cantSplit/>
        </w:trPr>
        <w:tc>
          <w:tcPr>
            <w:tcW w:w="6792" w:type="dxa"/>
            <w:shd w:val="clear" w:color="auto" w:fill="1A2744"/>
            <w:vAlign w:val="center"/>
          </w:tcPr>
          <w:p w14:paraId="1866686F" w14:textId="77777777" w:rsidR="00CB4A63" w:rsidRDefault="006C25DB">
            <w:pPr>
              <w:spacing w:after="40"/>
            </w:pPr>
            <w:r>
              <w:rPr>
                <w:b/>
                <w:bCs/>
                <w:color w:val="FFFFFF"/>
                <w:szCs w:val="20"/>
              </w:rPr>
              <w:t>ANSWER</w:t>
            </w:r>
          </w:p>
        </w:tc>
        <w:tc>
          <w:tcPr>
            <w:tcW w:w="3000" w:type="dxa"/>
            <w:shd w:val="clear" w:color="auto" w:fill="1A2744"/>
            <w:vAlign w:val="center"/>
          </w:tcPr>
          <w:p w14:paraId="2BC139C0" w14:textId="77777777" w:rsidR="00CB4A63" w:rsidRDefault="006C25DB">
            <w:pPr>
              <w:spacing w:after="40"/>
            </w:pPr>
            <w:r>
              <w:rPr>
                <w:b/>
                <w:bCs/>
                <w:color w:val="FFFFFF"/>
                <w:szCs w:val="20"/>
              </w:rPr>
              <w:t>POINTS</w:t>
            </w:r>
          </w:p>
        </w:tc>
      </w:tr>
      <w:tr w:rsidR="00CB4A63" w14:paraId="0C74EAB3" w14:textId="77777777" w:rsidTr="008B00D3">
        <w:trPr>
          <w:cantSplit/>
          <w:trHeight w:val="259"/>
        </w:trPr>
        <w:tc>
          <w:tcPr>
            <w:tcW w:w="6792" w:type="dxa"/>
            <w:shd w:val="clear" w:color="auto" w:fill="FFF8E7"/>
            <w:vAlign w:val="center"/>
          </w:tcPr>
          <w:p w14:paraId="2D00950D" w14:textId="77777777" w:rsidR="00CB4A63" w:rsidRDefault="006C25DB">
            <w:pPr>
              <w:spacing w:after="40"/>
            </w:pPr>
            <w:r>
              <w:t xml:space="preserve"> </w:t>
            </w:r>
          </w:p>
        </w:tc>
        <w:tc>
          <w:tcPr>
            <w:tcW w:w="3000" w:type="dxa"/>
            <w:shd w:val="clear" w:color="auto" w:fill="FFF8E7"/>
            <w:vAlign w:val="center"/>
          </w:tcPr>
          <w:p w14:paraId="0A62D43D" w14:textId="77777777" w:rsidR="00CB4A63" w:rsidRDefault="006C25DB">
            <w:pPr>
              <w:spacing w:after="40"/>
            </w:pPr>
            <w:r>
              <w:t xml:space="preserve"> </w:t>
            </w:r>
          </w:p>
        </w:tc>
      </w:tr>
      <w:tr w:rsidR="00CB4A63" w14:paraId="2250D6B1" w14:textId="77777777" w:rsidTr="008B00D3">
        <w:trPr>
          <w:cantSplit/>
          <w:trHeight w:val="259"/>
        </w:trPr>
        <w:tc>
          <w:tcPr>
            <w:tcW w:w="6792" w:type="dxa"/>
            <w:shd w:val="clear" w:color="auto" w:fill="FFF8E7"/>
            <w:vAlign w:val="center"/>
          </w:tcPr>
          <w:p w14:paraId="7C5C93E4" w14:textId="77777777" w:rsidR="00CB4A63" w:rsidRDefault="006C25DB">
            <w:pPr>
              <w:spacing w:after="40"/>
            </w:pPr>
            <w:r>
              <w:t xml:space="preserve"> </w:t>
            </w:r>
          </w:p>
        </w:tc>
        <w:tc>
          <w:tcPr>
            <w:tcW w:w="3000" w:type="dxa"/>
            <w:shd w:val="clear" w:color="auto" w:fill="FFF8E7"/>
            <w:vAlign w:val="center"/>
          </w:tcPr>
          <w:p w14:paraId="06A27AE2" w14:textId="77777777" w:rsidR="00CB4A63" w:rsidRDefault="006C25DB">
            <w:pPr>
              <w:spacing w:after="40"/>
            </w:pPr>
            <w:r>
              <w:t xml:space="preserve"> </w:t>
            </w:r>
          </w:p>
        </w:tc>
      </w:tr>
      <w:tr w:rsidR="00CB4A63" w14:paraId="7F436A9D" w14:textId="77777777" w:rsidTr="008B00D3">
        <w:trPr>
          <w:cantSplit/>
          <w:trHeight w:val="259"/>
        </w:trPr>
        <w:tc>
          <w:tcPr>
            <w:tcW w:w="6792" w:type="dxa"/>
            <w:shd w:val="clear" w:color="auto" w:fill="FFF8E7"/>
            <w:vAlign w:val="center"/>
          </w:tcPr>
          <w:p w14:paraId="12490CAF" w14:textId="77777777" w:rsidR="00CB4A63" w:rsidRDefault="006C25DB">
            <w:pPr>
              <w:spacing w:after="40"/>
            </w:pPr>
            <w:r>
              <w:t xml:space="preserve"> </w:t>
            </w:r>
          </w:p>
        </w:tc>
        <w:tc>
          <w:tcPr>
            <w:tcW w:w="3000" w:type="dxa"/>
            <w:shd w:val="clear" w:color="auto" w:fill="FFF8E7"/>
            <w:vAlign w:val="center"/>
          </w:tcPr>
          <w:p w14:paraId="17785AE3" w14:textId="77777777" w:rsidR="00CB4A63" w:rsidRDefault="006C25DB">
            <w:pPr>
              <w:spacing w:after="40"/>
            </w:pPr>
            <w:r>
              <w:t xml:space="preserve"> </w:t>
            </w:r>
          </w:p>
        </w:tc>
      </w:tr>
      <w:tr w:rsidR="00CB4A63" w14:paraId="38974701" w14:textId="77777777" w:rsidTr="008B00D3">
        <w:trPr>
          <w:cantSplit/>
          <w:trHeight w:val="259"/>
        </w:trPr>
        <w:tc>
          <w:tcPr>
            <w:tcW w:w="6792" w:type="dxa"/>
            <w:shd w:val="clear" w:color="auto" w:fill="FFF8E7"/>
            <w:vAlign w:val="center"/>
          </w:tcPr>
          <w:p w14:paraId="585DF30F" w14:textId="77777777" w:rsidR="00CB4A63" w:rsidRDefault="006C25DB">
            <w:pPr>
              <w:spacing w:after="40"/>
            </w:pPr>
            <w:r>
              <w:t xml:space="preserve"> </w:t>
            </w:r>
          </w:p>
        </w:tc>
        <w:tc>
          <w:tcPr>
            <w:tcW w:w="3000" w:type="dxa"/>
            <w:shd w:val="clear" w:color="auto" w:fill="FFF8E7"/>
            <w:vAlign w:val="center"/>
          </w:tcPr>
          <w:p w14:paraId="27426130" w14:textId="77777777" w:rsidR="00CB4A63" w:rsidRDefault="006C25DB">
            <w:pPr>
              <w:spacing w:after="40"/>
            </w:pPr>
            <w:r>
              <w:t xml:space="preserve"> </w:t>
            </w:r>
          </w:p>
        </w:tc>
      </w:tr>
      <w:tr w:rsidR="00CB4A63" w14:paraId="500CC98A" w14:textId="77777777" w:rsidTr="008B00D3">
        <w:trPr>
          <w:cantSplit/>
          <w:trHeight w:val="259"/>
        </w:trPr>
        <w:tc>
          <w:tcPr>
            <w:tcW w:w="6792" w:type="dxa"/>
            <w:shd w:val="clear" w:color="auto" w:fill="FFF8E7"/>
            <w:vAlign w:val="center"/>
          </w:tcPr>
          <w:p w14:paraId="1E8BBFAA" w14:textId="77777777" w:rsidR="00CB4A63" w:rsidRDefault="006C25DB">
            <w:pPr>
              <w:spacing w:after="40"/>
            </w:pPr>
            <w:r>
              <w:t xml:space="preserve"> </w:t>
            </w:r>
          </w:p>
        </w:tc>
        <w:tc>
          <w:tcPr>
            <w:tcW w:w="3000" w:type="dxa"/>
            <w:shd w:val="clear" w:color="auto" w:fill="FFF8E7"/>
            <w:vAlign w:val="center"/>
          </w:tcPr>
          <w:p w14:paraId="7244AF7A" w14:textId="77777777" w:rsidR="00CB4A63" w:rsidRDefault="006C25DB">
            <w:pPr>
              <w:spacing w:after="40"/>
            </w:pPr>
            <w:r>
              <w:t xml:space="preserve"> </w:t>
            </w:r>
          </w:p>
        </w:tc>
      </w:tr>
    </w:tbl>
    <w:p w14:paraId="159C9478" w14:textId="77777777" w:rsidR="00CB4A63" w:rsidRDefault="006C25DB">
      <w:pPr>
        <w:pStyle w:val="Heading2"/>
        <w:spacing w:before="220" w:after="100" w:line="240" w:lineRule="auto"/>
        <w:rPr>
          <w:sz w:val="28"/>
          <w:szCs w:val="28"/>
        </w:rPr>
      </w:pPr>
      <w:r>
        <w:rPr>
          <w:sz w:val="28"/>
          <w:szCs w:val="28"/>
        </w:rPr>
        <w:t>Score</w:t>
      </w:r>
    </w:p>
    <w:tbl>
      <w:tblPr>
        <w:tblStyle w:val="TableGrid"/>
        <w:tblW w:w="9792" w:type="dxa"/>
        <w:tblLayout w:type="fixed"/>
        <w:tblCellMar>
          <w:top w:w="60" w:type="dxa"/>
          <w:left w:w="100" w:type="dxa"/>
          <w:bottom w:w="40" w:type="dxa"/>
          <w:right w:w="100" w:type="dxa"/>
        </w:tblCellMar>
        <w:tblLook w:val="04A0" w:firstRow="1" w:lastRow="0" w:firstColumn="1" w:lastColumn="0" w:noHBand="0" w:noVBand="1"/>
      </w:tblPr>
      <w:tblGrid>
        <w:gridCol w:w="3264"/>
        <w:gridCol w:w="3264"/>
        <w:gridCol w:w="3264"/>
      </w:tblGrid>
      <w:tr w:rsidR="00CB4A63" w14:paraId="4C4FB5E2" w14:textId="77777777">
        <w:trPr>
          <w:cantSplit/>
        </w:trPr>
        <w:tc>
          <w:tcPr>
            <w:tcW w:w="3264" w:type="dxa"/>
            <w:shd w:val="clear" w:color="auto" w:fill="1A2744"/>
            <w:vAlign w:val="center"/>
          </w:tcPr>
          <w:p w14:paraId="32F87133" w14:textId="77777777" w:rsidR="00CB4A63" w:rsidRDefault="00CB4A63">
            <w:pPr>
              <w:spacing w:after="40"/>
            </w:pPr>
          </w:p>
        </w:tc>
        <w:tc>
          <w:tcPr>
            <w:tcW w:w="3264" w:type="dxa"/>
            <w:shd w:val="clear" w:color="auto" w:fill="1A2744"/>
            <w:vAlign w:val="center"/>
          </w:tcPr>
          <w:p w14:paraId="001B6E73" w14:textId="77777777" w:rsidR="00CB4A63" w:rsidRDefault="006C25DB">
            <w:pPr>
              <w:spacing w:after="40"/>
            </w:pPr>
            <w:r>
              <w:rPr>
                <w:b/>
                <w:bCs/>
                <w:color w:val="FFFFFF"/>
                <w:szCs w:val="20"/>
              </w:rPr>
              <w:t>TEAM A</w:t>
            </w:r>
          </w:p>
        </w:tc>
        <w:tc>
          <w:tcPr>
            <w:tcW w:w="3264" w:type="dxa"/>
            <w:shd w:val="clear" w:color="auto" w:fill="1A2744"/>
            <w:vAlign w:val="center"/>
          </w:tcPr>
          <w:p w14:paraId="3768D8BE" w14:textId="77777777" w:rsidR="00CB4A63" w:rsidRDefault="006C25DB">
            <w:pPr>
              <w:spacing w:after="40"/>
            </w:pPr>
            <w:r>
              <w:rPr>
                <w:b/>
                <w:bCs/>
                <w:color w:val="FFFFFF"/>
                <w:szCs w:val="20"/>
              </w:rPr>
              <w:t>TEAM B</w:t>
            </w:r>
          </w:p>
        </w:tc>
      </w:tr>
      <w:tr w:rsidR="00CB4A63" w14:paraId="43886FBC" w14:textId="77777777" w:rsidTr="008B00D3">
        <w:trPr>
          <w:cantSplit/>
          <w:trHeight w:val="259"/>
        </w:trPr>
        <w:tc>
          <w:tcPr>
            <w:tcW w:w="3264" w:type="dxa"/>
            <w:vAlign w:val="center"/>
          </w:tcPr>
          <w:p w14:paraId="2901848E" w14:textId="77777777" w:rsidR="00CB4A63" w:rsidRDefault="006C25DB">
            <w:pPr>
              <w:spacing w:after="40"/>
            </w:pPr>
            <w:r>
              <w:rPr>
                <w:szCs w:val="20"/>
              </w:rPr>
              <w:t>Question 1</w:t>
            </w:r>
          </w:p>
        </w:tc>
        <w:tc>
          <w:tcPr>
            <w:tcW w:w="3264" w:type="dxa"/>
            <w:shd w:val="clear" w:color="auto" w:fill="FFF8E7"/>
            <w:vAlign w:val="center"/>
          </w:tcPr>
          <w:p w14:paraId="3A47132E" w14:textId="77777777" w:rsidR="00CB4A63" w:rsidRDefault="006C25DB">
            <w:pPr>
              <w:spacing w:after="40"/>
            </w:pPr>
            <w:r>
              <w:t xml:space="preserve"> </w:t>
            </w:r>
          </w:p>
        </w:tc>
        <w:tc>
          <w:tcPr>
            <w:tcW w:w="3264" w:type="dxa"/>
            <w:shd w:val="clear" w:color="auto" w:fill="FFF8E7"/>
            <w:vAlign w:val="center"/>
          </w:tcPr>
          <w:p w14:paraId="53B78C26" w14:textId="77777777" w:rsidR="00CB4A63" w:rsidRDefault="006C25DB">
            <w:pPr>
              <w:spacing w:after="40"/>
            </w:pPr>
            <w:r>
              <w:t xml:space="preserve"> </w:t>
            </w:r>
          </w:p>
        </w:tc>
      </w:tr>
      <w:tr w:rsidR="00CB4A63" w14:paraId="2F5F2B42" w14:textId="77777777" w:rsidTr="008B00D3">
        <w:trPr>
          <w:cantSplit/>
          <w:trHeight w:val="259"/>
        </w:trPr>
        <w:tc>
          <w:tcPr>
            <w:tcW w:w="3264" w:type="dxa"/>
            <w:vAlign w:val="center"/>
          </w:tcPr>
          <w:p w14:paraId="643368A5" w14:textId="77777777" w:rsidR="00CB4A63" w:rsidRDefault="006C25DB">
            <w:pPr>
              <w:spacing w:after="40"/>
            </w:pPr>
            <w:r>
              <w:rPr>
                <w:szCs w:val="20"/>
              </w:rPr>
              <w:t>Question 2</w:t>
            </w:r>
          </w:p>
        </w:tc>
        <w:tc>
          <w:tcPr>
            <w:tcW w:w="3264" w:type="dxa"/>
            <w:shd w:val="clear" w:color="auto" w:fill="FFF8E7"/>
            <w:vAlign w:val="center"/>
          </w:tcPr>
          <w:p w14:paraId="23426A9E" w14:textId="77777777" w:rsidR="00CB4A63" w:rsidRDefault="006C25DB">
            <w:pPr>
              <w:spacing w:after="40"/>
            </w:pPr>
            <w:r>
              <w:t xml:space="preserve"> </w:t>
            </w:r>
          </w:p>
        </w:tc>
        <w:tc>
          <w:tcPr>
            <w:tcW w:w="3264" w:type="dxa"/>
            <w:shd w:val="clear" w:color="auto" w:fill="FFF8E7"/>
            <w:vAlign w:val="center"/>
          </w:tcPr>
          <w:p w14:paraId="4600FFB9" w14:textId="77777777" w:rsidR="00CB4A63" w:rsidRDefault="006C25DB">
            <w:pPr>
              <w:spacing w:after="40"/>
            </w:pPr>
            <w:r>
              <w:t xml:space="preserve"> </w:t>
            </w:r>
          </w:p>
        </w:tc>
      </w:tr>
      <w:tr w:rsidR="00CB4A63" w14:paraId="48D7FD3B" w14:textId="77777777" w:rsidTr="008B00D3">
        <w:trPr>
          <w:cantSplit/>
          <w:trHeight w:val="259"/>
        </w:trPr>
        <w:tc>
          <w:tcPr>
            <w:tcW w:w="3264" w:type="dxa"/>
            <w:vAlign w:val="center"/>
          </w:tcPr>
          <w:p w14:paraId="710B4EA7" w14:textId="77777777" w:rsidR="00CB4A63" w:rsidRDefault="006C25DB">
            <w:pPr>
              <w:spacing w:after="40"/>
            </w:pPr>
            <w:r>
              <w:rPr>
                <w:szCs w:val="20"/>
              </w:rPr>
              <w:t>Question 3</w:t>
            </w:r>
          </w:p>
        </w:tc>
        <w:tc>
          <w:tcPr>
            <w:tcW w:w="3264" w:type="dxa"/>
            <w:shd w:val="clear" w:color="auto" w:fill="FFF8E7"/>
            <w:vAlign w:val="center"/>
          </w:tcPr>
          <w:p w14:paraId="59D5480A" w14:textId="77777777" w:rsidR="00CB4A63" w:rsidRDefault="006C25DB">
            <w:pPr>
              <w:spacing w:after="40"/>
            </w:pPr>
            <w:r>
              <w:t xml:space="preserve"> </w:t>
            </w:r>
          </w:p>
        </w:tc>
        <w:tc>
          <w:tcPr>
            <w:tcW w:w="3264" w:type="dxa"/>
            <w:shd w:val="clear" w:color="auto" w:fill="FFF8E7"/>
            <w:vAlign w:val="center"/>
          </w:tcPr>
          <w:p w14:paraId="66398CB6" w14:textId="77777777" w:rsidR="00CB4A63" w:rsidRDefault="006C25DB">
            <w:pPr>
              <w:spacing w:after="40"/>
            </w:pPr>
            <w:r>
              <w:t xml:space="preserve"> </w:t>
            </w:r>
          </w:p>
        </w:tc>
      </w:tr>
      <w:tr w:rsidR="00CB4A63" w14:paraId="60D6E1FD" w14:textId="77777777" w:rsidTr="008B00D3">
        <w:trPr>
          <w:cantSplit/>
          <w:trHeight w:val="259"/>
        </w:trPr>
        <w:tc>
          <w:tcPr>
            <w:tcW w:w="3264" w:type="dxa"/>
            <w:vAlign w:val="center"/>
          </w:tcPr>
          <w:p w14:paraId="211A957B" w14:textId="77777777" w:rsidR="00CB4A63" w:rsidRDefault="006C25DB">
            <w:pPr>
              <w:spacing w:after="40"/>
            </w:pPr>
            <w:r>
              <w:rPr>
                <w:szCs w:val="20"/>
              </w:rPr>
              <w:t>Total</w:t>
            </w:r>
          </w:p>
        </w:tc>
        <w:tc>
          <w:tcPr>
            <w:tcW w:w="3264" w:type="dxa"/>
            <w:shd w:val="clear" w:color="auto" w:fill="FFF8E7"/>
            <w:vAlign w:val="center"/>
          </w:tcPr>
          <w:p w14:paraId="13E54962" w14:textId="77777777" w:rsidR="00CB4A63" w:rsidRDefault="006C25DB">
            <w:pPr>
              <w:spacing w:after="40"/>
            </w:pPr>
            <w:r>
              <w:t xml:space="preserve"> </w:t>
            </w:r>
          </w:p>
        </w:tc>
        <w:tc>
          <w:tcPr>
            <w:tcW w:w="3264" w:type="dxa"/>
            <w:shd w:val="clear" w:color="auto" w:fill="FFF8E7"/>
            <w:vAlign w:val="center"/>
          </w:tcPr>
          <w:p w14:paraId="5E3CE2D5" w14:textId="77777777" w:rsidR="00CB4A63" w:rsidRDefault="006C25DB">
            <w:pPr>
              <w:spacing w:after="40"/>
            </w:pPr>
            <w:r>
              <w:t xml:space="preserve"> </w:t>
            </w:r>
          </w:p>
        </w:tc>
      </w:tr>
    </w:tbl>
    <w:p w14:paraId="2EA8943B" w14:textId="77777777" w:rsidR="00CB4A63" w:rsidRDefault="006C25DB">
      <w:pPr>
        <w:pStyle w:val="Title"/>
        <w:pageBreakBefore/>
        <w:spacing w:after="220"/>
      </w:pPr>
      <w:r>
        <w:lastRenderedPageBreak/>
        <w:t>Manual Relay | Question Cards</w:t>
      </w:r>
    </w:p>
    <w:p w14:paraId="144B75CD" w14:textId="77777777" w:rsidR="00CB4A63" w:rsidRDefault="006C25DB">
      <w:pPr>
        <w:spacing w:after="140" w:line="283" w:lineRule="auto"/>
        <w:rPr>
          <w:sz w:val="22"/>
        </w:rPr>
      </w:pPr>
      <w:r>
        <w:rPr>
          <w:i/>
          <w:iCs/>
          <w:color w:val="5A6270"/>
          <w:sz w:val="21"/>
          <w:szCs w:val="21"/>
        </w:rPr>
        <w:t>Leader prep  •  Write the same five questions on both cards, then cut along the dashed line</w:t>
      </w:r>
    </w:p>
    <w:p w14:paraId="2DF2EF33" w14:textId="77777777" w:rsidR="00CB4A63" w:rsidRDefault="006C25DB">
      <w:pPr>
        <w:spacing w:after="100" w:line="283" w:lineRule="auto"/>
        <w:rPr>
          <w:sz w:val="22"/>
        </w:rPr>
      </w:pPr>
      <w:r>
        <w:rPr>
          <w:b/>
          <w:bCs/>
          <w:sz w:val="22"/>
        </w:rPr>
        <w:t xml:space="preserve">Team: </w:t>
      </w:r>
      <w:r>
        <w:rPr>
          <w:sz w:val="22"/>
        </w:rPr>
        <w:t>_____________________________</w:t>
      </w:r>
    </w:p>
    <w:tbl>
      <w:tblPr>
        <w:tblStyle w:val="TableGrid"/>
        <w:tblW w:w="9792" w:type="dxa"/>
        <w:tblLayout w:type="fixed"/>
        <w:tblCellMar>
          <w:top w:w="60" w:type="dxa"/>
          <w:left w:w="100" w:type="dxa"/>
          <w:bottom w:w="40" w:type="dxa"/>
          <w:right w:w="100" w:type="dxa"/>
        </w:tblCellMar>
        <w:tblLook w:val="04A0" w:firstRow="1" w:lastRow="0" w:firstColumn="1" w:lastColumn="0" w:noHBand="0" w:noVBand="1"/>
      </w:tblPr>
      <w:tblGrid>
        <w:gridCol w:w="600"/>
        <w:gridCol w:w="4092"/>
        <w:gridCol w:w="2400"/>
        <w:gridCol w:w="2700"/>
      </w:tblGrid>
      <w:tr w:rsidR="00CB4A63" w14:paraId="09699D2B" w14:textId="77777777">
        <w:trPr>
          <w:cantSplit/>
        </w:trPr>
        <w:tc>
          <w:tcPr>
            <w:tcW w:w="600" w:type="dxa"/>
            <w:shd w:val="clear" w:color="auto" w:fill="1A2744"/>
            <w:vAlign w:val="center"/>
          </w:tcPr>
          <w:p w14:paraId="5BCF3411" w14:textId="77777777" w:rsidR="00CB4A63" w:rsidRDefault="006C25DB">
            <w:pPr>
              <w:spacing w:after="40"/>
            </w:pPr>
            <w:r>
              <w:rPr>
                <w:b/>
                <w:bCs/>
                <w:color w:val="FFFFFF"/>
                <w:szCs w:val="20"/>
              </w:rPr>
              <w:t>#</w:t>
            </w:r>
          </w:p>
        </w:tc>
        <w:tc>
          <w:tcPr>
            <w:tcW w:w="4092" w:type="dxa"/>
            <w:shd w:val="clear" w:color="auto" w:fill="1A2744"/>
            <w:vAlign w:val="center"/>
          </w:tcPr>
          <w:p w14:paraId="370D6763" w14:textId="77777777" w:rsidR="00CB4A63" w:rsidRDefault="006C25DB">
            <w:pPr>
              <w:spacing w:after="40"/>
            </w:pPr>
            <w:r>
              <w:rPr>
                <w:b/>
                <w:bCs/>
                <w:color w:val="FFFFFF"/>
                <w:szCs w:val="20"/>
              </w:rPr>
              <w:t>QUESTION</w:t>
            </w:r>
          </w:p>
        </w:tc>
        <w:tc>
          <w:tcPr>
            <w:tcW w:w="2400" w:type="dxa"/>
            <w:shd w:val="clear" w:color="auto" w:fill="1A2744"/>
            <w:vAlign w:val="center"/>
          </w:tcPr>
          <w:p w14:paraId="18441A6F" w14:textId="77777777" w:rsidR="00CB4A63" w:rsidRDefault="006C25DB">
            <w:pPr>
              <w:spacing w:after="40"/>
            </w:pPr>
            <w:r>
              <w:rPr>
                <w:b/>
                <w:bCs/>
                <w:color w:val="FFFFFF"/>
                <w:szCs w:val="20"/>
              </w:rPr>
              <w:t>ANSWER</w:t>
            </w:r>
          </w:p>
        </w:tc>
        <w:tc>
          <w:tcPr>
            <w:tcW w:w="2700" w:type="dxa"/>
            <w:shd w:val="clear" w:color="auto" w:fill="1A2744"/>
            <w:vAlign w:val="center"/>
          </w:tcPr>
          <w:p w14:paraId="07B6C328" w14:textId="77777777" w:rsidR="00CB4A63" w:rsidRDefault="006C25DB">
            <w:pPr>
              <w:spacing w:after="40"/>
            </w:pPr>
            <w:r>
              <w:rPr>
                <w:b/>
                <w:bCs/>
                <w:color w:val="FFFFFF"/>
                <w:szCs w:val="20"/>
              </w:rPr>
              <w:t>PAGE OR SECTION</w:t>
            </w:r>
          </w:p>
        </w:tc>
      </w:tr>
      <w:tr w:rsidR="00CB4A63" w14:paraId="497D91B0" w14:textId="77777777">
        <w:trPr>
          <w:cantSplit/>
          <w:trHeight w:val="560"/>
        </w:trPr>
        <w:tc>
          <w:tcPr>
            <w:tcW w:w="600" w:type="dxa"/>
            <w:vAlign w:val="center"/>
          </w:tcPr>
          <w:p w14:paraId="33BF209C" w14:textId="77777777" w:rsidR="00CB4A63" w:rsidRDefault="006C25DB">
            <w:pPr>
              <w:spacing w:after="40"/>
              <w:jc w:val="center"/>
            </w:pPr>
            <w:r>
              <w:rPr>
                <w:szCs w:val="20"/>
              </w:rPr>
              <w:t>1</w:t>
            </w:r>
          </w:p>
        </w:tc>
        <w:tc>
          <w:tcPr>
            <w:tcW w:w="4092" w:type="dxa"/>
            <w:shd w:val="clear" w:color="auto" w:fill="FFF8E7"/>
            <w:vAlign w:val="center"/>
          </w:tcPr>
          <w:p w14:paraId="4652DE08" w14:textId="77777777" w:rsidR="00CB4A63" w:rsidRDefault="006C25DB">
            <w:pPr>
              <w:spacing w:after="40"/>
            </w:pPr>
            <w:r>
              <w:t xml:space="preserve"> </w:t>
            </w:r>
          </w:p>
        </w:tc>
        <w:tc>
          <w:tcPr>
            <w:tcW w:w="2400" w:type="dxa"/>
            <w:shd w:val="clear" w:color="auto" w:fill="FFF8E7"/>
            <w:vAlign w:val="center"/>
          </w:tcPr>
          <w:p w14:paraId="741CBF2E" w14:textId="77777777" w:rsidR="00CB4A63" w:rsidRDefault="006C25DB">
            <w:pPr>
              <w:spacing w:after="40"/>
            </w:pPr>
            <w:r>
              <w:t xml:space="preserve"> </w:t>
            </w:r>
          </w:p>
        </w:tc>
        <w:tc>
          <w:tcPr>
            <w:tcW w:w="2700" w:type="dxa"/>
            <w:shd w:val="clear" w:color="auto" w:fill="FFF8E7"/>
            <w:vAlign w:val="center"/>
          </w:tcPr>
          <w:p w14:paraId="0DDF4598" w14:textId="77777777" w:rsidR="00CB4A63" w:rsidRDefault="006C25DB">
            <w:pPr>
              <w:spacing w:after="40"/>
            </w:pPr>
            <w:r>
              <w:t xml:space="preserve"> </w:t>
            </w:r>
          </w:p>
        </w:tc>
      </w:tr>
      <w:tr w:rsidR="00CB4A63" w14:paraId="4C645333" w14:textId="77777777">
        <w:trPr>
          <w:cantSplit/>
          <w:trHeight w:val="560"/>
        </w:trPr>
        <w:tc>
          <w:tcPr>
            <w:tcW w:w="600" w:type="dxa"/>
            <w:vAlign w:val="center"/>
          </w:tcPr>
          <w:p w14:paraId="714AF2FD" w14:textId="77777777" w:rsidR="00CB4A63" w:rsidRDefault="006C25DB">
            <w:pPr>
              <w:spacing w:after="40"/>
              <w:jc w:val="center"/>
            </w:pPr>
            <w:r>
              <w:rPr>
                <w:szCs w:val="20"/>
              </w:rPr>
              <w:t>2</w:t>
            </w:r>
          </w:p>
        </w:tc>
        <w:tc>
          <w:tcPr>
            <w:tcW w:w="4092" w:type="dxa"/>
            <w:shd w:val="clear" w:color="auto" w:fill="FFF8E7"/>
            <w:vAlign w:val="center"/>
          </w:tcPr>
          <w:p w14:paraId="6358BCE2" w14:textId="77777777" w:rsidR="00CB4A63" w:rsidRDefault="006C25DB">
            <w:pPr>
              <w:spacing w:after="40"/>
            </w:pPr>
            <w:r>
              <w:t xml:space="preserve"> </w:t>
            </w:r>
          </w:p>
        </w:tc>
        <w:tc>
          <w:tcPr>
            <w:tcW w:w="2400" w:type="dxa"/>
            <w:shd w:val="clear" w:color="auto" w:fill="FFF8E7"/>
            <w:vAlign w:val="center"/>
          </w:tcPr>
          <w:p w14:paraId="5E53165F" w14:textId="77777777" w:rsidR="00CB4A63" w:rsidRDefault="006C25DB">
            <w:pPr>
              <w:spacing w:after="40"/>
            </w:pPr>
            <w:r>
              <w:t xml:space="preserve"> </w:t>
            </w:r>
          </w:p>
        </w:tc>
        <w:tc>
          <w:tcPr>
            <w:tcW w:w="2700" w:type="dxa"/>
            <w:shd w:val="clear" w:color="auto" w:fill="FFF8E7"/>
            <w:vAlign w:val="center"/>
          </w:tcPr>
          <w:p w14:paraId="348E2669" w14:textId="77777777" w:rsidR="00CB4A63" w:rsidRDefault="006C25DB">
            <w:pPr>
              <w:spacing w:after="40"/>
            </w:pPr>
            <w:r>
              <w:t xml:space="preserve"> </w:t>
            </w:r>
          </w:p>
        </w:tc>
      </w:tr>
      <w:tr w:rsidR="00CB4A63" w14:paraId="67870A42" w14:textId="77777777">
        <w:trPr>
          <w:cantSplit/>
          <w:trHeight w:val="560"/>
        </w:trPr>
        <w:tc>
          <w:tcPr>
            <w:tcW w:w="600" w:type="dxa"/>
            <w:vAlign w:val="center"/>
          </w:tcPr>
          <w:p w14:paraId="3FD8A930" w14:textId="77777777" w:rsidR="00CB4A63" w:rsidRDefault="006C25DB">
            <w:pPr>
              <w:spacing w:after="40"/>
              <w:jc w:val="center"/>
            </w:pPr>
            <w:r>
              <w:rPr>
                <w:szCs w:val="20"/>
              </w:rPr>
              <w:t>3</w:t>
            </w:r>
          </w:p>
        </w:tc>
        <w:tc>
          <w:tcPr>
            <w:tcW w:w="4092" w:type="dxa"/>
            <w:shd w:val="clear" w:color="auto" w:fill="FFF8E7"/>
            <w:vAlign w:val="center"/>
          </w:tcPr>
          <w:p w14:paraId="75DF7239" w14:textId="77777777" w:rsidR="00CB4A63" w:rsidRDefault="006C25DB">
            <w:pPr>
              <w:spacing w:after="40"/>
            </w:pPr>
            <w:r>
              <w:t xml:space="preserve"> </w:t>
            </w:r>
          </w:p>
        </w:tc>
        <w:tc>
          <w:tcPr>
            <w:tcW w:w="2400" w:type="dxa"/>
            <w:shd w:val="clear" w:color="auto" w:fill="FFF8E7"/>
            <w:vAlign w:val="center"/>
          </w:tcPr>
          <w:p w14:paraId="182DE21B" w14:textId="77777777" w:rsidR="00CB4A63" w:rsidRDefault="006C25DB">
            <w:pPr>
              <w:spacing w:after="40"/>
            </w:pPr>
            <w:r>
              <w:t xml:space="preserve"> </w:t>
            </w:r>
          </w:p>
        </w:tc>
        <w:tc>
          <w:tcPr>
            <w:tcW w:w="2700" w:type="dxa"/>
            <w:shd w:val="clear" w:color="auto" w:fill="FFF8E7"/>
            <w:vAlign w:val="center"/>
          </w:tcPr>
          <w:p w14:paraId="3347E0C7" w14:textId="77777777" w:rsidR="00CB4A63" w:rsidRDefault="006C25DB">
            <w:pPr>
              <w:spacing w:after="40"/>
            </w:pPr>
            <w:r>
              <w:t xml:space="preserve"> </w:t>
            </w:r>
          </w:p>
        </w:tc>
      </w:tr>
      <w:tr w:rsidR="00CB4A63" w14:paraId="316A9FD2" w14:textId="77777777">
        <w:trPr>
          <w:cantSplit/>
          <w:trHeight w:val="560"/>
        </w:trPr>
        <w:tc>
          <w:tcPr>
            <w:tcW w:w="600" w:type="dxa"/>
            <w:vAlign w:val="center"/>
          </w:tcPr>
          <w:p w14:paraId="42A16942" w14:textId="77777777" w:rsidR="00CB4A63" w:rsidRDefault="006C25DB">
            <w:pPr>
              <w:spacing w:after="40"/>
              <w:jc w:val="center"/>
            </w:pPr>
            <w:r>
              <w:rPr>
                <w:szCs w:val="20"/>
              </w:rPr>
              <w:t>4</w:t>
            </w:r>
          </w:p>
        </w:tc>
        <w:tc>
          <w:tcPr>
            <w:tcW w:w="4092" w:type="dxa"/>
            <w:shd w:val="clear" w:color="auto" w:fill="FFF8E7"/>
            <w:vAlign w:val="center"/>
          </w:tcPr>
          <w:p w14:paraId="454FD64D" w14:textId="77777777" w:rsidR="00CB4A63" w:rsidRDefault="006C25DB">
            <w:pPr>
              <w:spacing w:after="40"/>
            </w:pPr>
            <w:r>
              <w:t xml:space="preserve"> </w:t>
            </w:r>
          </w:p>
        </w:tc>
        <w:tc>
          <w:tcPr>
            <w:tcW w:w="2400" w:type="dxa"/>
            <w:shd w:val="clear" w:color="auto" w:fill="FFF8E7"/>
            <w:vAlign w:val="center"/>
          </w:tcPr>
          <w:p w14:paraId="22DD3332" w14:textId="77777777" w:rsidR="00CB4A63" w:rsidRDefault="006C25DB">
            <w:pPr>
              <w:spacing w:after="40"/>
            </w:pPr>
            <w:r>
              <w:t xml:space="preserve"> </w:t>
            </w:r>
          </w:p>
        </w:tc>
        <w:tc>
          <w:tcPr>
            <w:tcW w:w="2700" w:type="dxa"/>
            <w:shd w:val="clear" w:color="auto" w:fill="FFF8E7"/>
            <w:vAlign w:val="center"/>
          </w:tcPr>
          <w:p w14:paraId="1B01DC3C" w14:textId="77777777" w:rsidR="00CB4A63" w:rsidRDefault="006C25DB">
            <w:pPr>
              <w:spacing w:after="40"/>
            </w:pPr>
            <w:r>
              <w:t xml:space="preserve"> </w:t>
            </w:r>
          </w:p>
        </w:tc>
      </w:tr>
      <w:tr w:rsidR="00CB4A63" w14:paraId="31B7D9B4" w14:textId="77777777">
        <w:trPr>
          <w:cantSplit/>
          <w:trHeight w:val="560"/>
        </w:trPr>
        <w:tc>
          <w:tcPr>
            <w:tcW w:w="600" w:type="dxa"/>
            <w:vAlign w:val="center"/>
          </w:tcPr>
          <w:p w14:paraId="628213B4" w14:textId="77777777" w:rsidR="00CB4A63" w:rsidRDefault="006C25DB">
            <w:pPr>
              <w:spacing w:after="40"/>
              <w:jc w:val="center"/>
            </w:pPr>
            <w:r>
              <w:rPr>
                <w:szCs w:val="20"/>
              </w:rPr>
              <w:t>5</w:t>
            </w:r>
          </w:p>
        </w:tc>
        <w:tc>
          <w:tcPr>
            <w:tcW w:w="4092" w:type="dxa"/>
            <w:shd w:val="clear" w:color="auto" w:fill="FFF8E7"/>
            <w:vAlign w:val="center"/>
          </w:tcPr>
          <w:p w14:paraId="333AC71E" w14:textId="77777777" w:rsidR="00CB4A63" w:rsidRDefault="006C25DB">
            <w:pPr>
              <w:spacing w:after="40"/>
            </w:pPr>
            <w:r>
              <w:t xml:space="preserve"> </w:t>
            </w:r>
          </w:p>
        </w:tc>
        <w:tc>
          <w:tcPr>
            <w:tcW w:w="2400" w:type="dxa"/>
            <w:shd w:val="clear" w:color="auto" w:fill="FFF8E7"/>
            <w:vAlign w:val="center"/>
          </w:tcPr>
          <w:p w14:paraId="70F5A4DC" w14:textId="77777777" w:rsidR="00CB4A63" w:rsidRDefault="006C25DB">
            <w:pPr>
              <w:spacing w:after="40"/>
            </w:pPr>
            <w:r>
              <w:t xml:space="preserve"> </w:t>
            </w:r>
          </w:p>
        </w:tc>
        <w:tc>
          <w:tcPr>
            <w:tcW w:w="2700" w:type="dxa"/>
            <w:shd w:val="clear" w:color="auto" w:fill="FFF8E7"/>
            <w:vAlign w:val="center"/>
          </w:tcPr>
          <w:p w14:paraId="1AC27965" w14:textId="77777777" w:rsidR="00CB4A63" w:rsidRDefault="006C25DB">
            <w:pPr>
              <w:spacing w:after="40"/>
            </w:pPr>
            <w:r>
              <w:t xml:space="preserve"> </w:t>
            </w:r>
          </w:p>
        </w:tc>
      </w:tr>
    </w:tbl>
    <w:p w14:paraId="7527A933" w14:textId="77777777" w:rsidR="00CB4A63" w:rsidRDefault="006C25DB">
      <w:pPr>
        <w:spacing w:after="60" w:line="283" w:lineRule="auto"/>
        <w:rPr>
          <w:sz w:val="22"/>
        </w:rPr>
      </w:pPr>
      <w:r>
        <w:rPr>
          <w:i/>
          <w:iCs/>
          <w:color w:val="5A6270"/>
          <w:szCs w:val="20"/>
        </w:rPr>
        <w:t>Pass the card to the next teammate after each answer. No search function.</w:t>
      </w:r>
    </w:p>
    <w:p w14:paraId="0D930F6D" w14:textId="77777777" w:rsidR="00CB4A63" w:rsidRDefault="00CB4A63">
      <w:pPr>
        <w:pBdr>
          <w:bottom w:val="dashed" w:sz="8" w:space="1" w:color="5A6270"/>
        </w:pBdr>
        <w:spacing w:before="200" w:after="300"/>
      </w:pPr>
    </w:p>
    <w:p w14:paraId="5DC392DA" w14:textId="77777777" w:rsidR="00CB4A63" w:rsidRDefault="006C25DB">
      <w:pPr>
        <w:spacing w:after="100" w:line="283" w:lineRule="auto"/>
        <w:rPr>
          <w:sz w:val="22"/>
        </w:rPr>
      </w:pPr>
      <w:r>
        <w:rPr>
          <w:b/>
          <w:bCs/>
          <w:sz w:val="22"/>
        </w:rPr>
        <w:t xml:space="preserve">Team: </w:t>
      </w:r>
      <w:r>
        <w:rPr>
          <w:sz w:val="22"/>
        </w:rPr>
        <w:t>_____________________________</w:t>
      </w:r>
    </w:p>
    <w:tbl>
      <w:tblPr>
        <w:tblStyle w:val="TableGrid"/>
        <w:tblW w:w="9792" w:type="dxa"/>
        <w:tblLayout w:type="fixed"/>
        <w:tblCellMar>
          <w:top w:w="60" w:type="dxa"/>
          <w:left w:w="100" w:type="dxa"/>
          <w:bottom w:w="40" w:type="dxa"/>
          <w:right w:w="100" w:type="dxa"/>
        </w:tblCellMar>
        <w:tblLook w:val="04A0" w:firstRow="1" w:lastRow="0" w:firstColumn="1" w:lastColumn="0" w:noHBand="0" w:noVBand="1"/>
      </w:tblPr>
      <w:tblGrid>
        <w:gridCol w:w="600"/>
        <w:gridCol w:w="4092"/>
        <w:gridCol w:w="2400"/>
        <w:gridCol w:w="2700"/>
      </w:tblGrid>
      <w:tr w:rsidR="00CB4A63" w14:paraId="5BCD3A3A" w14:textId="77777777">
        <w:trPr>
          <w:cantSplit/>
        </w:trPr>
        <w:tc>
          <w:tcPr>
            <w:tcW w:w="600" w:type="dxa"/>
            <w:shd w:val="clear" w:color="auto" w:fill="1A2744"/>
            <w:vAlign w:val="center"/>
          </w:tcPr>
          <w:p w14:paraId="32E58F43" w14:textId="77777777" w:rsidR="00CB4A63" w:rsidRDefault="006C25DB">
            <w:pPr>
              <w:spacing w:after="40"/>
            </w:pPr>
            <w:r>
              <w:rPr>
                <w:b/>
                <w:bCs/>
                <w:color w:val="FFFFFF"/>
                <w:szCs w:val="20"/>
              </w:rPr>
              <w:t>#</w:t>
            </w:r>
          </w:p>
        </w:tc>
        <w:tc>
          <w:tcPr>
            <w:tcW w:w="4092" w:type="dxa"/>
            <w:shd w:val="clear" w:color="auto" w:fill="1A2744"/>
            <w:vAlign w:val="center"/>
          </w:tcPr>
          <w:p w14:paraId="2BB5BD8E" w14:textId="77777777" w:rsidR="00CB4A63" w:rsidRDefault="006C25DB">
            <w:pPr>
              <w:spacing w:after="40"/>
            </w:pPr>
            <w:r>
              <w:rPr>
                <w:b/>
                <w:bCs/>
                <w:color w:val="FFFFFF"/>
                <w:szCs w:val="20"/>
              </w:rPr>
              <w:t>QUESTION</w:t>
            </w:r>
          </w:p>
        </w:tc>
        <w:tc>
          <w:tcPr>
            <w:tcW w:w="2400" w:type="dxa"/>
            <w:shd w:val="clear" w:color="auto" w:fill="1A2744"/>
            <w:vAlign w:val="center"/>
          </w:tcPr>
          <w:p w14:paraId="7635BD9C" w14:textId="77777777" w:rsidR="00CB4A63" w:rsidRDefault="006C25DB">
            <w:pPr>
              <w:spacing w:after="40"/>
            </w:pPr>
            <w:r>
              <w:rPr>
                <w:b/>
                <w:bCs/>
                <w:color w:val="FFFFFF"/>
                <w:szCs w:val="20"/>
              </w:rPr>
              <w:t>ANSWER</w:t>
            </w:r>
          </w:p>
        </w:tc>
        <w:tc>
          <w:tcPr>
            <w:tcW w:w="2700" w:type="dxa"/>
            <w:shd w:val="clear" w:color="auto" w:fill="1A2744"/>
            <w:vAlign w:val="center"/>
          </w:tcPr>
          <w:p w14:paraId="06B7FF63" w14:textId="77777777" w:rsidR="00CB4A63" w:rsidRDefault="006C25DB">
            <w:pPr>
              <w:spacing w:after="40"/>
            </w:pPr>
            <w:r>
              <w:rPr>
                <w:b/>
                <w:bCs/>
                <w:color w:val="FFFFFF"/>
                <w:szCs w:val="20"/>
              </w:rPr>
              <w:t>PAGE OR SECTION</w:t>
            </w:r>
          </w:p>
        </w:tc>
      </w:tr>
      <w:tr w:rsidR="00CB4A63" w14:paraId="6485964B" w14:textId="77777777">
        <w:trPr>
          <w:cantSplit/>
          <w:trHeight w:val="560"/>
        </w:trPr>
        <w:tc>
          <w:tcPr>
            <w:tcW w:w="600" w:type="dxa"/>
            <w:vAlign w:val="center"/>
          </w:tcPr>
          <w:p w14:paraId="6B3FA4ED" w14:textId="77777777" w:rsidR="00CB4A63" w:rsidRDefault="006C25DB">
            <w:pPr>
              <w:spacing w:after="40"/>
              <w:jc w:val="center"/>
            </w:pPr>
            <w:r>
              <w:rPr>
                <w:szCs w:val="20"/>
              </w:rPr>
              <w:t>1</w:t>
            </w:r>
          </w:p>
        </w:tc>
        <w:tc>
          <w:tcPr>
            <w:tcW w:w="4092" w:type="dxa"/>
            <w:shd w:val="clear" w:color="auto" w:fill="FFF8E7"/>
            <w:vAlign w:val="center"/>
          </w:tcPr>
          <w:p w14:paraId="03A6FA7C" w14:textId="77777777" w:rsidR="00CB4A63" w:rsidRDefault="006C25DB">
            <w:pPr>
              <w:spacing w:after="40"/>
            </w:pPr>
            <w:r>
              <w:t xml:space="preserve"> </w:t>
            </w:r>
          </w:p>
        </w:tc>
        <w:tc>
          <w:tcPr>
            <w:tcW w:w="2400" w:type="dxa"/>
            <w:shd w:val="clear" w:color="auto" w:fill="FFF8E7"/>
            <w:vAlign w:val="center"/>
          </w:tcPr>
          <w:p w14:paraId="37E40731" w14:textId="77777777" w:rsidR="00CB4A63" w:rsidRDefault="006C25DB">
            <w:pPr>
              <w:spacing w:after="40"/>
            </w:pPr>
            <w:r>
              <w:t xml:space="preserve"> </w:t>
            </w:r>
          </w:p>
        </w:tc>
        <w:tc>
          <w:tcPr>
            <w:tcW w:w="2700" w:type="dxa"/>
            <w:shd w:val="clear" w:color="auto" w:fill="FFF8E7"/>
            <w:vAlign w:val="center"/>
          </w:tcPr>
          <w:p w14:paraId="41F4B9B8" w14:textId="77777777" w:rsidR="00CB4A63" w:rsidRDefault="006C25DB">
            <w:pPr>
              <w:spacing w:after="40"/>
            </w:pPr>
            <w:r>
              <w:t xml:space="preserve"> </w:t>
            </w:r>
          </w:p>
        </w:tc>
      </w:tr>
      <w:tr w:rsidR="00CB4A63" w14:paraId="5552B7FF" w14:textId="77777777">
        <w:trPr>
          <w:cantSplit/>
          <w:trHeight w:val="560"/>
        </w:trPr>
        <w:tc>
          <w:tcPr>
            <w:tcW w:w="600" w:type="dxa"/>
            <w:vAlign w:val="center"/>
          </w:tcPr>
          <w:p w14:paraId="73E39BE7" w14:textId="77777777" w:rsidR="00CB4A63" w:rsidRDefault="006C25DB">
            <w:pPr>
              <w:spacing w:after="40"/>
              <w:jc w:val="center"/>
            </w:pPr>
            <w:r>
              <w:rPr>
                <w:szCs w:val="20"/>
              </w:rPr>
              <w:t>2</w:t>
            </w:r>
          </w:p>
        </w:tc>
        <w:tc>
          <w:tcPr>
            <w:tcW w:w="4092" w:type="dxa"/>
            <w:shd w:val="clear" w:color="auto" w:fill="FFF8E7"/>
            <w:vAlign w:val="center"/>
          </w:tcPr>
          <w:p w14:paraId="7DE0D2E4" w14:textId="77777777" w:rsidR="00CB4A63" w:rsidRDefault="006C25DB">
            <w:pPr>
              <w:spacing w:after="40"/>
            </w:pPr>
            <w:r>
              <w:t xml:space="preserve"> </w:t>
            </w:r>
          </w:p>
        </w:tc>
        <w:tc>
          <w:tcPr>
            <w:tcW w:w="2400" w:type="dxa"/>
            <w:shd w:val="clear" w:color="auto" w:fill="FFF8E7"/>
            <w:vAlign w:val="center"/>
          </w:tcPr>
          <w:p w14:paraId="35077D46" w14:textId="77777777" w:rsidR="00CB4A63" w:rsidRDefault="006C25DB">
            <w:pPr>
              <w:spacing w:after="40"/>
            </w:pPr>
            <w:r>
              <w:t xml:space="preserve"> </w:t>
            </w:r>
          </w:p>
        </w:tc>
        <w:tc>
          <w:tcPr>
            <w:tcW w:w="2700" w:type="dxa"/>
            <w:shd w:val="clear" w:color="auto" w:fill="FFF8E7"/>
            <w:vAlign w:val="center"/>
          </w:tcPr>
          <w:p w14:paraId="7B5DB76D" w14:textId="77777777" w:rsidR="00CB4A63" w:rsidRDefault="006C25DB">
            <w:pPr>
              <w:spacing w:after="40"/>
            </w:pPr>
            <w:r>
              <w:t xml:space="preserve"> </w:t>
            </w:r>
          </w:p>
        </w:tc>
      </w:tr>
      <w:tr w:rsidR="00CB4A63" w14:paraId="087B4CC3" w14:textId="77777777">
        <w:trPr>
          <w:cantSplit/>
          <w:trHeight w:val="560"/>
        </w:trPr>
        <w:tc>
          <w:tcPr>
            <w:tcW w:w="600" w:type="dxa"/>
            <w:vAlign w:val="center"/>
          </w:tcPr>
          <w:p w14:paraId="6169A4F3" w14:textId="77777777" w:rsidR="00CB4A63" w:rsidRDefault="006C25DB">
            <w:pPr>
              <w:spacing w:after="40"/>
              <w:jc w:val="center"/>
            </w:pPr>
            <w:r>
              <w:rPr>
                <w:szCs w:val="20"/>
              </w:rPr>
              <w:t>3</w:t>
            </w:r>
          </w:p>
        </w:tc>
        <w:tc>
          <w:tcPr>
            <w:tcW w:w="4092" w:type="dxa"/>
            <w:shd w:val="clear" w:color="auto" w:fill="FFF8E7"/>
            <w:vAlign w:val="center"/>
          </w:tcPr>
          <w:p w14:paraId="2CE9ED06" w14:textId="77777777" w:rsidR="00CB4A63" w:rsidRDefault="006C25DB">
            <w:pPr>
              <w:spacing w:after="40"/>
            </w:pPr>
            <w:r>
              <w:t xml:space="preserve"> </w:t>
            </w:r>
          </w:p>
        </w:tc>
        <w:tc>
          <w:tcPr>
            <w:tcW w:w="2400" w:type="dxa"/>
            <w:shd w:val="clear" w:color="auto" w:fill="FFF8E7"/>
            <w:vAlign w:val="center"/>
          </w:tcPr>
          <w:p w14:paraId="2536C47E" w14:textId="77777777" w:rsidR="00CB4A63" w:rsidRDefault="006C25DB">
            <w:pPr>
              <w:spacing w:after="40"/>
            </w:pPr>
            <w:r>
              <w:t xml:space="preserve"> </w:t>
            </w:r>
          </w:p>
        </w:tc>
        <w:tc>
          <w:tcPr>
            <w:tcW w:w="2700" w:type="dxa"/>
            <w:shd w:val="clear" w:color="auto" w:fill="FFF8E7"/>
            <w:vAlign w:val="center"/>
          </w:tcPr>
          <w:p w14:paraId="411CC9EC" w14:textId="77777777" w:rsidR="00CB4A63" w:rsidRDefault="006C25DB">
            <w:pPr>
              <w:spacing w:after="40"/>
            </w:pPr>
            <w:r>
              <w:t xml:space="preserve"> </w:t>
            </w:r>
          </w:p>
        </w:tc>
      </w:tr>
      <w:tr w:rsidR="00CB4A63" w14:paraId="3B67DAC7" w14:textId="77777777">
        <w:trPr>
          <w:cantSplit/>
          <w:trHeight w:val="560"/>
        </w:trPr>
        <w:tc>
          <w:tcPr>
            <w:tcW w:w="600" w:type="dxa"/>
            <w:vAlign w:val="center"/>
          </w:tcPr>
          <w:p w14:paraId="7D3C8923" w14:textId="77777777" w:rsidR="00CB4A63" w:rsidRDefault="006C25DB">
            <w:pPr>
              <w:spacing w:after="40"/>
              <w:jc w:val="center"/>
            </w:pPr>
            <w:r>
              <w:rPr>
                <w:szCs w:val="20"/>
              </w:rPr>
              <w:t>4</w:t>
            </w:r>
          </w:p>
        </w:tc>
        <w:tc>
          <w:tcPr>
            <w:tcW w:w="4092" w:type="dxa"/>
            <w:shd w:val="clear" w:color="auto" w:fill="FFF8E7"/>
            <w:vAlign w:val="center"/>
          </w:tcPr>
          <w:p w14:paraId="1665FBAE" w14:textId="77777777" w:rsidR="00CB4A63" w:rsidRDefault="006C25DB">
            <w:pPr>
              <w:spacing w:after="40"/>
            </w:pPr>
            <w:r>
              <w:t xml:space="preserve"> </w:t>
            </w:r>
          </w:p>
        </w:tc>
        <w:tc>
          <w:tcPr>
            <w:tcW w:w="2400" w:type="dxa"/>
            <w:shd w:val="clear" w:color="auto" w:fill="FFF8E7"/>
            <w:vAlign w:val="center"/>
          </w:tcPr>
          <w:p w14:paraId="6174EE58" w14:textId="77777777" w:rsidR="00CB4A63" w:rsidRDefault="006C25DB">
            <w:pPr>
              <w:spacing w:after="40"/>
            </w:pPr>
            <w:r>
              <w:t xml:space="preserve"> </w:t>
            </w:r>
          </w:p>
        </w:tc>
        <w:tc>
          <w:tcPr>
            <w:tcW w:w="2700" w:type="dxa"/>
            <w:shd w:val="clear" w:color="auto" w:fill="FFF8E7"/>
            <w:vAlign w:val="center"/>
          </w:tcPr>
          <w:p w14:paraId="5DE87F48" w14:textId="77777777" w:rsidR="00CB4A63" w:rsidRDefault="006C25DB">
            <w:pPr>
              <w:spacing w:after="40"/>
            </w:pPr>
            <w:r>
              <w:t xml:space="preserve"> </w:t>
            </w:r>
          </w:p>
        </w:tc>
      </w:tr>
      <w:tr w:rsidR="00CB4A63" w14:paraId="3C597274" w14:textId="77777777">
        <w:trPr>
          <w:cantSplit/>
          <w:trHeight w:val="560"/>
        </w:trPr>
        <w:tc>
          <w:tcPr>
            <w:tcW w:w="600" w:type="dxa"/>
            <w:vAlign w:val="center"/>
          </w:tcPr>
          <w:p w14:paraId="1A40D42B" w14:textId="77777777" w:rsidR="00CB4A63" w:rsidRDefault="006C25DB">
            <w:pPr>
              <w:spacing w:after="40"/>
              <w:jc w:val="center"/>
            </w:pPr>
            <w:r>
              <w:rPr>
                <w:szCs w:val="20"/>
              </w:rPr>
              <w:t>5</w:t>
            </w:r>
          </w:p>
        </w:tc>
        <w:tc>
          <w:tcPr>
            <w:tcW w:w="4092" w:type="dxa"/>
            <w:shd w:val="clear" w:color="auto" w:fill="FFF8E7"/>
            <w:vAlign w:val="center"/>
          </w:tcPr>
          <w:p w14:paraId="44184139" w14:textId="77777777" w:rsidR="00CB4A63" w:rsidRDefault="006C25DB">
            <w:pPr>
              <w:spacing w:after="40"/>
            </w:pPr>
            <w:r>
              <w:t xml:space="preserve"> </w:t>
            </w:r>
          </w:p>
        </w:tc>
        <w:tc>
          <w:tcPr>
            <w:tcW w:w="2400" w:type="dxa"/>
            <w:shd w:val="clear" w:color="auto" w:fill="FFF8E7"/>
            <w:vAlign w:val="center"/>
          </w:tcPr>
          <w:p w14:paraId="718B0C1C" w14:textId="77777777" w:rsidR="00CB4A63" w:rsidRDefault="006C25DB">
            <w:pPr>
              <w:spacing w:after="40"/>
            </w:pPr>
            <w:r>
              <w:t xml:space="preserve"> </w:t>
            </w:r>
          </w:p>
        </w:tc>
        <w:tc>
          <w:tcPr>
            <w:tcW w:w="2700" w:type="dxa"/>
            <w:shd w:val="clear" w:color="auto" w:fill="FFF8E7"/>
            <w:vAlign w:val="center"/>
          </w:tcPr>
          <w:p w14:paraId="7E5C774B" w14:textId="77777777" w:rsidR="00CB4A63" w:rsidRDefault="006C25DB">
            <w:pPr>
              <w:spacing w:after="40"/>
            </w:pPr>
            <w:r>
              <w:t xml:space="preserve"> </w:t>
            </w:r>
          </w:p>
        </w:tc>
      </w:tr>
    </w:tbl>
    <w:p w14:paraId="4E88AFDF" w14:textId="77777777" w:rsidR="00CB4A63" w:rsidRDefault="006C25DB">
      <w:pPr>
        <w:spacing w:after="60" w:line="283" w:lineRule="auto"/>
        <w:rPr>
          <w:sz w:val="22"/>
        </w:rPr>
      </w:pPr>
      <w:r>
        <w:rPr>
          <w:i/>
          <w:iCs/>
          <w:color w:val="5A6270"/>
          <w:szCs w:val="20"/>
        </w:rPr>
        <w:t>Pass the card to the next teammate after each answer. No search function.</w:t>
      </w:r>
    </w:p>
    <w:p w14:paraId="6CCFCEC8" w14:textId="77777777" w:rsidR="00CB4A63" w:rsidRDefault="006C25DB">
      <w:pPr>
        <w:pStyle w:val="Title"/>
        <w:pageBreakBefore/>
        <w:spacing w:after="220"/>
      </w:pPr>
      <w:r>
        <w:lastRenderedPageBreak/>
        <w:t>Drawing Slips</w:t>
      </w:r>
    </w:p>
    <w:p w14:paraId="7B3CC783" w14:textId="77777777" w:rsidR="00CB4A63" w:rsidRDefault="006C25DB">
      <w:pPr>
        <w:spacing w:after="140" w:line="283" w:lineRule="auto"/>
        <w:rPr>
          <w:sz w:val="22"/>
        </w:rPr>
      </w:pPr>
      <w:r>
        <w:rPr>
          <w:i/>
          <w:iCs/>
          <w:color w:val="5A6270"/>
          <w:sz w:val="21"/>
          <w:szCs w:val="21"/>
        </w:rPr>
        <w:t>Everyone who attends gets one slip  •  Hand out extra slips for joining in or answering correctly</w:t>
      </w:r>
    </w:p>
    <w:tbl>
      <w:tblPr>
        <w:tblStyle w:val="TableGrid"/>
        <w:tblW w:w="9792" w:type="dxa"/>
        <w:tblBorders>
          <w:top w:val="nil"/>
          <w:left w:val="nil"/>
          <w:bottom w:val="nil"/>
          <w:right w:val="nil"/>
          <w:insideH w:val="nil"/>
          <w:insideV w:val="nil"/>
        </w:tblBorders>
        <w:tblLayout w:type="fixed"/>
        <w:tblCellMar>
          <w:top w:w="60" w:type="dxa"/>
          <w:left w:w="100" w:type="dxa"/>
          <w:bottom w:w="40" w:type="dxa"/>
          <w:right w:w="100" w:type="dxa"/>
        </w:tblCellMar>
        <w:tblLook w:val="04A0" w:firstRow="1" w:lastRow="0" w:firstColumn="1" w:lastColumn="0" w:noHBand="0" w:noVBand="1"/>
      </w:tblPr>
      <w:tblGrid>
        <w:gridCol w:w="3264"/>
        <w:gridCol w:w="3264"/>
        <w:gridCol w:w="3264"/>
      </w:tblGrid>
      <w:tr w:rsidR="00CB4A63" w14:paraId="6B3DDA0C" w14:textId="77777777">
        <w:trPr>
          <w:cantSplit/>
          <w:trHeight w:val="1150"/>
        </w:trPr>
        <w:tc>
          <w:tcPr>
            <w:tcW w:w="3264" w:type="dxa"/>
            <w:tcBorders>
              <w:top w:val="dashed" w:sz="6" w:space="0" w:color="5A6270"/>
              <w:left w:val="dashed" w:sz="6" w:space="0" w:color="5A6270"/>
              <w:bottom w:val="dashed" w:sz="6" w:space="0" w:color="5A6270"/>
              <w:right w:val="dashed" w:sz="6" w:space="0" w:color="5A6270"/>
            </w:tcBorders>
            <w:vAlign w:val="center"/>
          </w:tcPr>
          <w:p w14:paraId="65BEEC57"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687DBA44" w14:textId="77777777" w:rsidR="00CB4A63" w:rsidRDefault="006C25DB">
            <w:pPr>
              <w:jc w:val="center"/>
            </w:pPr>
            <w:r>
              <w:rPr>
                <w:szCs w:val="20"/>
              </w:rPr>
              <w:t>Name: ____________________</w:t>
            </w:r>
          </w:p>
        </w:tc>
        <w:tc>
          <w:tcPr>
            <w:tcW w:w="3264" w:type="dxa"/>
            <w:tcBorders>
              <w:top w:val="dashed" w:sz="6" w:space="0" w:color="5A6270"/>
              <w:left w:val="dashed" w:sz="6" w:space="0" w:color="5A6270"/>
              <w:bottom w:val="dashed" w:sz="6" w:space="0" w:color="5A6270"/>
              <w:right w:val="dashed" w:sz="6" w:space="0" w:color="5A6270"/>
            </w:tcBorders>
            <w:vAlign w:val="center"/>
          </w:tcPr>
          <w:p w14:paraId="3A5FBBCA"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05B3FC3E" w14:textId="77777777" w:rsidR="00CB4A63" w:rsidRDefault="006C25DB">
            <w:pPr>
              <w:jc w:val="center"/>
            </w:pPr>
            <w:r>
              <w:rPr>
                <w:szCs w:val="20"/>
              </w:rPr>
              <w:t>Name: ____________________</w:t>
            </w:r>
          </w:p>
        </w:tc>
        <w:tc>
          <w:tcPr>
            <w:tcW w:w="3264" w:type="dxa"/>
            <w:tcBorders>
              <w:top w:val="dashed" w:sz="6" w:space="0" w:color="5A6270"/>
              <w:left w:val="dashed" w:sz="6" w:space="0" w:color="5A6270"/>
              <w:bottom w:val="dashed" w:sz="6" w:space="0" w:color="5A6270"/>
              <w:right w:val="dashed" w:sz="6" w:space="0" w:color="5A6270"/>
            </w:tcBorders>
            <w:vAlign w:val="center"/>
          </w:tcPr>
          <w:p w14:paraId="64E0916A"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163786DF" w14:textId="77777777" w:rsidR="00CB4A63" w:rsidRDefault="006C25DB">
            <w:pPr>
              <w:jc w:val="center"/>
            </w:pPr>
            <w:r>
              <w:rPr>
                <w:szCs w:val="20"/>
              </w:rPr>
              <w:t>Name: ____________________</w:t>
            </w:r>
          </w:p>
        </w:tc>
      </w:tr>
      <w:tr w:rsidR="00CB4A63" w14:paraId="445E768A" w14:textId="77777777">
        <w:trPr>
          <w:cantSplit/>
          <w:trHeight w:val="1150"/>
        </w:trPr>
        <w:tc>
          <w:tcPr>
            <w:tcW w:w="3264" w:type="dxa"/>
            <w:tcBorders>
              <w:top w:val="dashed" w:sz="6" w:space="0" w:color="5A6270"/>
              <w:left w:val="dashed" w:sz="6" w:space="0" w:color="5A6270"/>
              <w:bottom w:val="dashed" w:sz="6" w:space="0" w:color="5A6270"/>
              <w:right w:val="dashed" w:sz="6" w:space="0" w:color="5A6270"/>
            </w:tcBorders>
            <w:vAlign w:val="center"/>
          </w:tcPr>
          <w:p w14:paraId="3EE2F1AD"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235E424E" w14:textId="77777777" w:rsidR="00CB4A63" w:rsidRDefault="006C25DB">
            <w:pPr>
              <w:jc w:val="center"/>
            </w:pPr>
            <w:r>
              <w:rPr>
                <w:szCs w:val="20"/>
              </w:rPr>
              <w:t>Name: ____________________</w:t>
            </w:r>
          </w:p>
        </w:tc>
        <w:tc>
          <w:tcPr>
            <w:tcW w:w="3264" w:type="dxa"/>
            <w:tcBorders>
              <w:top w:val="dashed" w:sz="6" w:space="0" w:color="5A6270"/>
              <w:left w:val="dashed" w:sz="6" w:space="0" w:color="5A6270"/>
              <w:bottom w:val="dashed" w:sz="6" w:space="0" w:color="5A6270"/>
              <w:right w:val="dashed" w:sz="6" w:space="0" w:color="5A6270"/>
            </w:tcBorders>
            <w:vAlign w:val="center"/>
          </w:tcPr>
          <w:p w14:paraId="7222769C"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2F2D3B6E" w14:textId="77777777" w:rsidR="00CB4A63" w:rsidRDefault="006C25DB">
            <w:pPr>
              <w:jc w:val="center"/>
            </w:pPr>
            <w:r>
              <w:rPr>
                <w:szCs w:val="20"/>
              </w:rPr>
              <w:t>Name: ____________________</w:t>
            </w:r>
          </w:p>
        </w:tc>
        <w:tc>
          <w:tcPr>
            <w:tcW w:w="3264" w:type="dxa"/>
            <w:tcBorders>
              <w:top w:val="dashed" w:sz="6" w:space="0" w:color="5A6270"/>
              <w:left w:val="dashed" w:sz="6" w:space="0" w:color="5A6270"/>
              <w:bottom w:val="dashed" w:sz="6" w:space="0" w:color="5A6270"/>
              <w:right w:val="dashed" w:sz="6" w:space="0" w:color="5A6270"/>
            </w:tcBorders>
            <w:vAlign w:val="center"/>
          </w:tcPr>
          <w:p w14:paraId="754DAF11"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404223A6" w14:textId="77777777" w:rsidR="00CB4A63" w:rsidRDefault="006C25DB">
            <w:pPr>
              <w:jc w:val="center"/>
            </w:pPr>
            <w:r>
              <w:rPr>
                <w:szCs w:val="20"/>
              </w:rPr>
              <w:t>Name: ____________________</w:t>
            </w:r>
          </w:p>
        </w:tc>
      </w:tr>
      <w:tr w:rsidR="00CB4A63" w14:paraId="3D263A25" w14:textId="77777777">
        <w:trPr>
          <w:cantSplit/>
          <w:trHeight w:val="1150"/>
        </w:trPr>
        <w:tc>
          <w:tcPr>
            <w:tcW w:w="3264" w:type="dxa"/>
            <w:tcBorders>
              <w:top w:val="dashed" w:sz="6" w:space="0" w:color="5A6270"/>
              <w:left w:val="dashed" w:sz="6" w:space="0" w:color="5A6270"/>
              <w:bottom w:val="dashed" w:sz="6" w:space="0" w:color="5A6270"/>
              <w:right w:val="dashed" w:sz="6" w:space="0" w:color="5A6270"/>
            </w:tcBorders>
            <w:vAlign w:val="center"/>
          </w:tcPr>
          <w:p w14:paraId="76F660CC"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64EC7C0D" w14:textId="77777777" w:rsidR="00CB4A63" w:rsidRDefault="006C25DB">
            <w:pPr>
              <w:jc w:val="center"/>
            </w:pPr>
            <w:r>
              <w:rPr>
                <w:szCs w:val="20"/>
              </w:rPr>
              <w:t>Name: ____________________</w:t>
            </w:r>
          </w:p>
        </w:tc>
        <w:tc>
          <w:tcPr>
            <w:tcW w:w="3264" w:type="dxa"/>
            <w:tcBorders>
              <w:top w:val="dashed" w:sz="6" w:space="0" w:color="5A6270"/>
              <w:left w:val="dashed" w:sz="6" w:space="0" w:color="5A6270"/>
              <w:bottom w:val="dashed" w:sz="6" w:space="0" w:color="5A6270"/>
              <w:right w:val="dashed" w:sz="6" w:space="0" w:color="5A6270"/>
            </w:tcBorders>
            <w:vAlign w:val="center"/>
          </w:tcPr>
          <w:p w14:paraId="5F5FE7FF"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7D540357" w14:textId="77777777" w:rsidR="00CB4A63" w:rsidRDefault="006C25DB">
            <w:pPr>
              <w:jc w:val="center"/>
            </w:pPr>
            <w:r>
              <w:rPr>
                <w:szCs w:val="20"/>
              </w:rPr>
              <w:t>Name: ____________________</w:t>
            </w:r>
          </w:p>
        </w:tc>
        <w:tc>
          <w:tcPr>
            <w:tcW w:w="3264" w:type="dxa"/>
            <w:tcBorders>
              <w:top w:val="dashed" w:sz="6" w:space="0" w:color="5A6270"/>
              <w:left w:val="dashed" w:sz="6" w:space="0" w:color="5A6270"/>
              <w:bottom w:val="dashed" w:sz="6" w:space="0" w:color="5A6270"/>
              <w:right w:val="dashed" w:sz="6" w:space="0" w:color="5A6270"/>
            </w:tcBorders>
            <w:vAlign w:val="center"/>
          </w:tcPr>
          <w:p w14:paraId="1B111B6A"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7A558041" w14:textId="77777777" w:rsidR="00CB4A63" w:rsidRDefault="006C25DB">
            <w:pPr>
              <w:jc w:val="center"/>
            </w:pPr>
            <w:r>
              <w:rPr>
                <w:szCs w:val="20"/>
              </w:rPr>
              <w:t>Name: ____________________</w:t>
            </w:r>
          </w:p>
        </w:tc>
      </w:tr>
      <w:tr w:rsidR="00CB4A63" w14:paraId="3214B43D" w14:textId="77777777">
        <w:trPr>
          <w:cantSplit/>
          <w:trHeight w:val="1150"/>
        </w:trPr>
        <w:tc>
          <w:tcPr>
            <w:tcW w:w="3264" w:type="dxa"/>
            <w:tcBorders>
              <w:top w:val="dashed" w:sz="6" w:space="0" w:color="5A6270"/>
              <w:left w:val="dashed" w:sz="6" w:space="0" w:color="5A6270"/>
              <w:bottom w:val="dashed" w:sz="6" w:space="0" w:color="5A6270"/>
              <w:right w:val="dashed" w:sz="6" w:space="0" w:color="5A6270"/>
            </w:tcBorders>
            <w:vAlign w:val="center"/>
          </w:tcPr>
          <w:p w14:paraId="7E917315"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2CF8DE12" w14:textId="77777777" w:rsidR="00CB4A63" w:rsidRDefault="006C25DB">
            <w:pPr>
              <w:jc w:val="center"/>
            </w:pPr>
            <w:r>
              <w:rPr>
                <w:szCs w:val="20"/>
              </w:rPr>
              <w:t>Name: ____________________</w:t>
            </w:r>
          </w:p>
        </w:tc>
        <w:tc>
          <w:tcPr>
            <w:tcW w:w="3264" w:type="dxa"/>
            <w:tcBorders>
              <w:top w:val="dashed" w:sz="6" w:space="0" w:color="5A6270"/>
              <w:left w:val="dashed" w:sz="6" w:space="0" w:color="5A6270"/>
              <w:bottom w:val="dashed" w:sz="6" w:space="0" w:color="5A6270"/>
              <w:right w:val="dashed" w:sz="6" w:space="0" w:color="5A6270"/>
            </w:tcBorders>
            <w:vAlign w:val="center"/>
          </w:tcPr>
          <w:p w14:paraId="626C32AD"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6BE10464" w14:textId="77777777" w:rsidR="00CB4A63" w:rsidRDefault="006C25DB">
            <w:pPr>
              <w:jc w:val="center"/>
            </w:pPr>
            <w:r>
              <w:rPr>
                <w:szCs w:val="20"/>
              </w:rPr>
              <w:t>Name: ____________________</w:t>
            </w:r>
          </w:p>
        </w:tc>
        <w:tc>
          <w:tcPr>
            <w:tcW w:w="3264" w:type="dxa"/>
            <w:tcBorders>
              <w:top w:val="dashed" w:sz="6" w:space="0" w:color="5A6270"/>
              <w:left w:val="dashed" w:sz="6" w:space="0" w:color="5A6270"/>
              <w:bottom w:val="dashed" w:sz="6" w:space="0" w:color="5A6270"/>
              <w:right w:val="dashed" w:sz="6" w:space="0" w:color="5A6270"/>
            </w:tcBorders>
            <w:vAlign w:val="center"/>
          </w:tcPr>
          <w:p w14:paraId="32725F99"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68CA4061" w14:textId="77777777" w:rsidR="00CB4A63" w:rsidRDefault="006C25DB">
            <w:pPr>
              <w:jc w:val="center"/>
            </w:pPr>
            <w:r>
              <w:rPr>
                <w:szCs w:val="20"/>
              </w:rPr>
              <w:t>Name: ____________________</w:t>
            </w:r>
          </w:p>
        </w:tc>
      </w:tr>
      <w:tr w:rsidR="00CB4A63" w14:paraId="36FA6970" w14:textId="77777777">
        <w:trPr>
          <w:cantSplit/>
          <w:trHeight w:val="1150"/>
        </w:trPr>
        <w:tc>
          <w:tcPr>
            <w:tcW w:w="3264" w:type="dxa"/>
            <w:tcBorders>
              <w:top w:val="dashed" w:sz="6" w:space="0" w:color="5A6270"/>
              <w:left w:val="dashed" w:sz="6" w:space="0" w:color="5A6270"/>
              <w:bottom w:val="dashed" w:sz="6" w:space="0" w:color="5A6270"/>
              <w:right w:val="dashed" w:sz="6" w:space="0" w:color="5A6270"/>
            </w:tcBorders>
            <w:vAlign w:val="center"/>
          </w:tcPr>
          <w:p w14:paraId="5F534A52"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1957148B" w14:textId="77777777" w:rsidR="00CB4A63" w:rsidRDefault="006C25DB">
            <w:pPr>
              <w:jc w:val="center"/>
            </w:pPr>
            <w:r>
              <w:rPr>
                <w:szCs w:val="20"/>
              </w:rPr>
              <w:t>Name: ____________________</w:t>
            </w:r>
          </w:p>
        </w:tc>
        <w:tc>
          <w:tcPr>
            <w:tcW w:w="3264" w:type="dxa"/>
            <w:tcBorders>
              <w:top w:val="dashed" w:sz="6" w:space="0" w:color="5A6270"/>
              <w:left w:val="dashed" w:sz="6" w:space="0" w:color="5A6270"/>
              <w:bottom w:val="dashed" w:sz="6" w:space="0" w:color="5A6270"/>
              <w:right w:val="dashed" w:sz="6" w:space="0" w:color="5A6270"/>
            </w:tcBorders>
            <w:vAlign w:val="center"/>
          </w:tcPr>
          <w:p w14:paraId="3CBBC96D"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0B2B2588" w14:textId="77777777" w:rsidR="00CB4A63" w:rsidRDefault="006C25DB">
            <w:pPr>
              <w:jc w:val="center"/>
            </w:pPr>
            <w:r>
              <w:rPr>
                <w:szCs w:val="20"/>
              </w:rPr>
              <w:t>Name: ____________________</w:t>
            </w:r>
          </w:p>
        </w:tc>
        <w:tc>
          <w:tcPr>
            <w:tcW w:w="3264" w:type="dxa"/>
            <w:tcBorders>
              <w:top w:val="dashed" w:sz="6" w:space="0" w:color="5A6270"/>
              <w:left w:val="dashed" w:sz="6" w:space="0" w:color="5A6270"/>
              <w:bottom w:val="dashed" w:sz="6" w:space="0" w:color="5A6270"/>
              <w:right w:val="dashed" w:sz="6" w:space="0" w:color="5A6270"/>
            </w:tcBorders>
            <w:vAlign w:val="center"/>
          </w:tcPr>
          <w:p w14:paraId="114B7819"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174B1892" w14:textId="77777777" w:rsidR="00CB4A63" w:rsidRDefault="006C25DB">
            <w:pPr>
              <w:jc w:val="center"/>
            </w:pPr>
            <w:r>
              <w:rPr>
                <w:szCs w:val="20"/>
              </w:rPr>
              <w:t>Name: ____________________</w:t>
            </w:r>
          </w:p>
        </w:tc>
      </w:tr>
      <w:tr w:rsidR="00CB4A63" w14:paraId="2DB7EC8E" w14:textId="77777777">
        <w:trPr>
          <w:cantSplit/>
          <w:trHeight w:val="1150"/>
        </w:trPr>
        <w:tc>
          <w:tcPr>
            <w:tcW w:w="3264" w:type="dxa"/>
            <w:tcBorders>
              <w:top w:val="dashed" w:sz="6" w:space="0" w:color="5A6270"/>
              <w:left w:val="dashed" w:sz="6" w:space="0" w:color="5A6270"/>
              <w:bottom w:val="dashed" w:sz="6" w:space="0" w:color="5A6270"/>
              <w:right w:val="dashed" w:sz="6" w:space="0" w:color="5A6270"/>
            </w:tcBorders>
            <w:vAlign w:val="center"/>
          </w:tcPr>
          <w:p w14:paraId="3FABC3B5"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3B7FBE50" w14:textId="77777777" w:rsidR="00CB4A63" w:rsidRDefault="006C25DB">
            <w:pPr>
              <w:jc w:val="center"/>
            </w:pPr>
            <w:r>
              <w:rPr>
                <w:szCs w:val="20"/>
              </w:rPr>
              <w:t>Name: ____________________</w:t>
            </w:r>
          </w:p>
        </w:tc>
        <w:tc>
          <w:tcPr>
            <w:tcW w:w="3264" w:type="dxa"/>
            <w:tcBorders>
              <w:top w:val="dashed" w:sz="6" w:space="0" w:color="5A6270"/>
              <w:left w:val="dashed" w:sz="6" w:space="0" w:color="5A6270"/>
              <w:bottom w:val="dashed" w:sz="6" w:space="0" w:color="5A6270"/>
              <w:right w:val="dashed" w:sz="6" w:space="0" w:color="5A6270"/>
            </w:tcBorders>
            <w:vAlign w:val="center"/>
          </w:tcPr>
          <w:p w14:paraId="2EB4C873"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687A9EE5" w14:textId="77777777" w:rsidR="00CB4A63" w:rsidRDefault="006C25DB">
            <w:pPr>
              <w:jc w:val="center"/>
            </w:pPr>
            <w:r>
              <w:rPr>
                <w:szCs w:val="20"/>
              </w:rPr>
              <w:t>Name: ____________________</w:t>
            </w:r>
          </w:p>
        </w:tc>
        <w:tc>
          <w:tcPr>
            <w:tcW w:w="3264" w:type="dxa"/>
            <w:tcBorders>
              <w:top w:val="dashed" w:sz="6" w:space="0" w:color="5A6270"/>
              <w:left w:val="dashed" w:sz="6" w:space="0" w:color="5A6270"/>
              <w:bottom w:val="dashed" w:sz="6" w:space="0" w:color="5A6270"/>
              <w:right w:val="dashed" w:sz="6" w:space="0" w:color="5A6270"/>
            </w:tcBorders>
            <w:vAlign w:val="center"/>
          </w:tcPr>
          <w:p w14:paraId="432E9D18"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6E4D7CC1" w14:textId="77777777" w:rsidR="00CB4A63" w:rsidRDefault="006C25DB">
            <w:pPr>
              <w:jc w:val="center"/>
            </w:pPr>
            <w:r>
              <w:rPr>
                <w:szCs w:val="20"/>
              </w:rPr>
              <w:t>Name: ____________________</w:t>
            </w:r>
          </w:p>
        </w:tc>
      </w:tr>
      <w:tr w:rsidR="00CB4A63" w14:paraId="6EB4FE6E" w14:textId="77777777">
        <w:trPr>
          <w:cantSplit/>
          <w:trHeight w:val="1150"/>
        </w:trPr>
        <w:tc>
          <w:tcPr>
            <w:tcW w:w="3264" w:type="dxa"/>
            <w:tcBorders>
              <w:top w:val="dashed" w:sz="6" w:space="0" w:color="5A6270"/>
              <w:left w:val="dashed" w:sz="6" w:space="0" w:color="5A6270"/>
              <w:bottom w:val="dashed" w:sz="6" w:space="0" w:color="5A6270"/>
              <w:right w:val="dashed" w:sz="6" w:space="0" w:color="5A6270"/>
            </w:tcBorders>
            <w:vAlign w:val="center"/>
          </w:tcPr>
          <w:p w14:paraId="03FAC18E"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45E02061" w14:textId="77777777" w:rsidR="00CB4A63" w:rsidRDefault="006C25DB">
            <w:pPr>
              <w:jc w:val="center"/>
            </w:pPr>
            <w:r>
              <w:rPr>
                <w:szCs w:val="20"/>
              </w:rPr>
              <w:t>Name: ____________________</w:t>
            </w:r>
          </w:p>
        </w:tc>
        <w:tc>
          <w:tcPr>
            <w:tcW w:w="3264" w:type="dxa"/>
            <w:tcBorders>
              <w:top w:val="dashed" w:sz="6" w:space="0" w:color="5A6270"/>
              <w:left w:val="dashed" w:sz="6" w:space="0" w:color="5A6270"/>
              <w:bottom w:val="dashed" w:sz="6" w:space="0" w:color="5A6270"/>
              <w:right w:val="dashed" w:sz="6" w:space="0" w:color="5A6270"/>
            </w:tcBorders>
            <w:vAlign w:val="center"/>
          </w:tcPr>
          <w:p w14:paraId="42470121"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39032B4D" w14:textId="77777777" w:rsidR="00CB4A63" w:rsidRDefault="006C25DB">
            <w:pPr>
              <w:jc w:val="center"/>
            </w:pPr>
            <w:r>
              <w:rPr>
                <w:szCs w:val="20"/>
              </w:rPr>
              <w:t>Name: ____________________</w:t>
            </w:r>
          </w:p>
        </w:tc>
        <w:tc>
          <w:tcPr>
            <w:tcW w:w="3264" w:type="dxa"/>
            <w:tcBorders>
              <w:top w:val="dashed" w:sz="6" w:space="0" w:color="5A6270"/>
              <w:left w:val="dashed" w:sz="6" w:space="0" w:color="5A6270"/>
              <w:bottom w:val="dashed" w:sz="6" w:space="0" w:color="5A6270"/>
              <w:right w:val="dashed" w:sz="6" w:space="0" w:color="5A6270"/>
            </w:tcBorders>
            <w:vAlign w:val="center"/>
          </w:tcPr>
          <w:p w14:paraId="49A0FA6B"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3FB3C5B8" w14:textId="77777777" w:rsidR="00CB4A63" w:rsidRDefault="006C25DB">
            <w:pPr>
              <w:jc w:val="center"/>
            </w:pPr>
            <w:r>
              <w:rPr>
                <w:szCs w:val="20"/>
              </w:rPr>
              <w:t>Name: ____________________</w:t>
            </w:r>
          </w:p>
        </w:tc>
      </w:tr>
      <w:tr w:rsidR="00CB4A63" w14:paraId="162EBF12" w14:textId="77777777">
        <w:trPr>
          <w:cantSplit/>
          <w:trHeight w:val="1150"/>
        </w:trPr>
        <w:tc>
          <w:tcPr>
            <w:tcW w:w="3264" w:type="dxa"/>
            <w:tcBorders>
              <w:top w:val="dashed" w:sz="6" w:space="0" w:color="5A6270"/>
              <w:left w:val="dashed" w:sz="6" w:space="0" w:color="5A6270"/>
              <w:bottom w:val="dashed" w:sz="6" w:space="0" w:color="5A6270"/>
              <w:right w:val="dashed" w:sz="6" w:space="0" w:color="5A6270"/>
            </w:tcBorders>
            <w:vAlign w:val="center"/>
          </w:tcPr>
          <w:p w14:paraId="3091B2F4"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608B112E" w14:textId="77777777" w:rsidR="00CB4A63" w:rsidRDefault="006C25DB">
            <w:pPr>
              <w:jc w:val="center"/>
            </w:pPr>
            <w:r>
              <w:rPr>
                <w:szCs w:val="20"/>
              </w:rPr>
              <w:t>Name: ____________________</w:t>
            </w:r>
          </w:p>
        </w:tc>
        <w:tc>
          <w:tcPr>
            <w:tcW w:w="3264" w:type="dxa"/>
            <w:tcBorders>
              <w:top w:val="dashed" w:sz="6" w:space="0" w:color="5A6270"/>
              <w:left w:val="dashed" w:sz="6" w:space="0" w:color="5A6270"/>
              <w:bottom w:val="dashed" w:sz="6" w:space="0" w:color="5A6270"/>
              <w:right w:val="dashed" w:sz="6" w:space="0" w:color="5A6270"/>
            </w:tcBorders>
            <w:vAlign w:val="center"/>
          </w:tcPr>
          <w:p w14:paraId="521F0A0C"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0BD13D43" w14:textId="77777777" w:rsidR="00CB4A63" w:rsidRDefault="006C25DB">
            <w:pPr>
              <w:jc w:val="center"/>
            </w:pPr>
            <w:r>
              <w:rPr>
                <w:szCs w:val="20"/>
              </w:rPr>
              <w:t>Name: ____________________</w:t>
            </w:r>
          </w:p>
        </w:tc>
        <w:tc>
          <w:tcPr>
            <w:tcW w:w="3264" w:type="dxa"/>
            <w:tcBorders>
              <w:top w:val="dashed" w:sz="6" w:space="0" w:color="5A6270"/>
              <w:left w:val="dashed" w:sz="6" w:space="0" w:color="5A6270"/>
              <w:bottom w:val="dashed" w:sz="6" w:space="0" w:color="5A6270"/>
              <w:right w:val="dashed" w:sz="6" w:space="0" w:color="5A6270"/>
            </w:tcBorders>
            <w:vAlign w:val="center"/>
          </w:tcPr>
          <w:p w14:paraId="7527F114"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18587FE2" w14:textId="77777777" w:rsidR="00CB4A63" w:rsidRDefault="006C25DB">
            <w:pPr>
              <w:jc w:val="center"/>
            </w:pPr>
            <w:r>
              <w:rPr>
                <w:szCs w:val="20"/>
              </w:rPr>
              <w:t>Name: ____________________</w:t>
            </w:r>
          </w:p>
        </w:tc>
      </w:tr>
      <w:tr w:rsidR="00CB4A63" w14:paraId="20113AC8" w14:textId="77777777">
        <w:trPr>
          <w:cantSplit/>
          <w:trHeight w:val="1150"/>
        </w:trPr>
        <w:tc>
          <w:tcPr>
            <w:tcW w:w="3264" w:type="dxa"/>
            <w:tcBorders>
              <w:top w:val="dashed" w:sz="6" w:space="0" w:color="5A6270"/>
              <w:left w:val="dashed" w:sz="6" w:space="0" w:color="5A6270"/>
              <w:bottom w:val="dashed" w:sz="6" w:space="0" w:color="5A6270"/>
              <w:right w:val="dashed" w:sz="6" w:space="0" w:color="5A6270"/>
            </w:tcBorders>
            <w:vAlign w:val="center"/>
          </w:tcPr>
          <w:p w14:paraId="1A64D156"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28BF81C6" w14:textId="77777777" w:rsidR="00CB4A63" w:rsidRDefault="006C25DB">
            <w:pPr>
              <w:jc w:val="center"/>
            </w:pPr>
            <w:r>
              <w:rPr>
                <w:szCs w:val="20"/>
              </w:rPr>
              <w:t>Name: ____________________</w:t>
            </w:r>
          </w:p>
        </w:tc>
        <w:tc>
          <w:tcPr>
            <w:tcW w:w="3264" w:type="dxa"/>
            <w:tcBorders>
              <w:top w:val="dashed" w:sz="6" w:space="0" w:color="5A6270"/>
              <w:left w:val="dashed" w:sz="6" w:space="0" w:color="5A6270"/>
              <w:bottom w:val="dashed" w:sz="6" w:space="0" w:color="5A6270"/>
              <w:right w:val="dashed" w:sz="6" w:space="0" w:color="5A6270"/>
            </w:tcBorders>
            <w:vAlign w:val="center"/>
          </w:tcPr>
          <w:p w14:paraId="55E23EE1"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63930F2F" w14:textId="77777777" w:rsidR="00CB4A63" w:rsidRDefault="006C25DB">
            <w:pPr>
              <w:jc w:val="center"/>
            </w:pPr>
            <w:r>
              <w:rPr>
                <w:szCs w:val="20"/>
              </w:rPr>
              <w:t>Name: ____________________</w:t>
            </w:r>
          </w:p>
        </w:tc>
        <w:tc>
          <w:tcPr>
            <w:tcW w:w="3264" w:type="dxa"/>
            <w:tcBorders>
              <w:top w:val="dashed" w:sz="6" w:space="0" w:color="5A6270"/>
              <w:left w:val="dashed" w:sz="6" w:space="0" w:color="5A6270"/>
              <w:bottom w:val="dashed" w:sz="6" w:space="0" w:color="5A6270"/>
              <w:right w:val="dashed" w:sz="6" w:space="0" w:color="5A6270"/>
            </w:tcBorders>
            <w:vAlign w:val="center"/>
          </w:tcPr>
          <w:p w14:paraId="1BBA68ED" w14:textId="77777777" w:rsidR="00CB4A63" w:rsidRDefault="006C25DB">
            <w:pPr>
              <w:spacing w:before="120" w:after="80"/>
              <w:jc w:val="center"/>
            </w:pPr>
            <w:r>
              <w:rPr>
                <w:rFonts w:ascii="Calibri Light" w:eastAsia="Calibri Light" w:hAnsi="Calibri Light" w:cs="Calibri Light"/>
                <w:b/>
                <w:bCs/>
                <w:color w:val="B9913A"/>
                <w:sz w:val="18"/>
                <w:szCs w:val="18"/>
              </w:rPr>
              <w:t>DRAWING ENTRY</w:t>
            </w:r>
          </w:p>
          <w:p w14:paraId="59580052" w14:textId="77777777" w:rsidR="00CB4A63" w:rsidRDefault="006C25DB">
            <w:pPr>
              <w:jc w:val="center"/>
            </w:pPr>
            <w:r>
              <w:rPr>
                <w:szCs w:val="20"/>
              </w:rPr>
              <w:t>Name: ____________________</w:t>
            </w:r>
          </w:p>
        </w:tc>
      </w:tr>
    </w:tbl>
    <w:p w14:paraId="5008E133" w14:textId="77777777" w:rsidR="006C25DB" w:rsidRDefault="006C25DB"/>
    <w:sectPr w:rsidR="006C25DB" w:rsidSect="00034616">
      <w:headerReference w:type="default" r:id="rId11"/>
      <w:footerReference w:type="default" r:id="rId12"/>
      <w:pgSz w:w="12240" w:h="15840"/>
      <w:pgMar w:top="1152" w:right="1224" w:bottom="1008" w:left="1224" w:header="504"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EC9B0" w14:textId="77777777" w:rsidR="006C25DB" w:rsidRDefault="006C25DB">
      <w:pPr>
        <w:spacing w:after="0" w:line="240" w:lineRule="auto"/>
      </w:pPr>
      <w:r>
        <w:separator/>
      </w:r>
    </w:p>
  </w:endnote>
  <w:endnote w:type="continuationSeparator" w:id="0">
    <w:p w14:paraId="63DEB611" w14:textId="77777777" w:rsidR="006C25DB" w:rsidRDefault="006C2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18B77" w14:textId="77777777" w:rsidR="0085241C" w:rsidRPr="009A4B2D" w:rsidRDefault="00E643CC">
    <w:pPr>
      <w:pBdr>
        <w:top w:val="single" w:sz="6" w:space="8" w:color="BFC7D4"/>
      </w:pBdr>
      <w:spacing w:after="0"/>
      <w:jc w:val="center"/>
      <w:rPr>
        <w:sz w:val="22"/>
      </w:rPr>
    </w:pPr>
    <w:r w:rsidRPr="009A4B2D">
      <w:rPr>
        <w:color w:val="5A6270"/>
        <w:sz w:val="22"/>
      </w:rPr>
      <w:t xml:space="preserve">Team Building Activities Leader’s Guide   |   Leadership-Tools.com   |   Page </w:t>
    </w:r>
    <w:r w:rsidRPr="009A4B2D">
      <w:rPr>
        <w:color w:val="5A6270"/>
        <w:sz w:val="22"/>
      </w:rPr>
      <w:fldChar w:fldCharType="begin"/>
    </w:r>
    <w:r w:rsidRPr="009A4B2D">
      <w:rPr>
        <w:color w:val="5A6270"/>
        <w:sz w:val="22"/>
      </w:rPr>
      <w:instrText xml:space="preserve"> PAGE \* MERGEFORMAT </w:instrText>
    </w:r>
    <w:r w:rsidRPr="009A4B2D">
      <w:rPr>
        <w:color w:val="5A6270"/>
        <w:sz w:val="22"/>
      </w:rPr>
      <w:fldChar w:fldCharType="separate"/>
    </w:r>
    <w:r w:rsidRPr="009A4B2D">
      <w:rPr>
        <w:color w:val="5A6270"/>
        <w:sz w:val="22"/>
      </w:rPr>
      <w:t>1</w:t>
    </w:r>
    <w:r w:rsidRPr="009A4B2D">
      <w:rPr>
        <w:color w:val="5A6270"/>
        <w:sz w:val="22"/>
      </w:rPr>
      <w:fldChar w:fldCharType="end"/>
    </w:r>
    <w:r w:rsidRPr="009A4B2D">
      <w:rPr>
        <w:color w:val="5A6270"/>
        <w:sz w:val="22"/>
      </w:rPr>
      <w:t xml:space="preserve"> of </w:t>
    </w:r>
    <w:r w:rsidRPr="009A4B2D">
      <w:rPr>
        <w:color w:val="5A6270"/>
        <w:sz w:val="22"/>
      </w:rPr>
      <w:fldChar w:fldCharType="begin"/>
    </w:r>
    <w:r w:rsidRPr="009A4B2D">
      <w:rPr>
        <w:color w:val="5A6270"/>
        <w:sz w:val="22"/>
      </w:rPr>
      <w:instrText xml:space="preserve"> NUMPAGES \* MERGEFORMAT </w:instrText>
    </w:r>
    <w:r w:rsidRPr="009A4B2D">
      <w:rPr>
        <w:color w:val="5A6270"/>
        <w:sz w:val="22"/>
      </w:rPr>
      <w:fldChar w:fldCharType="separate"/>
    </w:r>
    <w:r w:rsidRPr="009A4B2D">
      <w:rPr>
        <w:color w:val="5A6270"/>
        <w:sz w:val="22"/>
      </w:rPr>
      <w:t>1</w:t>
    </w:r>
    <w:r w:rsidRPr="009A4B2D">
      <w:rPr>
        <w:color w:val="5A627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4DA67" w14:textId="77777777" w:rsidR="006C25DB" w:rsidRDefault="006C25DB">
      <w:pPr>
        <w:spacing w:after="0" w:line="240" w:lineRule="auto"/>
      </w:pPr>
      <w:r>
        <w:separator/>
      </w:r>
    </w:p>
  </w:footnote>
  <w:footnote w:type="continuationSeparator" w:id="0">
    <w:p w14:paraId="6183CB7D" w14:textId="77777777" w:rsidR="006C25DB" w:rsidRDefault="006C25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85A79" w14:textId="77777777" w:rsidR="00405D24" w:rsidRPr="00F17A1D" w:rsidRDefault="000B154A">
    <w:pPr>
      <w:pStyle w:val="Header"/>
      <w:jc w:val="right"/>
      <w:rPr>
        <w:sz w:val="22"/>
        <w:szCs w:val="24"/>
      </w:rPr>
    </w:pPr>
    <w:r w:rsidRPr="00F17A1D">
      <w:rPr>
        <w:color w:val="AF8B3F"/>
        <w:sz w:val="18"/>
        <w:szCs w:val="24"/>
      </w:rPr>
      <w:t xml:space="preserve">L E A D E R S H I P - T O </w:t>
    </w:r>
    <w:proofErr w:type="spellStart"/>
    <w:r w:rsidRPr="00F17A1D">
      <w:rPr>
        <w:color w:val="AF8B3F"/>
        <w:sz w:val="18"/>
        <w:szCs w:val="24"/>
      </w:rPr>
      <w:t>O</w:t>
    </w:r>
    <w:proofErr w:type="spellEnd"/>
    <w:r w:rsidRPr="00F17A1D">
      <w:rPr>
        <w:color w:val="AF8B3F"/>
        <w:sz w:val="18"/>
        <w:szCs w:val="24"/>
      </w:rPr>
      <w:t xml:space="preserve"> L S . C O 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A6114A"/>
    <w:multiLevelType w:val="hybridMultilevel"/>
    <w:tmpl w:val="D4AC760E"/>
    <w:lvl w:ilvl="0" w:tplc="A4C4A538">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960D7E"/>
    <w:multiLevelType w:val="hybridMultilevel"/>
    <w:tmpl w:val="943C2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E92A1F"/>
    <w:multiLevelType w:val="hybridMultilevel"/>
    <w:tmpl w:val="2B944466"/>
    <w:lvl w:ilvl="0" w:tplc="A4C4A538">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665016"/>
    <w:multiLevelType w:val="hybridMultilevel"/>
    <w:tmpl w:val="CE146982"/>
    <w:lvl w:ilvl="0" w:tplc="A4C4A538">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0828033">
    <w:abstractNumId w:val="8"/>
  </w:num>
  <w:num w:numId="2" w16cid:durableId="1134905758">
    <w:abstractNumId w:val="6"/>
  </w:num>
  <w:num w:numId="3" w16cid:durableId="558057957">
    <w:abstractNumId w:val="5"/>
  </w:num>
  <w:num w:numId="4" w16cid:durableId="621347665">
    <w:abstractNumId w:val="4"/>
  </w:num>
  <w:num w:numId="5" w16cid:durableId="2110199663">
    <w:abstractNumId w:val="7"/>
  </w:num>
  <w:num w:numId="6" w16cid:durableId="1529217887">
    <w:abstractNumId w:val="3"/>
  </w:num>
  <w:num w:numId="7" w16cid:durableId="7945732">
    <w:abstractNumId w:val="2"/>
  </w:num>
  <w:num w:numId="8" w16cid:durableId="1134833875">
    <w:abstractNumId w:val="1"/>
  </w:num>
  <w:num w:numId="9" w16cid:durableId="1667977000">
    <w:abstractNumId w:val="0"/>
  </w:num>
  <w:num w:numId="10" w16cid:durableId="1598707671">
    <w:abstractNumId w:val="10"/>
  </w:num>
  <w:num w:numId="11" w16cid:durableId="1178424861">
    <w:abstractNumId w:val="12"/>
  </w:num>
  <w:num w:numId="12" w16cid:durableId="1344355755">
    <w:abstractNumId w:val="9"/>
  </w:num>
  <w:num w:numId="13" w16cid:durableId="16935347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969"/>
    <w:rsid w:val="00027647"/>
    <w:rsid w:val="00034616"/>
    <w:rsid w:val="0006063C"/>
    <w:rsid w:val="00091675"/>
    <w:rsid w:val="00092A0E"/>
    <w:rsid w:val="000B154A"/>
    <w:rsid w:val="000D5731"/>
    <w:rsid w:val="000F0099"/>
    <w:rsid w:val="001361D0"/>
    <w:rsid w:val="001364B9"/>
    <w:rsid w:val="0015074B"/>
    <w:rsid w:val="001925A1"/>
    <w:rsid w:val="001C32CE"/>
    <w:rsid w:val="001C4C9E"/>
    <w:rsid w:val="001C7116"/>
    <w:rsid w:val="00202C30"/>
    <w:rsid w:val="00206CDB"/>
    <w:rsid w:val="0023426A"/>
    <w:rsid w:val="0025597B"/>
    <w:rsid w:val="00262621"/>
    <w:rsid w:val="00262E39"/>
    <w:rsid w:val="002821A2"/>
    <w:rsid w:val="00282AA3"/>
    <w:rsid w:val="00286426"/>
    <w:rsid w:val="00294F0D"/>
    <w:rsid w:val="0029639D"/>
    <w:rsid w:val="00326F90"/>
    <w:rsid w:val="00350576"/>
    <w:rsid w:val="0036524A"/>
    <w:rsid w:val="003658C8"/>
    <w:rsid w:val="0037117C"/>
    <w:rsid w:val="003727BD"/>
    <w:rsid w:val="003A5DB0"/>
    <w:rsid w:val="003C649C"/>
    <w:rsid w:val="003D39C7"/>
    <w:rsid w:val="003F0A8C"/>
    <w:rsid w:val="003F1B74"/>
    <w:rsid w:val="003F5D8C"/>
    <w:rsid w:val="0040101F"/>
    <w:rsid w:val="00405D24"/>
    <w:rsid w:val="004552D3"/>
    <w:rsid w:val="004874C8"/>
    <w:rsid w:val="00497ABF"/>
    <w:rsid w:val="004A49AE"/>
    <w:rsid w:val="00532373"/>
    <w:rsid w:val="005371ED"/>
    <w:rsid w:val="00561F09"/>
    <w:rsid w:val="005725F0"/>
    <w:rsid w:val="00592025"/>
    <w:rsid w:val="005B66AE"/>
    <w:rsid w:val="005D7A54"/>
    <w:rsid w:val="005F59B8"/>
    <w:rsid w:val="00617B55"/>
    <w:rsid w:val="0062492A"/>
    <w:rsid w:val="00647569"/>
    <w:rsid w:val="00691EB2"/>
    <w:rsid w:val="006A300A"/>
    <w:rsid w:val="006A5C60"/>
    <w:rsid w:val="006C01DE"/>
    <w:rsid w:val="006C25DB"/>
    <w:rsid w:val="00722398"/>
    <w:rsid w:val="00746E4B"/>
    <w:rsid w:val="00781B7E"/>
    <w:rsid w:val="00787159"/>
    <w:rsid w:val="007B24E3"/>
    <w:rsid w:val="007C658B"/>
    <w:rsid w:val="007E6F5D"/>
    <w:rsid w:val="0085241C"/>
    <w:rsid w:val="00876423"/>
    <w:rsid w:val="00893944"/>
    <w:rsid w:val="008A00D1"/>
    <w:rsid w:val="008B00D3"/>
    <w:rsid w:val="008B0FD2"/>
    <w:rsid w:val="00992EA1"/>
    <w:rsid w:val="009A4B2D"/>
    <w:rsid w:val="009C71D8"/>
    <w:rsid w:val="00A01256"/>
    <w:rsid w:val="00A24BD8"/>
    <w:rsid w:val="00A258DD"/>
    <w:rsid w:val="00A3038C"/>
    <w:rsid w:val="00A7592A"/>
    <w:rsid w:val="00A85E25"/>
    <w:rsid w:val="00AA1D8D"/>
    <w:rsid w:val="00AA770F"/>
    <w:rsid w:val="00AB4942"/>
    <w:rsid w:val="00AC0B60"/>
    <w:rsid w:val="00AC1BBD"/>
    <w:rsid w:val="00AE2E53"/>
    <w:rsid w:val="00B47730"/>
    <w:rsid w:val="00B5010D"/>
    <w:rsid w:val="00B50B59"/>
    <w:rsid w:val="00BD0EA1"/>
    <w:rsid w:val="00BE48F0"/>
    <w:rsid w:val="00C15DC7"/>
    <w:rsid w:val="00C252B6"/>
    <w:rsid w:val="00C37EDC"/>
    <w:rsid w:val="00C44424"/>
    <w:rsid w:val="00C544EE"/>
    <w:rsid w:val="00CB0664"/>
    <w:rsid w:val="00CB4A63"/>
    <w:rsid w:val="00CF726C"/>
    <w:rsid w:val="00D12240"/>
    <w:rsid w:val="00D4366D"/>
    <w:rsid w:val="00D44E0B"/>
    <w:rsid w:val="00D46394"/>
    <w:rsid w:val="00DC17D0"/>
    <w:rsid w:val="00DF2A82"/>
    <w:rsid w:val="00E0703F"/>
    <w:rsid w:val="00E10B19"/>
    <w:rsid w:val="00E128A8"/>
    <w:rsid w:val="00E63E5C"/>
    <w:rsid w:val="00E643CC"/>
    <w:rsid w:val="00EB4D04"/>
    <w:rsid w:val="00F17A1D"/>
    <w:rsid w:val="00F56845"/>
    <w:rsid w:val="00F62D40"/>
    <w:rsid w:val="00F655C1"/>
    <w:rsid w:val="00F96694"/>
    <w:rsid w:val="00F96C5D"/>
    <w:rsid w:val="00FB25D1"/>
    <w:rsid w:val="00FC117C"/>
    <w:rsid w:val="00FC693F"/>
    <w:rsid w:val="00FD26EF"/>
    <w:rsid w:val="00FD78A1"/>
    <w:rsid w:val="00FE16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5489E7"/>
  <w14:defaultImageDpi w14:val="300"/>
  <w15:docId w15:val="{5EB90FB4-FC82-4A5D-B271-5D591C173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A274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A274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B9913A"/>
      </w:pBdr>
      <w:spacing w:after="300" w:line="240" w:lineRule="auto"/>
      <w:contextualSpacing/>
    </w:pPr>
    <w:rPr>
      <w:rFonts w:asciiTheme="majorHAnsi" w:eastAsiaTheme="majorEastAsia" w:hAnsiTheme="majorHAnsi" w:cstheme="majorBidi"/>
      <w:b/>
      <w:color w:val="1A2744"/>
      <w:spacing w:val="5"/>
      <w:kern w:val="28"/>
      <w:sz w:val="42"/>
      <w:szCs w:val="4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sterSection">
    <w:name w:val="Master Section"/>
    <w:pPr>
      <w:pBdr>
        <w:bottom w:val="single" w:sz="8" w:space="4" w:color="B9913A"/>
      </w:pBdr>
      <w:spacing w:before="260" w:after="140"/>
    </w:pPr>
    <w:rPr>
      <w:rFonts w:ascii="Calibri" w:hAnsi="Calibri"/>
      <w:b/>
      <w:color w:val="1A2744"/>
      <w:sz w:val="34"/>
    </w:rPr>
  </w:style>
  <w:style w:type="paragraph" w:customStyle="1" w:styleId="MasterActivity">
    <w:name w:val="Master Activity"/>
    <w:pPr>
      <w:pBdr>
        <w:bottom w:val="single" w:sz="8" w:space="4" w:color="B9913A"/>
      </w:pBdr>
      <w:spacing w:before="260" w:after="140"/>
    </w:pPr>
    <w:rPr>
      <w:rFonts w:ascii="Calibri" w:hAnsi="Calibri"/>
      <w:b/>
      <w:color w:val="1A2744"/>
      <w:sz w:val="30"/>
    </w:rPr>
  </w:style>
  <w:style w:type="paragraph" w:customStyle="1" w:styleId="MasterSubhead">
    <w:name w:val="Master Subhead"/>
    <w:pPr>
      <w:spacing w:before="160" w:after="140"/>
    </w:pPr>
    <w:rPr>
      <w:rFonts w:ascii="Calibri" w:hAnsi="Calibri"/>
      <w:b/>
      <w:color w:val="1A274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58</Pages>
  <Words>11654</Words>
  <Characters>66428</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77927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richard@leadership-tools.com</dc:creator>
  <cp:keywords/>
  <dc:description/>
  <cp:lastModifiedBy>Leadership-Tools.com</cp:lastModifiedBy>
  <cp:revision>2</cp:revision>
  <cp:lastPrinted>2026-10-14T13:13:00Z</cp:lastPrinted>
  <dcterms:created xsi:type="dcterms:W3CDTF">2026-10-19T03:26:00Z</dcterms:created>
  <dcterms:modified xsi:type="dcterms:W3CDTF">2026-10-19T03:26:00Z</dcterms:modified>
  <cp:category/>
</cp:coreProperties>
</file>